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 слово</w:t>
      </w:r>
    </w:p>
    <w:p>
      <w:r>
        <w:br/>
        <w:t xml:space="preserve"> (Оповідання тубільця з півночі)</w:t>
      </w:r>
    </w:p>
    <w:p>
      <w:r>
        <w:br/>
        <w:t>Було їх тута три, чужих людей;&lt;br /&gt;</w:t>
        <w:br/>
        <w:t>тепер нема. Один умер одразу,&lt;br /&gt;</w:t>
        <w:br/>
        <w:t>як тільки що приїхав, був слабий,&lt;br /&gt;</w:t>
        <w:br/>
        <w:t>такий, як дівчина, огнем все дихав,&lt;br /&gt;</w:t>
        <w:br/>
        <w:t>не їв нічого, тільки сніг і лід,&lt;br /&gt;</w:t>
        <w:br/>
        <w:t>і з того вмер. Другий "чужий" поїхав&lt;br /&gt;</w:t>
        <w:br/>
        <w:t>кудись, не знаю, може, що додому,&lt;br /&gt;</w:t>
        <w:br/>
        <w:t>а може далі, ми не розібрали,&lt;br /&gt;</w:t>
        <w:br/>
        <w:t>як він казав. А третій зоставався&lt;br /&gt;</w:t>
        <w:br/>
        <w:t>ще довго тут. І сам у хаті жив,&lt;br /&gt;</w:t>
        <w:br/>
        <w:t>не хтів нікого. Я ходив до нього,&lt;br /&gt;</w:t>
        <w:br/>
        <w:t>мій син ходив, сусіди теж ходили.&lt;br /&gt;</w:t>
        <w:br/>
        <w:t>Приходили, – він нам казав: "сідайте"&lt;br /&gt;</w:t>
        <w:br/>
        <w:t>(так і казав по-нашому, – навчився&lt;br /&gt;</w:t>
        <w:br/>
        <w:t>і цього слова, й інших слів багато).&lt;br /&gt;</w:t>
        <w:br/>
        <w:t>І ми сідали, він давав нам чаю,&lt;br /&gt;</w:t>
        <w:br/>
        <w:t>і до вогню пускав, і так давав&lt;br /&gt;</w:t>
        <w:br/>
        <w:t>що-небудь, що просили, тільки часом&lt;br /&gt;</w:t>
        <w:br/>
        <w:t>нічого не було, то так сиділи:&lt;br /&gt;</w:t>
        <w:br/>
        <w:t>він в книжку дивиться, а ми на нього.&lt;br /&gt;</w:t>
        <w:br/>
        <w:t>І довго так, аж поки нудно стане.&lt;br /&gt;</w:t>
        <w:br/>
        <w:t>А спати не давав у нього в хаті.&lt;br /&gt;</w:t>
        <w:br/>
        <w:t>Казав: "Ідіть, я буду спати сам,&lt;br /&gt;</w:t>
        <w:br/>
        <w:t>я буду сам", – і так покаже палець&lt;br /&gt;</w:t>
        <w:br/>
        <w:t>один, що так один він буде в хаті.&lt;br /&gt;</w:t>
        <w:br/>
        <w:t>І вже тоді, як хто не йде, він візьме&lt;br /&gt;</w:t>
        <w:br/>
        <w:t>за плечі й виведе за двері геть.&lt;br /&gt;</w:t>
        <w:br/>
        <w:t>Не бив, а так виводив – він ніколи&lt;br /&gt;</w:t>
        <w:br/>
        <w:t>не бив нас. Як лихий бував, тоді&lt;br /&gt;</w:t>
        <w:br/>
        <w:t>кричав, ногами тупав, щось багато&lt;br /&gt;</w:t>
        <w:br/>
        <w:t>по-свойому балакав, тільки ми&lt;br /&gt;</w:t>
        <w:br/>
        <w:t>того не розуміли. Часом так,&lt;br /&gt;</w:t>
        <w:br/>
        <w:t>хтозна-чого він сердився – "чужий",&lt;br /&gt;</w:t>
        <w:br/>
        <w:t>його не розбереш… Ну, все ж був добрий,&lt;br /&gt;</w:t>
        <w:br/>
        <w:t>не то що наш "тойон". У нас казали,&lt;br /&gt;</w:t>
        <w:br/>
        <w:t>що, може, він дурний, того і добрий.&lt;br /&gt;</w:t>
        <w:br/>
        <w:t>Але ж дурний хіба на книжці знає?&lt;br /&gt;</w:t>
        <w:br/>
        <w:t>Він знав, куди і звідки річка йде,&lt;br /&gt;</w:t>
        <w:br/>
        <w:t>і хто від чого хворий, хто умре,&lt;br /&gt;</w:t>
        <w:br/>
        <w:t>хто видужає. Він багато знав,&lt;br /&gt;</w:t>
        <w:br/>
        <w:t>дурний того не знає. Ми питали,&lt;br /&gt;</w:t>
        <w:br/>
        <w:t>чи він розумний, і чи в нього дома&lt;br /&gt;</w:t>
        <w:br/>
        <w:t>усі такі. То він сміявся тільки,&lt;br /&gt;</w:t>
        <w:br/>
        <w:t>нічого не казав, не вмів сказати,&lt;br /&gt;</w:t>
        <w:br/>
        <w:t>а може, не хотів. Він потім знав&lt;br /&gt;</w:t>
        <w:br/>
        <w:t>багато говорити і пісень&lt;br /&gt;</w:t>
        <w:br/>
        <w:t>навчився наших, – дивиться на книжку&lt;br /&gt;</w:t>
        <w:br/>
        <w:t>таку, ще сам зробив, і так співає,&lt;br /&gt;</w:t>
        <w:br/>
        <w:t>як ми колись співали, геть до слова.&lt;br /&gt;</w:t>
        <w:br/>
        <w:t>А пастки ставити і невід затягати&lt;br /&gt;</w:t>
        <w:br/>
        <w:t>не вмів і не навчився, хоч і хтів.&lt;br /&gt;</w:t>
        <w:br/>
        <w:t>Морозу він боявся. Рідко-рідко&lt;br /&gt;</w:t>
        <w:br/>
        <w:t>виходив на мороз. Тоді, як сполох&lt;br /&gt;</w:t>
        <w:br/>
        <w:t>бувало видко, він тоді виходив,&lt;br /&gt;</w:t>
        <w:br/>
        <w:t>хоч і мороз, любив на те дивитись.&lt;br /&gt;</w:t>
        <w:br/>
        <w:t>У їхній стороні нема такого.&lt;br /&gt;</w:t>
        <w:br/>
        <w:t>У їхній стороні й зимою сонце&lt;br /&gt;</w:t>
        <w:br/>
        <w:t>і щось таке росте, що в нас нема,&lt;br /&gt;</w:t>
        <w:br/>
        <w:t>і різне єсть таке, що ми не знаєм.&lt;br /&gt;</w:t>
        <w:br/>
        <w:t>Він нам хотів про все те розказати,&lt;br /&gt;</w:t>
        <w:br/>
        <w:t>але у нас те все ніяк не зветься –&lt;br /&gt;</w:t>
        <w:br/>
        <w:t>казав "чужий" – нема в нас слів таких.&lt;br /&gt;</w:t>
        <w:br/>
        <w:t>Він нам по-свойому казав слова,&lt;br /&gt;</w:t>
        <w:br/>
        <w:t>як зветься це і те, я знав тоді,&lt;br /&gt;</w:t>
        <w:br/>
        <w:t>тепер забув – давно було, старий я, –&lt;br /&gt;</w:t>
        <w:br/>
        <w:t>тоді ще молодий був. І "чужий"&lt;br /&gt;</w:t>
        <w:br/>
        <w:t>був молодий, а борода велика…&lt;br /&gt;</w:t>
        <w:br/>
        <w:t>Ще поки був здоровий, не така&lt;br /&gt;</w:t>
        <w:br/>
        <w:t>була та борода, а як заслаб,&lt;br /&gt;</w:t>
        <w:br/>
        <w:t>то виросла така, що аж по пояс,&lt;br /&gt;</w:t>
        <w:br/>
        <w:t>так наче в казці… В нас таких немає.&lt;br /&gt;</w:t>
        <w:br/>
        <w:t>Він довго був слабий, – казав, від того,&lt;br /&gt;</w:t>
        <w:br/>
        <w:t>що сторона йому чужа. Хто знає?&lt;br /&gt;</w:t>
        <w:br/>
        <w:t>Він їв, і пив, і спав, все, як здоровий,&lt;br /&gt;</w:t>
        <w:br/>
        <w:t>казав: "Нічого не болить". А схуд&lt;br /&gt;</w:t>
        <w:br/>
        <w:t>і перше все лежав, дивився в стіну,&lt;br /&gt;</w:t>
        <w:br/>
        <w:t>ні з ким не говорив і виганяв,&lt;br /&gt;</w:t>
        <w:br/>
        <w:t>як хто приходив в хату. Потім раз&lt;br /&gt;</w:t>
        <w:br/>
        <w:t>прийшов до нас у хату сам. Багато&lt;br /&gt;</w:t>
        <w:br/>
        <w:t>казав нам і співав своїх пісень,&lt;br /&gt;</w:t>
        <w:br/>
        <w:t>все про таке, що в нас його немає,&lt;br /&gt;</w:t>
        <w:br/>
        <w:t>ми слухали, а потім всі поснули.&lt;br /&gt;</w:t>
        <w:br/>
        <w:t>Прокинулись – він плаче. Ми питаєм:&lt;br /&gt;</w:t>
        <w:br/>
        <w:t>"Що хто тобі зробив?" – "Ніхто нічого".&lt;br /&gt;</w:t>
        <w:br/>
        <w:t>Так і пішов, і більше не приходив.&lt;br /&gt;</w:t>
        <w:br/>
        <w:t>А ми ходили часто до "чужого",&lt;br /&gt;</w:t>
        <w:br/>
        <w:t>як він лежав. Він вже не був лихий,&lt;br /&gt;</w:t>
        <w:br/>
        <w:t>не виганяв нікого, тільки часто&lt;br /&gt;</w:t>
        <w:br/>
        <w:t>так якось плакав, і сміявся разом,&lt;br /&gt;</w:t>
        <w:br/>
        <w:t>і все хотів одно якесь там слово&lt;br /&gt;</w:t>
        <w:br/>
        <w:t>нам розказати так, щоб зрозуміли,&lt;br /&gt;</w:t>
        <w:br/>
        <w:t>казав, що легше буде, як розкаже.&lt;br /&gt;</w:t>
        <w:br/>
        <w:t>А ми таки того не розбирали,&lt;br /&gt;</w:t>
        <w:br/>
        <w:t>то щось таке, що в нас його нема.&lt;br /&gt;</w:t>
        <w:br/>
        <w:t>Не раз казав, що якби те одно&lt;br /&gt;</w:t>
        <w:br/>
        <w:t>йому хто дав, то він би був здоровий.&lt;br /&gt;</w:t>
        <w:br/>
        <w:t>Питали ми, чи то яка ростина,&lt;br /&gt;</w:t>
        <w:br/>
        <w:t>чи звір, чи птиця, страва, чи одежа.&lt;br /&gt;</w:t>
        <w:br/>
        <w:t>Казав, що ні. Раз батько мій сказав:&lt;br /&gt;</w:t>
        <w:br/>
        <w:t>"Якби тут був твій батько або мати,&lt;br /&gt;</w:t>
        <w:br/>
        <w:t>брат чи сестра, чи жінка, певне б, ти&lt;br /&gt;</w:t>
        <w:br/>
        <w:t>тоді здоровий був, – це ж, певне, їх&lt;br /&gt;</w:t>
        <w:br/>
        <w:t>немає тут, і може, й звуться так,&lt;br /&gt;</w:t>
        <w:br/>
        <w:t>як в нас ніхто не зветься?" Він подумав,&lt;br /&gt;</w:t>
        <w:br/>
        <w:t>а потім головою покивав&lt;br /&gt;</w:t>
        <w:br/>
        <w:t>і каже: "Ні, ще гірше б я журився,&lt;br /&gt;</w:t>
        <w:br/>
        <w:t>якби й вони усі були в цій пущі,&lt;br /&gt;</w:t>
        <w:br/>
        <w:t>якби й вони без того пропадали,&lt;br /&gt;</w:t>
        <w:br/>
        <w:t>без чого я тут гину…" Батько мій&lt;br /&gt;</w:t>
        <w:br/>
        <w:t>спитав його: "А в вашій стороні&lt;br /&gt;</w:t>
        <w:br/>
        <w:t>того багато є?" Він знов подумав, –&lt;br /&gt;</w:t>
        <w:br/>
        <w:t>такі якісь у нього стали очі,&lt;br /&gt;</w:t>
        <w:br/>
        <w:t>як в оленя, що на морозі плаче.&lt;br /&gt;</w:t>
        <w:br/>
        <w:t>"Ні, каже, в нас його теж небагато,&lt;br /&gt;</w:t>
        <w:br/>
        <w:t>ми більше мучимось, коли б здобути,&lt;br /&gt;</w:t>
        <w:br/>
        <w:t>ніж тішимося з нього, але все ж&lt;br /&gt;</w:t>
        <w:br/>
        <w:t>нам часом хоч здається, що вже маєм&lt;br /&gt;</w:t>
        <w:br/>
        <w:t>хоч трошечки, або от-от здобудем,&lt;br /&gt;</w:t>
        <w:br/>
        <w:t>або хоч забуваєм, що нема.&lt;br /&gt;</w:t>
        <w:br/>
        <w:t>Але ж ми живемо хоч трохи…&lt;br /&gt;</w:t>
        <w:br/>
        <w:t>ну не знаю, як це по-вашому…&lt;br /&gt;</w:t>
        <w:br/>
        <w:t>не так, як тут живуть".&lt;br /&gt;</w:t>
        <w:br/>
        <w:t>На це і я сказав: "Та вже ж, у вас&lt;br /&gt;</w:t>
        <w:br/>
        <w:t>і їжі, й всього більше". – "Ні, не те, –&lt;br /&gt;</w:t>
        <w:br/>
        <w:t>сказав "чужий", – я не про те кажу.&lt;br /&gt;</w:t>
        <w:br/>
        <w:t>Ну, от коли хто хоче вийти з юрти,&lt;br /&gt;</w:t>
        <w:br/>
        <w:t>а тут його не пустять, ще й прив’яжуть,&lt;br /&gt;</w:t>
        <w:br/>
        <w:t>то як по-вашому, де він сидить?"&lt;br /&gt;</w:t>
        <w:br/>
        <w:t>"Та вже ж у юрті!" – всі ми загукали.&lt;br /&gt;</w:t>
        <w:br/>
        <w:t>"А як не в юрті, а де-небудь так,&lt;br /&gt;</w:t>
        <w:br/>
        <w:t>аби це там було, де він не хоче,&lt;br /&gt;</w:t>
        <w:br/>
        <w:t>то це як зветься?" – Тут ми не вгадали:&lt;br /&gt;</w:t>
        <w:br/>
        <w:t>один казав "у лісі", другий "в полі",&lt;br /&gt;</w:t>
        <w:br/>
        <w:t>усе не до ладу, а я мовчав,&lt;br /&gt;</w:t>
        <w:br/>
        <w:t>бо що так говорити, як не знаєш?&lt;br /&gt;</w:t>
        <w:br/>
        <w:t>"Чужий" усе загадував: "Ну добре,&lt;br /&gt;</w:t>
        <w:br/>
        <w:t>а як то зветься, як хто має пташку&lt;br /&gt;</w:t>
        <w:br/>
        <w:t>таку, що довго вже сиділа в нього,&lt;br /&gt;</w:t>
        <w:br/>
        <w:t>і випустить летіти, як сказати,&lt;br /&gt;</w:t>
        <w:br/>
        <w:t>куди він випустить її?" Знов кажуть:&lt;br /&gt;</w:t>
        <w:br/>
        <w:t>хто – "в поле", хто – "в тайгу", а хто – "на сніг".&lt;br /&gt;</w:t>
        <w:br/>
        <w:t>"Чужий" розсердився та вже до мене:&lt;br /&gt;</w:t>
        <w:br/>
        <w:t>"Ну, – каже, – як тебе тойон посадить&lt;br /&gt;</w:t>
        <w:br/>
        <w:t>в холодну…" – "За що він мене посадить?&lt;br /&gt;</w:t>
        <w:br/>
        <w:t>Я заплатив усе!" – кажу "чужому",&lt;br /&gt;</w:t>
        <w:br/>
        <w:t>та й сам розсердився. Той засміявся:&lt;br /&gt;</w:t>
        <w:br/>
        <w:t>"Ну, – каже, – не тебе, а так кого, –&lt;br /&gt;</w:t>
        <w:br/>
        <w:t>то що тому найгірше у холодній,&lt;br /&gt;</w:t>
        <w:br/>
        <w:t>чи те, що їсти й пити не дають,&lt;br /&gt;</w:t>
        <w:br/>
        <w:t>чи те, що родичів нема в холодній,&lt;br /&gt;</w:t>
        <w:br/>
        <w:t>чи те, що йти додому не пускають&lt;br /&gt;</w:t>
        <w:br/>
        <w:t>і не дають робити, що він хоче?"&lt;br /&gt;</w:t>
        <w:br/>
        <w:t>"Та як кому, хто що найбільше любить", –&lt;br /&gt;</w:t>
        <w:br/>
        <w:t>сказав мій батько. Тут "чужий" зрадів&lt;br /&gt;</w:t>
        <w:br/>
        <w:t>(не знаю вже, чого!) і знов питає:&lt;br /&gt;</w:t>
        <w:br/>
        <w:t>"Отож, коли хто любить, щоб пускали&lt;br /&gt;</w:t>
        <w:br/>
        <w:t>ходити скрізь, робити все, що хоче,&lt;br /&gt;</w:t>
        <w:br/>
        <w:t>то як сказати, що він любить? тільки&lt;br /&gt;</w:t>
        <w:br/>
        <w:t>одним сказати словом? Ну, хто скаже?"&lt;br /&gt;</w:t>
        <w:br/>
        <w:t>Тут хто сказав: "Робити", хто – "ходити",&lt;br /&gt;</w:t>
        <w:br/>
        <w:t>а хто – "не знаю". Зморщився "чужий":&lt;br /&gt;</w:t>
        <w:br/>
        <w:t>"Ні, – каже, – все не те, немає слова!&lt;br /&gt;</w:t>
        <w:br/>
        <w:t>Ну, я вам так, без слова розкажу,&lt;br /&gt;</w:t>
        <w:br/>
        <w:t>ви тільки добре слухайте". – "Та добре", –&lt;br /&gt;</w:t>
        <w:br/>
        <w:t>сказали ми, хоч нам уже обридло,&lt;br /&gt;</w:t>
        <w:br/>
        <w:t>та жаль було "чужого", бо слабий.&lt;br /&gt;</w:t>
        <w:br/>
        <w:t>Він став казати: "Бачите, для мене&lt;br /&gt;</w:t>
        <w:br/>
        <w:t>найкраще те, як можна скрізь ходити&lt;br /&gt;</w:t>
        <w:br/>
        <w:t>і все робити, от цього й немає".&lt;br /&gt;</w:t>
        <w:br/>
        <w:t>Ми засміялись: видумав "чужий"!&lt;br /&gt;</w:t>
        <w:br/>
        <w:t>Він скрізь ходив, куди і ми ходили,&lt;br /&gt;</w:t>
        <w:br/>
        <w:t>хіба що сам не хтів, коли мороз,&lt;br /&gt;</w:t>
        <w:br/>
        <w:t>а то ходив на влови і на рибу,&lt;br /&gt;</w:t>
        <w:br/>
        <w:t>і раз далеко їздив до "чужих",&lt;br /&gt;</w:t>
        <w:br/>
        <w:t>і до тойона, та й до нас приходив,&lt;br /&gt;</w:t>
        <w:br/>
        <w:t>усюди був і все робив, що хтів:&lt;br /&gt;</w:t>
        <w:br/>
        <w:t>дивився в книжку, сам робив книжки,&lt;br /&gt;</w:t>
        <w:br/>
        <w:t>і шив, і чай варив, і їв, що хтів,&lt;br /&gt;</w:t>
        <w:br/>
        <w:t>що тільки мав, не одбирав ніхто.&lt;br /&gt;</w:t>
        <w:br/>
        <w:t>"Хто ж не дає ходити і робити? –&lt;br /&gt;</w:t>
        <w:br/>
        <w:t>кажу йому. – Не ми ж?" – "Та ні, не ви!"&lt;br /&gt;</w:t>
        <w:br/>
        <w:t>"Хіба тойон? Так він коли приїде!&lt;br /&gt;</w:t>
        <w:br/>
        <w:t>А ти собі тим часом скрізь ходи&lt;br /&gt;</w:t>
        <w:br/>
        <w:t>і все роби, що хочеш, ми не скажем&lt;br /&gt;</w:t>
        <w:br/>
        <w:t>тойонові". – "Тойонів тих багато,&lt;br /&gt;</w:t>
        <w:br/>
        <w:t>не тільки цей один", – сказав "чужий".&lt;br /&gt;</w:t>
        <w:br/>
        <w:t>"Та ті ще далі, ніж оцей, бо зроду&lt;br /&gt;</w:t>
        <w:br/>
        <w:t>сюди не приїздять, ти їх не бійся,&lt;br /&gt;</w:t>
        <w:br/>
        <w:t>не знатимуть", – вмовляєм ми "чужого",&lt;br /&gt;</w:t>
        <w:br/>
        <w:t>а він махнув рукою: "Що казать вам!&lt;br /&gt;</w:t>
        <w:br/>
        <w:t>Не знаєте! Куди я тут піду?&lt;br /&gt;</w:t>
        <w:br/>
        <w:t>І що я тут зроблю у вашій пущі?&lt;br /&gt;</w:t>
        <w:br/>
        <w:t>а геть від вас поїхати не можу,&lt;br /&gt;</w:t>
        <w:br/>
        <w:t>нема ж мені тут… ex, немає слова!"&lt;br /&gt;</w:t>
        <w:br/>
        <w:t>Та як замовк "чужий", то так до ночі&lt;br /&gt;</w:t>
        <w:br/>
        <w:t>просидів і до нас не озивався.&lt;br /&gt;</w:t>
        <w:br/>
        <w:t>Не знаю й досі, що йому зробилось,&lt;br /&gt;</w:t>
        <w:br/>
        <w:t>що він такий лихий в той вечір був!&lt;br /&gt;</w:t>
        <w:br/>
        <w:t>І нащо там йому здалось те слово?&lt;br /&gt;</w:t>
        <w:br/>
        <w:t>Нема, ну то й нема! Багато слів&lt;br /&gt;</w:t>
        <w:br/>
        <w:t>було у нього в книжці, ну й казав би&lt;br /&gt;</w:t>
        <w:br/>
        <w:t>собі, яке хотів, а ми не знаєм,&lt;br /&gt;</w:t>
        <w:br/>
        <w:t>у нас нема книжок і мало слів.&lt;br /&gt;</w:t>
        <w:br/>
        <w:t>Еге, не доказав я про "чужого".&lt;br /&gt;</w:t>
        <w:br/>
        <w:t>Так, знаєте, умер він. Я до нього&lt;br /&gt;</w:t>
        <w:br/>
        <w:t>усе ходив. Питав я раз його,&lt;br /&gt;</w:t>
        <w:br/>
        <w:t>чого він умирає, чи з морозу,&lt;br /&gt;</w:t>
        <w:br/>
        <w:t>чи з кого слабість перейшла на нього&lt;br /&gt;</w:t>
        <w:br/>
        <w:t>(він часом так про інших говорив,&lt;br /&gt;</w:t>
        <w:br/>
        <w:t>коли хто умирав). "То ж ти розумний, –&lt;br /&gt;</w:t>
        <w:br/>
        <w:t>сказав я, – знав про інших, – знай про себе".&lt;br /&gt;</w:t>
        <w:br/>
        <w:t>А він сказав: "Я знаю, я від того&lt;br /&gt;</w:t>
        <w:br/>
        <w:t>вмираю, що у вас ніяк не зветься,&lt;br /&gt;</w:t>
        <w:br/>
        <w:t>хоч єсть його без міри в вашім краю,&lt;br /&gt;</w:t>
        <w:br/>
        <w:t>а те, від чого міг би я ожити,&lt;br /&gt;</w:t>
        <w:br/>
        <w:t>не зветься теж ніяк, немає слова,&lt;br /&gt;</w:t>
        <w:br/>
        <w:t>але й його самого в вас нема…&lt;br /&gt;</w:t>
        <w:br/>
        <w:t>якби було хоч слово, може б, я&lt;br /&gt;</w:t>
        <w:br/>
        <w:t>ще й жив би з вами…" – і "чужий" аж плакав,&lt;br /&gt;</w:t>
        <w:br/>
        <w:t>як те казав, і я заплакав з ним,&lt;br /&gt;</w:t>
        <w:br/>
        <w:t>бо жаль було "чужого", добрий був.&lt;br /&gt;</w:t>
        <w:br/>
        <w:t>А теє слово раз мені казав&lt;br /&gt;</w:t>
        <w:br/>
        <w:t>"чужий" по-свойому, та я його забув,&lt;br /&gt;</w:t>
        <w:br/>
        <w:t>чуже воно, та й що ним називати?&lt;br /&gt;</w:t>
        <w:br/>
        <w:t>Не треба нам його. Чужим, бач, треба, –&lt;br /&gt;</w:t>
        <w:br/>
        <w:t>казав "чужий", що не один вмирає&lt;br /&gt;</w:t>
        <w:br/>
        <w:t>отак, як він, і ще умре багато…&lt;br /&gt;</w:t>
        <w:br/>
        <w:t>Уже б ми їм казали теє слово,&lt;br /&gt;</w:t>
        <w:br/>
        <w:t>як хто з чужих людей отак заслабне,&lt;br /&gt;</w:t>
        <w:br/>
        <w:t>так що ж, коли його у нас нема.&lt;br /&gt;</w:t>
        <w:br/>
        <w:t>І що воно й до чого теє слово?&lt;br /&gt;</w:t>
        <w:br/>
        <w:t>То, певне, чари, то якесь закляття,&lt;br /&gt;</w:t>
        <w:br/>
        <w:t>коли від того люди умирають…</w:t>
      </w:r>
    </w:p>
    <w:p>
      <w:r>
        <w:br/>
        <w:t>[1903]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