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&lt;p&gt;Митро латав жіночі чоботи. Не латав, а зчіплював докупи. Гріх би було давати таке дрантя до шевця, та й за грейцір скупо. А жінка боса-босіська, води внести до хати не було в чім. Тому Митро вже від ранку взявся до чобіт. Сидів коло лави проти вікна, обклався старим шкураттям, воскував нитки на дратву і бісився, як пес.</w:t>
      </w:r>
    </w:p>
    <w:p>
      <w:r>
        <w:br/>
        <w:t>— Бігме, кину в піч, шпурну у вогонь та й збудуси! Шкіра здривіла, нитки не прімкнеш, бо прірвеси — вікинь на гній та й плюнь — та й вже!</w:t>
      </w:r>
    </w:p>
    <w:p>
      <w:r>
        <w:br/>
        <w:t>Приговорюючи до чобіт. Митро все-таки з великою старанністю їх латав. Що провів нитку крізь шкіру, то все неспокійно оглядав, чи не прірвалася. Через те робота йшла пиняво, і Митро сердився.</w:t>
      </w:r>
    </w:p>
    <w:p>
      <w:r>
        <w:br/>
        <w:t>— Залізо не шкіра та й зшуровуєси, що то говорити? Вже штири роки як куплені, бо штири вже цеї осені, та вже їм чєс. Але ще цу зиму мусі служити, хоть би там не знати що.</w:t>
      </w:r>
    </w:p>
    <w:p>
      <w:r>
        <w:br/>
        <w:t>І літав, і бісився, і сто разів хотів кидати у піч або на гній.</w:t>
      </w:r>
    </w:p>
    <w:p>
      <w:r>
        <w:br/>
        <w:t>Митриха сиділа на припічку і латала дранки.</w:t>
      </w:r>
    </w:p>
    <w:p>
      <w:r>
        <w:br/>
        <w:t>— Порозпадалиси на січку. Колопеньок не посієш, бо треба їсти, полотенца не купиш, бо грейціря нема,— прийде до такого, що мемо голі ходити. Залатай в однім місці, то просічеси в другім. Якби ще не прав, то, може би, не так дерлиси. Вже я їх і не перу як варт, але павутина все павутинові Бог знає, як їх латати, з котрого боку братиси до них?</w:t>
      </w:r>
    </w:p>
    <w:p>
      <w:r>
        <w:br/>
        <w:t>З отакими гадками сиділа Митриха над купою дрантя. Мізерне її лице пильно вдивлювалося в подерті сорочки і було безрадне. Грубе, пороздиране полотно із затертими червоними вишивками подобало на одіж жовнярів із війни. А вона, як бідна милосердна сестра, з сумом і резиґнацією хоч чим-тим хотіла помогти нещасливим раненим.</w:t>
      </w:r>
    </w:p>
    <w:p>
      <w:r>
        <w:br/>
        <w:t>— Та ще зиму якось переходимо, але літо, то вже бог знає.</w:t>
      </w:r>
    </w:p>
    <w:p>
      <w:r>
        <w:br/>
        <w:t>І водила сивою ниткою довкола латок, і думала над сірим життям своїм.</w:t>
      </w:r>
    </w:p>
    <w:p>
      <w:r>
        <w:br/>
        <w:t>На печі лежала Митрова мама. Дрібка жінки — завбільшки десятилітньої дитини. Кашляла, не переставала.</w:t>
      </w:r>
    </w:p>
    <w:p>
      <w:r>
        <w:br/>
        <w:t>— Божечку, божечку, найди мені смерті, най я так гіренько не валєюси! Вже-м, відай, спокутувала усі гріхи, що-м нагрішила... Десь умирають такі, що лиш би їм бути, покидають добро і маєтки, а я як отот твердий камінь, що го ніхто не годен роздавити. Боже, боже, ба за що ні так тєжко караєш?</w:t>
      </w:r>
    </w:p>
    <w:p>
      <w:r>
        <w:br/>
        <w:t>І розпукалася від кашлю.</w:t>
      </w:r>
    </w:p>
    <w:p>
      <w:r>
        <w:br/>
        <w:t>Коло баби сиділи діти. Як баба синіла і заходилася від кашлю, то вони всі дивилися на бабу цікавими очима і все показували пальцями на бабу та говорили: "Аді, аді, баба вже умирають". А як баба відкашлялася, то все говорила до них: "Де, де, дітоньки, моя смерть забула за мене".</w:t>
      </w:r>
    </w:p>
    <w:p>
      <w:r>
        <w:br/>
        <w:t>Але Митрові вже остогидло борикатися із здривілими чобітьми. Шпурнув під лаву та й почав сваритися.</w:t>
      </w:r>
    </w:p>
    <w:p>
      <w:r>
        <w:br/>
        <w:t>— Коби-м вам на смерть лагодив, то би ми легше було. Ані вбути, ані вгорнути, ані нагодувати — таки нічо не мож настарчити. Ходіть-ко трохи босі, та, може, вас борше повіхаплює.</w:t>
      </w:r>
    </w:p>
    <w:p>
      <w:r>
        <w:br/>
        <w:t>Сів коло стола.</w:t>
      </w:r>
    </w:p>
    <w:p>
      <w:r>
        <w:br/>
        <w:t>— Та, може би-с, дала ми що їсти, ґаздине моя. Таже знаєш, що-м ще сегодні нічо у роті не мав. Митриха встала з припічка і подала йому бараболю. Була застрашена, як вівця.</w:t>
      </w:r>
    </w:p>
    <w:p>
      <w:r>
        <w:br/>
        <w:t>Митро лупив бараболю, мачав у сіль і гриз хліб.</w:t>
      </w:r>
    </w:p>
    <w:p>
      <w:r>
        <w:br/>
        <w:t>— Вже ти мене годуєш... Але я тебе так нагодую, що здохнеш, так я тебе нагодую. Коби якого борщику, або бевки, або дідька рогатого абощо... Тицьне тобі барабулю — та й дависи! Я вже не годен ноги за собов волочити!</w:t>
      </w:r>
    </w:p>
    <w:p>
      <w:r>
        <w:br/>
        <w:t>— А що ж вона тобі, синку, зварить? Олію нема, муки нема, та що вона тобі зварить?</w:t>
      </w:r>
    </w:p>
    <w:p>
      <w:r>
        <w:br/>
        <w:t>— Ваше, мамо, говорене скінчилоси. Сидіть собі на печі та кашляйте. Маєтків від вас не посів-єм, волів і коров не забрав-єм, та й сидіть собі тихонько. Або ліпше собі погадайте, чим я вас буду ховати? Чекаєте тої смерті, як каня дощу, все: "Божечку, божечку, найди мені смерть",— а то все на мою голову...</w:t>
      </w:r>
    </w:p>
    <w:p>
      <w:r>
        <w:br/>
        <w:t>Баба хотіла заплакати, але закашлялася.</w:t>
      </w:r>
    </w:p>
    <w:p>
      <w:r>
        <w:br/>
        <w:t>— Бігме, оглухну,— казав Митро.</w:t>
      </w:r>
    </w:p>
    <w:p>
      <w:r>
        <w:br/>
        <w:t>— Мой, ти, шибенику, чого ти чіпаєшси грєдок, хочеш горшки побити? Та коби-с вже зачепивси навіки...</w:t>
      </w:r>
    </w:p>
    <w:p>
      <w:r>
        <w:br/>
        <w:t>І почав бити хлопця.</w:t>
      </w:r>
    </w:p>
    <w:p>
      <w:r>
        <w:br/>
        <w:t>Діти заверещали, баба не переставала кашляти.</w:t>
      </w:r>
    </w:p>
    <w:p>
      <w:r>
        <w:br/>
        <w:t>— Та на цу хату птах би не сів,— говорив Митро.</w:t>
      </w:r>
    </w:p>
    <w:p>
      <w:r>
        <w:br/>
        <w:t>— Але чого ти до дітий прискіпавси, а вони що винні, що чоботи здривіли?</w:t>
      </w:r>
    </w:p>
    <w:p>
      <w:r>
        <w:br/>
        <w:t>— Ти, суко, поналіплювала-с їх, та поначинювала, та ще гавкаєш за ними? Я вас усіх поріжу...</w:t>
      </w:r>
    </w:p>
    <w:p>
      <w:r>
        <w:br/>
        <w:t>Підняв чобіт з-під лави і почав ним жінку бити. Врешті затягнув на себе кожушину та й виходив із хати.</w:t>
      </w:r>
    </w:p>
    <w:p>
      <w:r>
        <w:br/>
        <w:t>— Аби я не діждав вертатиси до цеї хати,— сказав уже на порозі.</w:t>
      </w:r>
    </w:p>
    <w:p>
      <w:r>
        <w:br/>
        <w:t>— Йди, йди, слухай за Канаду; гадаєш, що я піду з дітьми десь на край світа?..— навздогін сказала йому жінка.</w:t>
      </w:r>
    </w:p>
    <w:p>
      <w:r>
        <w:br/>
        <w:t>***</w:t>
      </w:r>
    </w:p>
    <w:p>
      <w:r>
        <w:br/>
        <w:t>Митриха топила в печі. Диму напхалося повна хата, і вона все втирала сльози. Дим очі виїдав.</w:t>
      </w:r>
    </w:p>
    <w:p>
      <w:r>
        <w:br/>
        <w:t>Баба на печі стогнала.</w:t>
      </w:r>
    </w:p>
    <w:p>
      <w:r>
        <w:br/>
        <w:t>— Коби-то літо. Порозходили би си по роботі та й би не гризлиси накупі. Сонечко би порозводило геть по полю. А так пекло у хаті. Боже, боже, не тримай ні більше на світі, бо видиш, що нема як жити...</w:t>
      </w:r>
    </w:p>
    <w:p>
      <w:r>
        <w:br/>
        <w:t>Діти бігали по хаті. Але як хто здубонів у сінях, то вони тікали на піч д' бабі. Тоді тварі їх робилися помучені і пригноблені. Все удавали спокійних, бо боялися, аби тато не бив. Але як до хати не входив тато, то вони знов злізали з печі, аби гарцювати по землі.</w:t>
      </w:r>
    </w:p>
    <w:p>
      <w:r>
        <w:br/>
        <w:t>Так голуби спускаються цілим стадом на тік. А як мужик рипне хатніми дверми, то вони покидають зерно і, перепуджені, злітають під небо.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