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 жагуча</w:t>
      </w:r>
    </w:p>
    <w:p>
      <w:r>
        <w:br/>
        <w:t xml:space="preserve"> Вечірній сон закоханого літа&lt;br /&gt;</w:t>
        <w:br/>
        <w:t>і руки, магнетичні уночі.&lt;br /&gt;</w:t>
        <w:br/>
        <w:t>Вродлива жінка, ласкою прогріта,&lt;br /&gt;</w:t>
        <w:br/>
        <w:t>лежить у літа осінь на плечі.</w:t>
      </w:r>
    </w:p>
    <w:p>
      <w:r>
        <w:br/>
        <w:t>Дозріла пристрасть до вогню і плоду.&lt;br /&gt;</w:t>
        <w:br/>
        <w:t>Пашить вогнем на млосному щаблі.&lt;br /&gt;</w:t>
        <w:br/>
        <w:t>І торжествує мудрий геній роду&lt;br /&gt;</w:t>
        <w:br/>
        <w:t>всього живого на живій землі.</w:t>
      </w:r>
    </w:p>
    <w:p>
      <w:r>
        <w:br/>
        <w:t>Ще літо спить, а вранці осінь встане —&lt;br /&gt;</w:t>
        <w:br/>
        <w:t>в косі янтарній нитка сивини,&lt;br /&gt;</w:t>
        <w:br/>
        <w:t>могутні чресла золотого стану,&lt;br /&gt;</w:t>
        <w:br/>
        <w:t>іде в полях — вгинаються лани.</w:t>
      </w:r>
    </w:p>
    <w:p>
      <w:r>
        <w:br/>
        <w:t>Близнята-зерна туляться в покоси,&lt;br /&gt;</w:t>
        <w:br/>
        <w:t>біжить юрба червонощоких руж,&lt;br /&gt;</w:t>
        <w:br/>
        <w:t>сплять солодко черкуси-негритоси,&lt;br /&gt;</w:t>
        <w:br/>
        <w:t>біляві яблука і жовта раса груш.</w:t>
      </w:r>
    </w:p>
    <w:p>
      <w:r>
        <w:br/>
        <w:t>Рве синій вітер білі посторонці.&lt;br /&gt;</w:t>
        <w:br/>
        <w:t>А в серце літа — щедрий сонцепад.&lt;br /&gt;</w:t>
        <w:br/>
        <w:t>І зливками розтопленого сонця&lt;br /&gt;</w:t>
        <w:br/>
        <w:t>лежать цитрини, груші й виноград.</w:t>
      </w:r>
    </w:p>
    <w:p>
      <w:r>
        <w:br/>
        <w:t>Загусне промінь в гронах перегрітих.&lt;br /&gt;</w:t>
        <w:br/>
        <w:t>А ляже сніг на похололі дні —&lt;br /&gt;</w:t>
        <w:br/>
        <w:t>жагучий сон закоханого літа&lt;br /&gt;</w:t>
        <w:br/>
        <w:t>в холодну зиму бродить у вині!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 жагуча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