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концерт Ойстраха у Києві</w:t>
      </w:r>
    </w:p>
    <w:p>
      <w:r>
        <w:br/>
        <w:t xml:space="preserve"> Була гроза. Двори були, як гроти.&lt;br /&gt;</w:t>
        <w:br/>
        <w:t>Ревли потоки бурі і руді.&lt;br /&gt;</w:t>
        <w:br/>
        <w:t>І, як важкі повільні бегемоти,&lt;br /&gt;</w:t>
        <w:br/>
        <w:t>машини йшли по фари у воді.</w:t>
      </w:r>
    </w:p>
    <w:p>
      <w:r>
        <w:br/>
        <w:t>Чорнів тополь воронячий літопис.&lt;br /&gt;</w:t>
        <w:br/>
        <w:t>Вода змивала непохитність черг.&lt;br /&gt;</w:t>
        <w:br/>
        <w:t>А ми ловили хоч якийсь автобус,&lt;br /&gt;</w:t>
        <w:br/>
        <w:t>таксі, пікап, хоч Ноїв, а ковчег!</w:t>
      </w:r>
    </w:p>
    <w:p>
      <w:r>
        <w:br/>
        <w:t>Вечірні сукні вже були, як рядна,&lt;br /&gt;</w:t>
        <w:br/>
        <w:t>і кожний крок вже схожий був на трюк.&lt;br /&gt;</w:t>
        <w:br/>
        <w:t>І парасолька, смішно безпорадна,&lt;br /&gt;</w:t>
        <w:br/>
        <w:t>шукала шлях, вистукувала брук.</w:t>
      </w:r>
    </w:p>
    <w:p>
      <w:r>
        <w:br/>
        <w:t>І ми пройшли, проїхали, промчали,&lt;br /&gt;</w:t>
        <w:br/>
        <w:t>ми пролетіли, власне, пропливли.&lt;br /&gt;</w:t>
        <w:br/>
        <w:t>Ми на колесах до фойє причалили.&lt;br /&gt;</w:t>
        <w:br/>
        <w:t>Ми на пуантах в тишу увійшли.</w:t>
      </w:r>
    </w:p>
    <w:p>
      <w:r>
        <w:br/>
        <w:t>Концертний зал був круглий, наче острів.&lt;br /&gt;</w:t>
        <w:br/>
        <w:t>Погасла люстри золота бджола.&lt;br /&gt;</w:t>
        <w:br/>
        <w:t>І ще живий, а вже далекий Ойстрах&lt;br /&gt;</w:t>
        <w:br/>
        <w:t>підняв смичок... і скрипка ожила!</w:t>
      </w:r>
    </w:p>
    <w:p>
      <w:r>
        <w:br/>
        <w:t>Летюча тінь циганського лошати —&lt;br /&gt;</w:t>
        <w:br/>
        <w:t>магічна влада геніальних рук! —&lt;br /&gt;</w:t>
        <w:br/>
        <w:t>мабуть, це добре — завжди поспішати,&lt;br /&gt;</w:t>
        <w:br/>
        <w:t>бо смерть і вічність — то уже не рух.</w:t>
      </w:r>
    </w:p>
    <w:p>
      <w:r>
        <w:br/>
        <w:t>То, може, велич, може, час і простір.&lt;br /&gt;</w:t>
        <w:br/>
        <w:t>Але ж не скрипка!.. Не життя моє...&lt;br /&gt;</w:t>
        <w:br/>
        <w:t>Ми якось дуже звикли, що він — Ойстрах.&lt;br /&gt;</w:t>
        <w:br/>
        <w:t>Ми якось дуже звикли, що він є.</w:t>
      </w:r>
    </w:p>
    <w:p>
      <w:r>
        <w:br/>
        <w:t>А от нема. І струни його стихли.&lt;br /&gt;</w:t>
        <w:br/>
        <w:t>І проти смерті слава не рецепт.&lt;br /&gt;</w:t>
        <w:br/>
        <w:t>А ми тоді... ми все-таки... ми встигли...&lt;br /&gt;</w:t>
        <w:br/>
        <w:t>Ми думали, що то іще концерт!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концерт Ойстраха у Києві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