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міст полковника</w:t>
      </w:r>
    </w:p>
    <w:p>
      <w:r>
        <w:br/>
        <w:t xml:space="preserve"> Вдарили сурми в маєво листя зеленого,&lt;br /&gt;</w:t>
        <w:br/>
        <w:t>Крила наметів лячно залопотіли,&lt;br /&gt;</w:t>
        <w:br/>
        <w:t>Зорі летіли в очі молодо і черлено,&lt;br /&gt;</w:t>
        <w:br/>
        <w:t>І сон оксамитив непрочумане тіло.</w:t>
      </w:r>
    </w:p>
    <w:p>
      <w:r>
        <w:br/>
        <w:t>Багнетами хряснули карабіни холодні,&lt;br /&gt;</w:t>
        <w:br/>
        <w:t>Сіялась ніч крізь рожеве решето.&lt;br /&gt;</w:t>
        <w:br/>
        <w:t>Смачно кричали сколошкані взводні,&lt;br /&gt;</w:t>
        <w:br/>
        <w:t>І шикувались солдати нарешті.</w:t>
      </w:r>
    </w:p>
    <w:p>
      <w:r>
        <w:br/>
        <w:t>Ковтали останні сонливі шепоти,&lt;br /&gt;</w:t>
        <w:br/>
        <w:t>Сопіли друзям у теплі потилиці.&lt;br /&gt;</w:t>
        <w:br/>
        <w:t>В уяві блукали несмілі прожекти,&lt;br /&gt;</w:t>
        <w:br/>
        <w:t>У що ця тривога неждана виллється.</w:t>
      </w:r>
    </w:p>
    <w:p>
      <w:r>
        <w:br/>
        <w:t>Ріжучи мрево тугою статурою,&lt;br /&gt;</w:t>
        <w:br/>
        <w:t>Місячи порох чобітьми яловими,&lt;br /&gt;</w:t>
        <w:br/>
        <w:t>Незугарною рухливою скульптурою&lt;br /&gt;</w:t>
        <w:br/>
        <w:t>Виріс він перед рядами ямбовими.</w:t>
      </w:r>
    </w:p>
    <w:p>
      <w:r>
        <w:br/>
        <w:t>Одноокий, на цибатих кривих ногах,&lt;br /&gt;</w:t>
        <w:br/>
        <w:t>Ведучи на прив'язі штабну свиту,&lt;br /&gt;</w:t>
        <w:br/>
        <w:t>Він темряву бив під лопатку і в пах&lt;br /&gt;</w:t>
        <w:br/>
        <w:t>Хохлацькою скоромовкою басовитою.</w:t>
      </w:r>
    </w:p>
    <w:p>
      <w:r>
        <w:br/>
        <w:t>Полковник старів на наших очах&lt;br /&gt;</w:t>
        <w:br/>
        <w:t>І, втямивши це, холов до образи.&lt;br /&gt;</w:t>
        <w:br/>
        <w:t>МАВ1[1] його пружно і тепло гарчав —&lt;br /&gt;</w:t>
        <w:br/>
        <w:t>Вітер під пахвами в нього лазив.</w:t>
      </w:r>
    </w:p>
    <w:p>
      <w:r>
        <w:br/>
        <w:t>Слова конали в терпкій живиці,&lt;br /&gt;</w:t>
        <w:br/>
        <w:t>Слова навзаводи йшли в заміс,&lt;br /&gt;</w:t>
        <w:br/>
        <w:t>Слова наливали тіло по вінця&lt;br /&gt;</w:t>
        <w:br/>
        <w:t>Зеленим маревом пісні про міст.</w:t>
      </w:r>
    </w:p>
    <w:p>
      <w:r>
        <w:br/>
        <w:t>Різкий ацетон ковтала імла,&lt;br /&gt;</w:t>
        <w:br/>
        <w:t>Гойдалися блоки на спарених шинах,&lt;br /&gt;</w:t>
        <w:br/>
        <w:t>Кавалькада металу гуркіт тягла,&lt;br /&gt;</w:t>
        <w:br/>
        <w:t>Небо вигойдувала на пружинах.</w:t>
      </w:r>
    </w:p>
    <w:p>
      <w:r>
        <w:br/>
        <w:t>Хитаючи прутом пругкої антени,&lt;br /&gt;</w:t>
        <w:br/>
        <w:t>МАВ зеленавий між ЗІЛами нишпорив,&lt;br /&gt;</w:t>
        <w:br/>
        <w:t>І рятували дивацькі крени&lt;br /&gt;</w:t>
        <w:br/>
        <w:t>Його шофера, грузина вишколеного.</w:t>
      </w:r>
    </w:p>
    <w:p>
      <w:r>
        <w:br/>
        <w:t>І вже начштабу летів туди,&lt;br /&gt;</w:t>
        <w:br/>
        <w:t>Де ляже моста зелена соната,&lt;br /&gt;</w:t>
        <w:br/>
        <w:t>І віявсь за МАВом блакитний дим,&lt;br /&gt;</w:t>
        <w:br/>
        <w:t>І біг наказів полковничих натовп.</w:t>
      </w:r>
    </w:p>
    <w:p>
      <w:r>
        <w:br/>
        <w:t>В апарелях піщаних хрустіла лоза,&lt;br /&gt;</w:t>
        <w:br/>
        <w:t>Над урвищем різко хрипіли гальма,&lt;br /&gt;</w:t>
        <w:br/>
        <w:t>Полковник кричав захрипло: "Назад,&lt;br /&gt;</w:t>
        <w:br/>
        <w:t>Назад, такувашумать, негайної"</w:t>
      </w:r>
    </w:p>
    <w:p>
      <w:r>
        <w:br/>
        <w:t>І, як тасує карти картяр,&lt;br /&gt;</w:t>
        <w:br/>
        <w:t>Збивав він машини в строгі колони,&lt;br /&gt;</w:t>
        <w:br/>
        <w:t>А потім палив: цигарковий жар&lt;br /&gt;</w:t>
        <w:br/>
        <w:t>Не встигав йому сипати дим солоний.</w:t>
      </w:r>
    </w:p>
    <w:p>
      <w:r>
        <w:br/>
        <w:t>Блоки летіли, збиваючи білу грозу.&lt;br /&gt;</w:t>
        <w:br/>
        <w:t>Прогони гули,&lt;br /&gt;</w:t>
        <w:br/>
        <w:t>катери сновигали чвалом,&lt;br /&gt;</w:t>
        <w:br/>
        <w:t>І мошкара надибала сизу брудну лозу,&lt;br /&gt;</w:t>
        <w:br/>
        <w:t>І на бровах мостилася&lt;br /&gt;</w:t>
        <w:br/>
        <w:t>викличне і зухвало.</w:t>
      </w:r>
    </w:p>
    <w:p>
      <w:r>
        <w:br/>
        <w:t>Зводилось сонце. Обсіла його мошкара.&lt;br /&gt;</w:t>
        <w:br/>
        <w:t>Воно червоніло —&lt;br /&gt;</w:t>
        <w:br/>
        <w:t>покусане, зле і безруке.&lt;br /&gt;</w:t>
        <w:br/>
        <w:t>І вже вигулювало кругле, як сонце,&lt;br /&gt;</w:t>
        <w:br/>
        <w:t>"ура".&lt;br /&gt;</w:t>
        <w:br/>
        <w:t>І чувся з-за лісу&lt;br /&gt;</w:t>
        <w:br/>
        <w:t>продимлених танків грюкіт.</w:t>
      </w:r>
    </w:p>
    <w:p>
      <w:r>
        <w:br/>
        <w:t>Зірвалися з прив'язі ситі тугі БМК2[2],&lt;br /&gt;</w:t>
        <w:br/>
        <w:t>Входили в лінію вже налаштовані ланки,&lt;br /&gt;</w:t>
        <w:br/>
        <w:t>І вктягся міст на понтонах,&lt;br /&gt;</w:t>
        <w:br/>
        <w:t>як на биках,&lt;br /&gt;</w:t>
        <w:br/>
        <w:t>І гарячково побігли&lt;br /&gt;</w:t>
        <w:br/>
        <w:t>хапливі тони морзянки.</w:t>
      </w:r>
    </w:p>
    <w:p>
      <w:r>
        <w:br/>
        <w:t>Та вибухло серце,&lt;br /&gt;</w:t>
        <w:br/>
        <w:t>як спалах вогню вночі,&lt;br /&gt;</w:t>
        <w:br/>
        <w:t>Взялись дніпровські очі&lt;br /&gt;</w:t>
        <w:br/>
        <w:t>димчатим сизим оловом.&lt;br /&gt;</w:t>
        <w:br/>
        <w:t>Міст прогинався од рику&lt;br /&gt;</w:t>
        <w:br/>
        <w:t>дублених тягачів,&lt;br /&gt;</w:t>
        <w:br/>
        <w:t>І лікар наш полковий&lt;br /&gt;</w:t>
        <w:br/>
        <w:t>тужно схопився за голову.</w:t>
      </w:r>
    </w:p>
    <w:p>
      <w:r>
        <w:br/>
        <w:t>1[1] МАВ — малий плаваючий автомобіль.&lt;br /&gt;</w:t>
        <w:br/>
        <w:t>2[2] БМК — марка катера.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міст полковника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