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Павло Полуботок</w:t>
      </w:r>
    </w:p>
    <w:p>
      <w:r>
        <w:br/>
        <w:t xml:space="preserve"> Полуботку-Полуботку,&lt;br /&gt;</w:t>
        <w:br/>
        <w:t>Наказний гетьмане!&lt;br /&gt;</w:t>
        <w:br/>
        <w:t>А хто ж тобі гетьманськую&lt;br /&gt;</w:t>
        <w:br/>
        <w:t>Булаву дістане?&lt;br /&gt;</w:t>
        <w:br/>
        <w:t>Полуботку-Полуботку,&lt;br /&gt;</w:t>
        <w:br/>
        <w:t>Голубе-соколю!&lt;br /&gt;</w:t>
        <w:br/>
        <w:t>А як же ж ти підіймешся&lt;br /&gt;</w:t>
        <w:br/>
        <w:t>За козацьку волю?&lt;br /&gt;</w:t>
        <w:br/>
        <w:t>Полуботку-Полуботку,&lt;br /&gt;</w:t>
        <w:br/>
        <w:t>Рідная дитино!&lt;br /&gt;</w:t>
        <w:br/>
        <w:t>А як же ж ти ізійдешся&lt;br /&gt;</w:t>
        <w:br/>
        <w:t>З вражим Вельяміном?2</w:t>
      </w:r>
    </w:p>
    <w:p>
      <w:r>
        <w:br/>
        <w:t>Не питайте, хто Павлові&lt;br /&gt;</w:t>
        <w:br/>
        <w:t>Булаву добуде,&lt;br /&gt;</w:t>
        <w:br/>
        <w:t>Є у нього Україна,&lt;br /&gt;</w:t>
        <w:br/>
        <w:t>Є у нього люди.&lt;br /&gt;</w:t>
        <w:br/>
        <w:t>І пішли вже Семен Рубець&lt;br /&gt;</w:t>
        <w:br/>
        <w:t>І Василь Биковський3,&lt;br /&gt;</w:t>
        <w:br/>
        <w:t>Лиш чекайте, що то скаже&lt;br /&gt;</w:t>
        <w:br/>
        <w:t>Цар Петро московський,&lt;br /&gt;</w:t>
        <w:br/>
        <w:t>Нема царя в Московщинї,&lt;br /&gt;</w:t>
        <w:br/>
        <w:t>Десь у Тегерані4;&lt;br /&gt;</w:t>
        <w:br/>
        <w:t>Але посли й туди за ним —&lt;br /&gt;</w:t>
        <w:br/>
        <w:t>І вже в Астрахані.&lt;br /&gt;</w:t>
        <w:br/>
        <w:t>І за море, за Хвалинське5,&lt;br /&gt;</w:t>
        <w:br/>
        <w:t>Листи посилають&lt;br /&gt;</w:t>
        <w:br/>
        <w:t>Та у царя серед бійки&lt;br /&gt;</w:t>
        <w:br/>
        <w:t>Гетьмана благають.&lt;br /&gt;</w:t>
        <w:br/>
        <w:t>А тим часом і Вельямін&lt;br /&gt;</w:t>
        <w:br/>
        <w:t>Листи посилає6&lt;br /&gt;</w:t>
        <w:br/>
        <w:t>Та до царя московського&lt;br /&gt;</w:t>
        <w:br/>
        <w:t>Стиха промовляє:&lt;br /&gt;</w:t>
        <w:br/>
        <w:t>"Що робити, — каже, — царю,&lt;br /&gt;</w:t>
        <w:br/>
        <w:t>З тими козаками?&lt;br /&gt;</w:t>
        <w:br/>
        <w:t>Либонь, вони хотять знову&lt;br /&gt;</w:t>
        <w:br/>
        <w:t>Битись з москалями!&lt;br /&gt;</w:t>
        <w:br/>
        <w:t>Шумить-гуде Україна,&lt;br /&gt;</w:t>
        <w:br/>
        <w:t>Козаки гукають,&lt;br /&gt;</w:t>
        <w:br/>
        <w:t>А найбільше Милорадич7&lt;br /&gt;</w:t>
        <w:br/>
        <w:t>З Маркевичем8 грають".&lt;br /&gt;</w:t>
        <w:br/>
        <w:t>І подумав цар московський,&lt;br /&gt;</w:t>
        <w:br/>
        <w:t>Та й із Тегераня&lt;br /&gt;</w:t>
        <w:br/>
        <w:t>Серед зими свої листи&lt;br /&gt;</w:t>
        <w:br/>
        <w:t>Шле до Астраханя,&lt;br /&gt;</w:t>
        <w:br/>
        <w:t>Та й і каже українцям:&lt;br /&gt;</w:t>
        <w:br/>
        <w:t>"Почекайте, люди,&lt;br /&gt;</w:t>
        <w:br/>
        <w:t>Повернуся в Московщину —&lt;br /&gt;</w:t>
        <w:br/>
        <w:t>Тоді все вам буде!&lt;br /&gt;</w:t>
        <w:br/>
        <w:t>Але за то й мене тепер&lt;br /&gt;</w:t>
        <w:br/>
        <w:t>Послухайте, діти,&lt;br /&gt;</w:t>
        <w:br/>
        <w:t>І п'ятнадцять мені тисяч&lt;br /&gt;</w:t>
        <w:br/>
        <w:t>Козаків пошліте!&lt;br /&gt;</w:t>
        <w:br/>
        <w:t>З Милорадичем пошліте&lt;br /&gt;</w:t>
        <w:br/>
        <w:t>В Ладогу п'ять тисяч,&lt;br /&gt;</w:t>
        <w:br/>
        <w:t>А з Маркевичем до Хреста&lt;br /&gt;</w:t>
        <w:br/>
        <w:t>Пошліть десять тисяч!"9&lt;br /&gt;</w:t>
        <w:br/>
        <w:t>І пішли сумні козаки,&lt;br /&gt;</w:t>
        <w:br/>
        <w:t>Нічого діяти...&lt;br /&gt;</w:t>
        <w:br/>
        <w:t>"Зато, — кажуть, — ми гетьмана&lt;br /&gt;</w:t>
        <w:br/>
        <w:t>Будем живо мати!"&lt;br /&gt;</w:t>
        <w:br/>
        <w:t>Та не ворон же то чорний&lt;br /&gt;</w:t>
        <w:br/>
        <w:t>Із соколом б'ється,&lt;br /&gt;</w:t>
        <w:br/>
        <w:t>То Вельямін з Полуботком&lt;br /&gt;</w:t>
        <w:br/>
        <w:t>За права дереться.&lt;br /&gt;</w:t>
        <w:br/>
        <w:t>І обидва Петра-царя&lt;br /&gt;</w:t>
        <w:br/>
        <w:t>Просять розсудити.&lt;br /&gt;</w:t>
        <w:br/>
        <w:t>І говорить цар московський:&lt;br /&gt;</w:t>
        <w:br/>
        <w:t>"Нічого робити!&lt;br /&gt;</w:t>
        <w:br/>
        <w:t>Треба, — каже, — Полуботка&lt;br /&gt;</w:t>
        <w:br/>
        <w:t>В Петропіль10 зазвати&lt;br /&gt;</w:t>
        <w:br/>
        <w:t>І тут йому по-московськи&lt;br /&gt;</w:t>
        <w:br/>
        <w:t>Правду розказати!"&lt;br /&gt;</w:t>
        <w:br/>
        <w:t>І з Савичем11 і Чарнишем12&lt;br /&gt;</w:t>
        <w:br/>
        <w:t>Павла викликає,&lt;br /&gt;</w:t>
        <w:br/>
        <w:t>Але Павло послів собі&lt;br /&gt;</w:t>
        <w:br/>
        <w:t>Вперед посилає.&lt;br /&gt;</w:t>
        <w:br/>
        <w:t>І прибули у Петропіль&lt;br /&gt;</w:t>
        <w:br/>
        <w:t>Посли молодецькі:&lt;br /&gt;</w:t>
        <w:br/>
        <w:t>Полковники Данилович&lt;br /&gt;</w:t>
        <w:br/>
        <w:t>І Петро Корецький.&lt;br /&gt;</w:t>
        <w:br/>
        <w:t>Бунчуковий Володьковський&lt;br /&gt;</w:t>
        <w:br/>
        <w:t>І судець Грабенко,&lt;br /&gt;</w:t>
        <w:br/>
        <w:t>І військовий з ними писар&lt;br /&gt;</w:t>
        <w:br/>
        <w:t>Завзятий Ханенко13&lt;br /&gt;</w:t>
        <w:br/>
        <w:t>І прибули у Петропіль&lt;br /&gt;</w:t>
        <w:br/>
        <w:t>Та й говорять: "Царю!&lt;br /&gt;</w:t>
        <w:br/>
        <w:t>Візьми собі Вельяміна,&lt;br /&gt;</w:t>
        <w:br/>
        <w:t>Візьми нашу кару;&lt;br /&gt;</w:t>
        <w:br/>
        <w:t>Судці твої московськії&lt;br /&gt;</w:t>
        <w:br/>
        <w:t>Нас добра не учать,&lt;br /&gt;</w:t>
        <w:br/>
        <w:t>Багатого обдирають,&lt;br /&gt;</w:t>
        <w:br/>
        <w:t>А бідного мучать.&lt;br /&gt;</w:t>
        <w:br/>
        <w:t>Козаків за хлопів мають&lt;br /&gt;</w:t>
        <w:br/>
        <w:t>І гризуть гетьмана...&lt;br /&gt;</w:t>
        <w:br/>
        <w:t>А чи ж так то, ясний царю,&lt;br /&gt;</w:t>
        <w:br/>
        <w:t>Було за Богдана?..&lt;br /&gt;</w:t>
        <w:br/>
        <w:t>Ти говориш, що Хмельницький&lt;br /&gt;</w:t>
        <w:br/>
        <w:t>Сам царям прирадив,&lt;br /&gt;</w:t>
        <w:br/>
        <w:t>Щоб московський воєвода&lt;br /&gt;</w:t>
        <w:br/>
        <w:t>На Вкраїні рядив;&lt;br /&gt;</w:t>
        <w:br/>
        <w:t>Але Павло Полуботок&lt;br /&gt;</w:t>
        <w:br/>
        <w:t>Не ховає слова,&lt;br /&gt;</w:t>
        <w:br/>
        <w:t>Він говорить: "Що там, — каже,&lt;br /&gt;</w:t>
        <w:br/>
        <w:t>Батькова умова!&lt;br /&gt;</w:t>
        <w:br/>
        <w:t>Спершу, царю, піднови ти&lt;br /&gt;</w:t>
        <w:br/>
        <w:t>Нашу давню волю,&lt;br /&gt;</w:t>
        <w:br/>
        <w:t>Щоб ми самі судилися&lt;br /&gt;</w:t>
        <w:br/>
        <w:t>Помежи собою;&lt;br /&gt;</w:t>
        <w:br/>
        <w:t>Щоб ні стольник, ні боярин,&lt;br /&gt;</w:t>
        <w:br/>
        <w:t>Ані воєвода&lt;br /&gt;</w:t>
        <w:br/>
        <w:t>Не питали, не судили&lt;br /&gt;</w:t>
        <w:br/>
        <w:t>Нашого народа;&lt;br /&gt;</w:t>
        <w:br/>
        <w:t>Щоб козаки самі собі&lt;br /&gt;</w:t>
        <w:br/>
        <w:t>Розправу чинили,&lt;br /&gt;</w:t>
        <w:br/>
        <w:t>І, де три їх, щоб два собі&lt;br /&gt;</w:t>
        <w:br/>
        <w:t>Третього судили.&lt;br /&gt;</w:t>
        <w:br/>
        <w:t>І всі царі московськії&lt;br /&gt;</w:t>
        <w:br/>
        <w:t>Теє право знали&lt;br /&gt;</w:t>
        <w:br/>
        <w:t>І за нього своє слово&lt;br /&gt;</w:t>
        <w:br/>
        <w:t>Царськеє давали.&lt;br /&gt;</w:t>
        <w:br/>
        <w:t>Та й ти давав, ясний царю,&lt;br /&gt;</w:t>
        <w:br/>
        <w:t>Як ізбирав раду,&lt;br /&gt;</w:t>
        <w:br/>
        <w:t>Як давав нам у гетьмани&lt;br /&gt;</w:t>
        <w:br/>
        <w:t>Пана Скоропаду14&lt;br /&gt;</w:t>
        <w:br/>
        <w:t>Чого ж тепер на Вкраїні&lt;br /&gt;</w:t>
        <w:br/>
        <w:t>Воєводи .стали,&lt;br /&gt;</w:t>
        <w:br/>
        <w:t>Чого права козацькії&lt;br /&gt;</w:t>
        <w:br/>
        <w:t>И вольності пропали?!"&lt;br /&gt;</w:t>
        <w:br/>
        <w:t>Незабаром за послами&lt;br /&gt;</w:t>
        <w:br/>
        <w:t>Й Павло прибуває&lt;br /&gt;</w:t>
        <w:br/>
        <w:t>І з Чарнишем і Савичем&lt;br /&gt;</w:t>
        <w:br/>
        <w:t>К царю підступає.&lt;br /&gt;</w:t>
        <w:br/>
        <w:t>Підступає, дає листи,&lt;br /&gt;</w:t>
        <w:br/>
        <w:t>Просить за Вкраїну,&lt;br /&gt;</w:t>
        <w:br/>
        <w:t>Але, знати, й Павло прибув&lt;br /&gt;</w:t>
        <w:br/>
        <w:t>В лихую годину:&lt;br /&gt;</w:t>
        <w:br/>
        <w:t>Ані Петро, ні бояри&lt;br /&gt;</w:t>
        <w:br/>
        <w:t>За нього не дбали,&lt;br /&gt;</w:t>
        <w:br/>
        <w:t>Його листи за Вкраїну&lt;br /&gt;</w:t>
        <w:br/>
        <w:t>Під сукном лежали.&lt;br /&gt;</w:t>
        <w:br/>
        <w:t>І чекає Павло місяць,&lt;br /&gt;</w:t>
        <w:br/>
        <w:t>Ба й другий чекає,&lt;br /&gt;</w:t>
        <w:br/>
        <w:t>Ба й чекає місяць третій —&lt;br /&gt;</w:t>
        <w:br/>
        <w:t>Цар не закликає.&lt;br /&gt;</w:t>
        <w:br/>
        <w:t>"Почекай же, — Павло каже,&lt;br /&gt;</w:t>
        <w:br/>
        <w:t>Їдна мені доля,&lt;br /&gt;</w:t>
        <w:br/>
        <w:t>Але стане й тобі хроном&lt;br /&gt;</w:t>
        <w:br/>
        <w:t>Козацькая воля".&lt;br /&gt;</w:t>
        <w:br/>
        <w:t>І останнє своє слово&lt;br /&gt;</w:t>
        <w:br/>
        <w:t>Цареві готовить;&lt;br /&gt;</w:t>
        <w:br/>
        <w:t>І приходить з старшиною&lt;br /&gt;</w:t>
        <w:br/>
        <w:t>І до нього мовить:&lt;br /&gt;</w:t>
        <w:br/>
        <w:t>"Знаю й бачу тепер, царю,&lt;br /&gt;</w:t>
        <w:br/>
        <w:t>Що ти без причини&lt;br /&gt;</w:t>
        <w:br/>
        <w:t>Підійнявся на погибель&lt;br /&gt;</w:t>
        <w:br/>
        <w:t>Мої України.&lt;br /&gt;</w:t>
        <w:br/>
        <w:t>І всі царськії укази&lt;br /&gt;</w:t>
        <w:br/>
        <w:t>Хочеш попалити,&lt;br /&gt;</w:t>
        <w:br/>
        <w:t>І всі вольності козацькі&lt;br /&gt;</w:t>
        <w:br/>
        <w:t>Хочеш потопити.&lt;br /&gt;</w:t>
        <w:br/>
        <w:t>І козаків, як худобу,&lt;br /&gt;</w:t>
        <w:br/>
        <w:t>На роботу гониш,&lt;br /&gt;</w:t>
        <w:br/>
        <w:t>І над ними "Вічну пам'ять"&lt;br /&gt;</w:t>
        <w:br/>
        <w:t>По болотах дзвониш...&lt;br /&gt;</w:t>
        <w:br/>
        <w:t>І гетьмана обирати&lt;br /&gt;</w:t>
        <w:br/>
        <w:t>Нам не позволяєш,&lt;br /&gt;</w:t>
        <w:br/>
        <w:t>І судити судців своїх&lt;br /&gt;</w:t>
        <w:br/>
        <w:t>З Москви посилаєш!&lt;br /&gt;</w:t>
        <w:br/>
        <w:t>І нас судять без закону,&lt;br /&gt;</w:t>
        <w:br/>
        <w:t>Без всякого права;&lt;br /&gt;</w:t>
        <w:br/>
        <w:t>Чи вже ж тобі за то, царю,&lt;br /&gt;</w:t>
        <w:br/>
        <w:t>Буде яка слава?&lt;br /&gt;</w:t>
        <w:br/>
        <w:t>Але нехай мені буде&lt;br /&gt;</w:t>
        <w:br/>
        <w:t>Вільно і сказати,&lt;br /&gt;</w:t>
        <w:br/>
        <w:t>Що нічого тобі, царю,&lt;br /&gt;</w:t>
        <w:br/>
        <w:t>З України ждати.&lt;br /&gt;</w:t>
        <w:br/>
        <w:t>Україна — не дитина,&lt;br /&gt;</w:t>
        <w:br/>
        <w:t>Вона волю має,&lt;br /&gt;</w:t>
        <w:br/>
        <w:t>А вільного не неволя —&lt;br /&gt;</w:t>
        <w:br/>
        <w:t>Правда пригортає.&lt;br /&gt;</w:t>
        <w:br/>
        <w:t>Тепер кажи мені, царю,&lt;br /&gt;</w:t>
        <w:br/>
        <w:t>Хоч залізо терти,&lt;br /&gt;</w:t>
        <w:br/>
        <w:t>Хоч у тюрмі холоднії&lt;br /&gt;</w:t>
        <w:br/>
        <w:t>Із голоду мерти;&lt;br /&gt;</w:t>
        <w:br/>
        <w:t>Усе їдно мені, царю,&lt;br /&gt;</w:t>
        <w:br/>
        <w:t>Тілько б не видати,&lt;br /&gt;</w:t>
        <w:br/>
        <w:t>Як та бідна Україна&lt;br /&gt;</w:t>
        <w:br/>
        <w:t>Буде пропадати!.."&lt;br /&gt;</w:t>
        <w:br/>
        <w:t>І стиснув Петро зубами.&lt;br /&gt;</w:t>
        <w:br/>
        <w:t>"Шкуру, — каже, — здерти!"&lt;br /&gt;</w:t>
        <w:br/>
        <w:t>Але трохи одумався:&lt;br /&gt;</w:t>
        <w:br/>
        <w:t>"В тюрму аж до смерти!"&lt;br /&gt;</w:t>
        <w:br/>
        <w:t>І у тюрмі Петра й Павла&lt;br /&gt;</w:t>
        <w:br/>
        <w:t>Разом з старшинами&lt;br /&gt;</w:t>
        <w:br/>
        <w:t>Обіллявся Полуботок&lt;br /&gt;</w:t>
        <w:br/>
        <w:t>Дрібними сльозами...&lt;br /&gt;</w:t>
        <w:br/>
        <w:t>Обіллявся не за себе,&lt;br /&gt;</w:t>
        <w:br/>
        <w:t>А за Україну&lt;br /&gt;</w:t>
        <w:br/>
        <w:t>Та за своїх товаришів,&lt;br /&gt;</w:t>
        <w:br/>
        <w:t>Що без долі гинуть.&lt;br /&gt;</w:t>
        <w:br/>
        <w:t>Та не довго ж Павло плакав.&lt;br /&gt;</w:t>
        <w:br/>
        <w:t>Заслаб, помирає...&lt;br /&gt;</w:t>
        <w:br/>
        <w:t>Цар доктора посилає —&lt;br /&gt;</w:t>
        <w:br/>
        <w:t>Павло виганяє.&lt;br /&gt;</w:t>
        <w:br/>
        <w:t>"Нащо, — каже, — життя моє&lt;br /&gt;</w:t>
        <w:br/>
        <w:t>Назад повертати,&lt;br /&gt;</w:t>
        <w:br/>
        <w:t>Коли я не можу долі&lt;br /&gt;</w:t>
        <w:br/>
        <w:t>Батьківщині дати?"&lt;br /&gt;</w:t>
        <w:br/>
        <w:t>Петро сам іде до нього,&lt;br /&gt;</w:t>
        <w:br/>
        <w:t>Щоб перепросити,&lt;br /&gt;</w:t>
        <w:br/>
        <w:t>І дає йому лікарство,&lt;br /&gt;</w:t>
        <w:br/>
        <w:t>Просить його пити.&lt;br /&gt;</w:t>
        <w:br/>
        <w:t>Але Павло Полуботок&lt;br /&gt;</w:t>
        <w:br/>
        <w:t>Йому промовляє:&lt;br /&gt;</w:t>
        <w:br/>
        <w:t>"Дармо, царю; ти не вернеш,&lt;br /&gt;</w:t>
        <w:br/>
        <w:t>Що вже погасає...&lt;br /&gt;</w:t>
        <w:br/>
        <w:t>Живо-живо Павла й Петра&lt;br /&gt;</w:t>
        <w:br/>
        <w:t>На світі не буде,15&lt;br /&gt;</w:t>
        <w:br/>
        <w:t>Тоді обох нас розсудять&lt;br /&gt;</w:t>
        <w:br/>
        <w:t>Правдивії люди..."&lt;br /&gt;</w:t>
        <w:br/>
        <w:t>8 июня</w:t>
      </w:r>
    </w:p>
    <w:p>
      <w:r>
        <w:br/>
        <w:t>1 Полуботок Павло Леонтійович (близько 1660 — 1724) — наказний гетьман Лівобережної України (1722 — 1724), у 1706 — 1722 pp.— чернігівський полковник. Прагнучи зміцнити привілейоване політичне становище української старшини і забезпечити за нею монополію гноблення трудящих України, домагався від царського уряду відновлення права виборів гетьмана і ліквідації найвищого адміністративного органу України — Малоросійської колегії, створеної 1722 p. з наказу Петра І у Глухові. Ув'язнений Петром І, помер у Петропавловській фортеді в Петербурзі.&lt;br /&gt;</w:t>
        <w:br/>
        <w:t>2 Вельямін — Степан Лукич Вельямінов, царський бригадир (військовий чин, середній між полковником і генералом), президені Малоросійської колегії. Відзначився службовими зловживаннями.&lt;br /&gt;</w:t>
        <w:br/>
        <w:t>3 І пішли вже Семен Рубець i Василь Биковський... — Після смерті гетьмана І. І. Скоропадського (1646 — 1722) П. Полуботок послав військових товаришів С. Рубця та В. Биковського у Москву до царя з проханням дозволити вибори гетьмана. Проте посли до царя не були допущені.&lt;br /&gt;</w:t>
        <w:br/>
        <w:t>4 Heмa царя в Московщині,||Десь у Тегерані... — У 1722 — 1723 pp. Росія вела війну.з Іраном.&lt;br /&gt;</w:t>
        <w:br/>
        <w:t>5 І за море, за Хвалинське... — У староруських літописах Хвалинським називалось Каспійське море.&lt;br /&gt;</w:t>
        <w:br/>
        <w:t>6 Aтим часом іВельямін||Листи посилає... — С. Вельямінов особисто зустрівся а Петром І 1723 р. в Москві після повернення останнього з Персидського походу 1722 p.&lt;br /&gt;</w:t>
        <w:br/>
        <w:t>7 Милорадич — Михайло Ілліч Милорадович, український поміщик, за походженням серб, у 1715 — 1726 pp. — гадяцький полковниц.&lt;br /&gt;</w:t>
        <w:br/>
        <w:t>8 Маркевич — лубенський полковник.&lt;br /&gt;</w:t>
        <w:br/>
        <w:t>9 ...В Ладогу п'ять тисяч,|| А з Маркевичем до Хреста || Пошліть десять тися ч!" — Царський уряд використовував козаків на будівництві каналів, оборонних валів та фортець, зокрема Ладозького каналу біля Петербурга та фортеці святого Хреста на Каспійському морі. Козаки працювали безкоштовно і через важкі умови роботи масами гинули або ставали каліками.&lt;br /&gt;</w:t>
        <w:br/>
        <w:t>10 Петропіль — Петербург.&lt;br /&gt;</w:t>
        <w:br/>
        <w:t>11 Савич Семен — генеральний писар України.&lt;br /&gt;</w:t>
        <w:br/>
        <w:t>12 Чарниш (Черниш) — генеральний суддя.&lt;br /&gt;</w:t>
        <w:br/>
        <w:t>13 Ханєнко Микола Данилович (1691 — 1760) — український поміщик, генеральний хорунжий (1741 — 1760). 1723 р. разом з П. Полуботком був звинувачений у зраді і заарештований у Петербурзі; звільнений 1726 р. У 1738 р. брав участь у поході російського війська на Крим. Написав щоденники "Діаріуш" та "Щоденник генерального хорунжого Чиколи Ханенка 1727 — 1753 pp.", які містять відомості з історії України 20 — 50-х років XVIII ст.&lt;br /&gt;</w:t>
        <w:br/>
        <w:t>14 Скоропада — І. І. Скоропадський.&lt;br /&gt;</w:t>
        <w:br/>
        <w:t>15 15 Живо-живо Павла й Петра На світі не буде..." — ГІ. Полуботок помер 29 грудня 1724 p., а Петро І — 8 лютого 1725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Павло Полуботок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