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Павучок — рудий бочок</w:t>
      </w:r>
    </w:p>
    <w:p>
      <w:r>
        <w:br/>
        <w:t xml:space="preserve"> Павучок — рудий бочок&lt;br /&gt;</w:t>
        <w:br/>
        <w:t>мив надвечір ніжки.&lt;br /&gt;</w:t>
        <w:br/>
        <w:t>Був він добрий павучок,&lt;br /&gt;</w:t>
        <w:br/>
        <w:t>та дурненький трішки.&lt;br /&gt;</w:t>
        <w:br/>
        <w:t>Мив він ніжки, вимивав,&lt;br /&gt;</w:t>
        <w:br/>
        <w:t>їх ретельно рахував.&lt;br /&gt;</w:t>
        <w:br/>
        <w:t>Перша, друга — при мені,&lt;br /&gt;</w:t>
        <w:br/>
        <w:t>ось і третя ніжка,&lt;br /&gt;</w:t>
        <w:br/>
        <w:t>а четверта — є чи ні?&lt;br /&gt;</w:t>
        <w:br/>
        <w:t>Є — вона вже в ліжку.&lt;br /&gt;</w:t>
        <w:br/>
        <w:t>А весела ніжка п'ята&lt;br /&gt;</w:t>
        <w:br/>
        <w:t>все ще хоче танцювати.&lt;br /&gt;</w:t>
        <w:br/>
        <w:t>Ну невже та п'ята ніжка&lt;br /&gt;</w:t>
        <w:br/>
        <w:t>не стомилась анітрішки?&lt;br /&gt;</w:t>
        <w:br/>
        <w:t>Вередлива шоста ніжка&lt;br /&gt;</w:t>
        <w:br/>
        <w:t>не давала знять панчішку.&lt;br /&gt;</w:t>
        <w:br/>
        <w:t>Упиралася, сміялась —&lt;br /&gt;</w:t>
        <w:br/>
        <w:t>ніжка лоскоту боялась.&lt;br /&gt;</w:t>
        <w:br/>
        <w:t>Сьома митись не любила:&lt;br /&gt;</w:t>
        <w:br/>
        <w:t>"Ой! Змивається загар!".&lt;br /&gt;</w:t>
        <w:br/>
        <w:t>Восьма крику наробила,&lt;br /&gt;</w:t>
        <w:br/>
        <w:t>що на неї наступила&lt;br /&gt;</w:t>
        <w:br/>
        <w:t>ще не вимита нога.&lt;br /&gt;</w:t>
        <w:br/>
        <w:t>Павучок благає: "Досить!&lt;br /&gt;</w:t>
        <w:br/>
        <w:t>Не пустуйте, час у ліжко!".&lt;br /&gt;</w:t>
        <w:br/>
        <w:t>Доки вимив ніжку восьму,&lt;br /&gt;</w:t>
        <w:br/>
        <w:t>забруднилась перша ніжка.&lt;br /&gt;</w:t>
        <w:br/>
        <w:t>Вимив першу — десь поділась сьома.&lt;br /&gt;</w:t>
        <w:br/>
        <w:t>Де ти, сьома? Вже і сонце закотилось&lt;br /&gt;</w:t>
        <w:br/>
        <w:t>втомлено і сонно.&lt;br /&gt;</w:t>
        <w:br/>
        <w:t>Спить конячка і бичок, птиці сплять і мишка,&lt;br /&gt;</w:t>
        <w:br/>
        <w:t>тільки смішний павучок все ще лічить ніжки.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Павучок — рудий бочок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