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чужим небом</w:t>
      </w:r>
    </w:p>
    <w:p>
      <w:r>
        <w:br/>
        <w:t xml:space="preserve"> 1</w:t>
      </w:r>
    </w:p>
    <w:p>
      <w:r>
        <w:br/>
        <w:t>Чужі: й земля, і небо тут, і люди,&lt;br /&gt;</w:t>
        <w:br/>
        <w:t>І місяця золотосрібний ріг.&lt;br /&gt;</w:t>
        <w:br/>
        <w:t>Життя давно, як божевільне, блудить&lt;br /&gt;</w:t>
        <w:br/>
        <w:t>По манівцях заплутаних доріг.</w:t>
      </w:r>
    </w:p>
    <w:p>
      <w:r>
        <w:br/>
        <w:t>Десь кревний край кона в останній муці,&lt;br /&gt;</w:t>
        <w:br/>
        <w:t>Дикун над ним заносить ятаган,&lt;br /&gt;</w:t>
        <w:br/>
        <w:t>А він скажений біль терпить, як Муцій,&lt;br /&gt;</w:t>
        <w:br/>
        <w:t>І крапле кров росою з чорних ран.</w:t>
      </w:r>
    </w:p>
    <w:p>
      <w:r>
        <w:br/>
        <w:t>Чому ж я тут? Куди ж іще заблудить&lt;br /&gt;</w:t>
        <w:br/>
        <w:t>Безглузда путь і хто остереже?&lt;br /&gt;</w:t>
        <w:br/>
        <w:t>Чужа земля, чужі похмурі люди —&lt;br /&gt;</w:t>
        <w:br/>
        <w:t>Й саме життя, здається, вже чуже.</w:t>
      </w:r>
    </w:p>
    <w:p>
      <w:r>
        <w:br/>
        <w:t>2</w:t>
      </w:r>
    </w:p>
    <w:p>
      <w:r>
        <w:br/>
        <w:t>Не треба ні паризьких бруків,&lt;br /&gt;</w:t>
        <w:br/>
        <w:t>Ні Праги вулиць прастарих:&lt;br /&gt;</w:t>
        <w:br/>
        <w:t>Все сняться матернії руки,&lt;br /&gt;</w:t>
        <w:br/>
        <w:t>Стара солома рідних стріх.</w:t>
      </w:r>
    </w:p>
    <w:p>
      <w:r>
        <w:br/>
        <w:t>Все сниться гук весни і вітер,&lt;br /&gt;</w:t>
        <w:br/>
        <w:t>Веселий вітер світлих літ.&lt;br /&gt;</w:t>
        <w:br/>
        <w:t>А тут — молюсь, убогий митар,&lt;br /&gt;</w:t>
        <w:br/>
        <w:t>Шукаю Твій вогненний слід...</w:t>
      </w:r>
    </w:p>
    <w:p>
      <w:r>
        <w:br/>
        <w:t>Hi! He знайтиі Ніхто не знає.&lt;br /&gt;</w:t>
        <w:br/>
        <w:t>Ніхто не чув Твоїх плачів.&lt;br /&gt;</w:t>
        <w:br/>
        <w:t>Біля всесвітнього Сінаю,&lt;br /&gt;</w:t>
        <w:br/>
        <w:t>Як завше — золото й мечі.</w:t>
      </w:r>
    </w:p>
    <w:p>
      <w:r>
        <w:br/>
        <w:t>3</w:t>
      </w:r>
    </w:p>
    <w:p>
      <w:r>
        <w:br/>
        <w:t>Десь сіре поле в чорних круках,&lt;br /&gt;</w:t>
        <w:br/>
        <w:t>Що пророкують: "Кари! Кар!"&lt;br /&gt;</w:t>
        <w:br/>
        <w:t>А я тут, на чужинних бруках,&lt;br /&gt;</w:t>
        <w:br/>
        <w:t>Чужий — несу чужий тягар.</w:t>
      </w:r>
    </w:p>
    <w:p>
      <w:r>
        <w:br/>
        <w:t>А я на полум'ї розлуки&lt;br /&gt;</w:t>
        <w:br/>
        <w:t>Назавше спалюю роки,&lt;br /&gt;</w:t>
        <w:br/>
        <w:t>І сниться степ Твій, сняться луки&lt;br /&gt;</w:t>
        <w:br/>
        <w:t>І на узгір'ях — вітряки.</w:t>
      </w:r>
    </w:p>
    <w:p>
      <w:r>
        <w:br/>
        <w:t>Там свист херсонського просторуї&lt;br /&gt;</w:t>
        <w:br/>
        <w:t>Там вітер з кришталевих хвиль!&lt;br /&gt;</w:t>
        <w:br/>
        <w:t>А тут: в вікні опустиш штору —&lt;br /&gt;</w:t>
        <w:br/>
        <w:t>І п'єш, самотній, смертний біль.</w:t>
      </w:r>
    </w:p>
    <w:p>
      <w:r>
        <w:br/>
        <w:t>4</w:t>
      </w:r>
    </w:p>
    <w:p>
      <w:r>
        <w:br/>
        <w:t>Несу отут страшний свій іспит&lt;br /&gt;</w:t>
        <w:br/>
        <w:t>І знаю, що життя мине.&lt;br /&gt;</w:t>
        <w:br/>
        <w:t>І мати, сидячи на призьбі,&lt;br /&gt;</w:t>
        <w:br/>
        <w:t>Вже не вичікують мене.</w:t>
      </w:r>
    </w:p>
    <w:p>
      <w:r>
        <w:br/>
        <w:t>Давно Євгена поминає&lt;br /&gt;</w:t>
        <w:br/>
        <w:t>За упокій старенький піп,&lt;br /&gt;</w:t>
        <w:br/>
        <w:t>За весною весна минає&lt;br /&gt;</w:t>
        <w:br/>
        <w:t>Під запашне зітхання лип.</w:t>
      </w:r>
    </w:p>
    <w:p>
      <w:r>
        <w:br/>
        <w:t>Все далі висиха Синюха,&lt;br /&gt;</w:t>
        <w:br/>
        <w:t>Й линя її весела синь,&lt;br /&gt;</w:t>
        <w:br/>
        <w:t>А вітер заголосить глухо&lt;br /&gt;</w:t>
        <w:br/>
        <w:t>І пролітає вдалечінь.</w:t>
      </w:r>
    </w:p>
    <w:p>
      <w:r>
        <w:br/>
        <w:t>Сиріє стріха під дощами,&lt;br /&gt;</w:t>
        <w:br/>
        <w:t>Вже хата стала нетривка,&lt;br /&gt;</w:t>
        <w:br/>
        <w:t>І мати слухають ночами&lt;br /&gt;</w:t>
        <w:br/>
        <w:t>Бронхітне гавкання Бровка.</w:t>
      </w:r>
    </w:p>
    <w:p>
      <w:r>
        <w:br/>
        <w:t>1924</w:t>
      </w:r>
    </w:p>
    <w:p>
      <w:r>
        <w:br/>
        <w:t>5</w:t>
      </w:r>
    </w:p>
    <w:p>
      <w:r>
        <w:br/>
        <w:t>По яких ще дорогах шукати причинної долі?&lt;br /&gt;</w:t>
        <w:br/>
        <w:t>Перекотиполем блукати в яких степах?&lt;br /&gt;</w:t>
        <w:br/>
        <w:t>Вітер грає, веселий, хвилюючись по роздоллю,&lt;br /&gt;</w:t>
        <w:br/>
        <w:t>Від зруйнованих міст розвіває горілий пах.</w:t>
      </w:r>
    </w:p>
    <w:p>
      <w:r>
        <w:br/>
        <w:t>Заховала перекупка-пам'ять всі сни глибоко,&lt;br /&gt;</w:t>
        <w:br/>
        <w:t>Тільки будить горілка на чорнім шляху в корчмі,&lt;br /&gt;</w:t>
        <w:br/>
        <w:t>Ніби в морок душі, в її цвинтарно-мертвий спокій&lt;br /&gt;</w:t>
        <w:br/>
        <w:t>Після чарки отрути влітає сонячний чміль1[1].</w:t>
      </w:r>
    </w:p>
    <w:p>
      <w:r>
        <w:br/>
        <w:t>І ось все забуваю, і все зникає в сутінні.&lt;br /&gt;</w:t>
        <w:br/>
        <w:t>Зостає лише рівний профіль і зоряний зір,&lt;br /&gt;</w:t>
        <w:br/>
        <w:t>Та ще заграв глухих за плечима Твоїми тремтіння:&lt;br /&gt;</w:t>
        <w:br/>
        <w:t>Всі принади Твоєї страшної краси.</w:t>
      </w:r>
    </w:p>
    <w:p>
      <w:r>
        <w:br/>
        <w:t>1920</w:t>
      </w:r>
    </w:p>
    <w:p>
      <w:r>
        <w:br/>
        <w:t>1[1] Чміль — Джміль (діал.).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чужим небом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