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Підкова</w:t>
      </w:r>
    </w:p>
    <w:p>
      <w:r>
        <w:br/>
        <w:t xml:space="preserve"> Була зима. Ішов зелений сніг.&lt;br /&gt;</w:t>
        <w:br/>
        <w:t>За ним — рожевий. Потім — фіалковий.&lt;br /&gt;</w:t>
        <w:br/>
        <w:t>І раптом протрюхикав на коні&lt;br /&gt;</w:t>
        <w:br/>
        <w:t>Дідусь Мороз. І загубив підкову.</w:t>
      </w:r>
    </w:p>
    <w:p>
      <w:r>
        <w:br/>
        <w:t>Та не просту. А золоту. Таким,&lt;br /&gt;</w:t>
        <w:br/>
        <w:t>на місяць схожим, серпиком лежала, —&lt;br /&gt;</w:t>
        <w:br/>
        <w:t>аж розгубились в небі літаки,&lt;br /&gt;</w:t>
        <w:br/>
        <w:t>кричали: "Мама!" —&lt;br /&gt;</w:t>
        <w:br/>
        <w:t>Й крильцями дрижали.</w:t>
      </w:r>
    </w:p>
    <w:p>
      <w:r>
        <w:br/>
        <w:t>А я знайшла. Сказала їй: — Світи&lt;br /&gt;</w:t>
        <w:br/>
        <w:t>тут, на вікні. Щоб все мені збулося! —&lt;br /&gt;</w:t>
        <w:br/>
        <w:t>Зійшлися і роззявили роти&lt;br /&gt;</w:t>
        <w:br/>
        <w:t>сімсот роззяв. Стоять вони і досі...</w:t>
      </w:r>
    </w:p>
    <w:p>
      <w:r>
        <w:br/>
        <w:t>Круг них світився то зелений сніг,&lt;br /&gt;</w:t>
        <w:br/>
        <w:t>то голубий, то ніжно-фіалковий.&lt;br /&gt;</w:t>
        <w:br/>
        <w:t>Вони стояли вперто, день при дні, —&lt;br /&gt;</w:t>
        <w:br/>
        <w:t>зачарувала їх моя підкова.</w:t>
      </w:r>
    </w:p>
    <w:p>
      <w:r>
        <w:br/>
        <w:t>Що ж, покладу підкову в чемодан,&lt;br /&gt;</w:t>
        <w:br/>
        <w:t>куплю я шубу. А тоді поїду&lt;br /&gt;</w:t>
        <w:br/>
        <w:t>в Лапландію. Хоч трішки і шкода,&lt;br /&gt;</w:t>
        <w:br/>
        <w:t>вже так і буть — віддам підкову Діду.</w:t>
      </w:r>
    </w:p>
    <w:p>
      <w:r>
        <w:br/>
        <w:t>Оце і все. А сніг звичайним став.&lt;br /&gt;</w:t>
        <w:br/>
        <w:t>Легкий і рівний, пада, пада, пада...&lt;br /&gt;</w:t>
        <w:br/>
        <w:t>Роти закрили всі сімсот роззяв.&lt;br /&gt;</w:t>
        <w:br/>
        <w:t>І розійшлись... І полягали спати.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Підкова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