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Підсвідомість</w:t>
      </w:r>
    </w:p>
    <w:p>
      <w:r>
        <w:br/>
        <w:t xml:space="preserve"> Понад похмуре, чорномуре бердо[42]&lt;br /&gt;</w:t>
        <w:br/>
        <w:t>підносив замок кам'яний свій жест.&lt;br /&gt;</w:t>
        <w:br/>
        <w:t>В him сивий мешка цар, мов срібний жезл;&lt;br /&gt;</w:t>
        <w:br/>
        <w:t>в льохах тримав рабів своїх він твердо.</w:t>
      </w:r>
    </w:p>
    <w:p>
      <w:r>
        <w:br/>
        <w:t>Навколо замка виросли крокоси,&lt;br /&gt;</w:t>
        <w:br/>
        <w:t>повій з-під листя вій глядів на жердь.&lt;br /&gt;</w:t>
        <w:br/>
        <w:t>Щораз то більш впадало в погріб жертв,&lt;br /&gt;</w:t>
        <w:br/>
        <w:t>неначеб хто косив тяжкі покоси.</w:t>
      </w:r>
    </w:p>
    <w:p>
      <w:r>
        <w:br/>
        <w:t>Враз лютий бунт затряс тюрми кублом.&lt;br /&gt;</w:t>
        <w:br/>
        <w:t>Геть! З льоху творять інший світ в надії.&lt;br /&gt;</w:t>
        <w:br/>
        <w:t>Побачив цар ті тереми новії&lt;br /&gt;</w:t>
        <w:br/>
        <w:t>та став тоді своїх рабів рабом.</w:t>
      </w:r>
    </w:p>
    <w:p>
      <w:r>
        <w:br/>
        <w:t>Цей цар – це я, палац – душа моя,&lt;br /&gt;</w:t>
        <w:br/>
        <w:t>бунт – сон, раби – мої померлі мрії.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Підсвідомість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