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пшеницю</w:t>
      </w:r>
    </w:p>
    <w:p>
      <w:r>
        <w:br/>
        <w:t xml:space="preserve"> Сонце гріє, вітер віє, а вода тече.&lt;br /&gt;</w:t>
        <w:br/>
        <w:t>Наша мати пшениченька золоту сорочку тче.</w:t>
      </w:r>
    </w:p>
    <w:p>
      <w:r>
        <w:br/>
        <w:t>А в тій золотій сорочечці, як маля,&lt;br /&gt;</w:t>
        <w:br/>
        <w:t>Буде красуватися, буде усміхатися вся земля.</w:t>
      </w:r>
    </w:p>
    <w:p>
      <w:r>
        <w:br/>
        <w:t>Сонце гріє, вітер віє, а вода тече.&lt;br /&gt;</w:t>
        <w:br/>
        <w:t>Наша мати пшениченька золотий коровай пече.</w:t>
      </w:r>
    </w:p>
    <w:p>
      <w:r>
        <w:br/>
        <w:t>А золотий коровай на столі засія —&lt;br /&gt;</w:t>
        <w:br/>
        <w:t>Буде веселитися і благословитися вся земля.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пшеницю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