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царя Івана Васильовича</w:t>
      </w:r>
    </w:p>
    <w:p>
      <w:r>
        <w:br/>
        <w:t xml:space="preserve"> ПІСНЯ&lt;br /&gt;</w:t>
        <w:br/>
        <w:t>ПРО ЦАРЯ ІВАНА ВАСИЛЬОВИЧА,&lt;br /&gt;</w:t>
        <w:br/>
        <w:t>МОЛОДОГО ОПРИЧНИКА І УДАЛОГО&lt;br /&gt;</w:t>
        <w:br/>
        <w:t>КУПЦЯ КАЛАШНИКОВА&lt;br /&gt;</w:t>
        <w:br/>
        <w:t>Ох ти гой єси, царю Йван Васильович!&lt;br /&gt;</w:t>
        <w:br/>
        <w:t>Нашу пісню про тебе зложили ми,&lt;br /&gt;</w:t>
        <w:br/>
        <w:t>Про твого улюбленця опричника,&lt;br /&gt;</w:t>
        <w:br/>
        <w:t>Та про смілого купця, про Калашникова;&lt;br /&gt;</w:t>
        <w:br/>
        <w:t>Ми зложили її та на давній лад,&lt;br /&gt;</w:t>
        <w:br/>
        <w:t>Ми співали її під гуслярний дзвін,&lt;br /&gt;</w:t>
        <w:br/>
        <w:t>Ще й причитували і приказували.&lt;br /&gt;</w:t>
        <w:br/>
        <w:t>Православний народ нею тішився,&lt;br /&gt;</w:t>
        <w:br/>
        <w:t>А боярин Матвій Ромодановський&lt;br /&gt;</w:t>
        <w:br/>
        <w:t>Нам чарку підніс меду пінного,&lt;br /&gt;</w:t>
        <w:br/>
        <w:t>А бояриня його біловидая&lt;br /&gt;</w:t>
        <w:br/>
        <w:t>Піднесла нам на блюді срібляному&lt;br /&gt;</w:t>
        <w:br/>
        <w:t>Рушничок новесенький, шовком вишитий.&lt;br /&gt;</w:t>
        <w:br/>
        <w:t>Частували нас три дні, три ночі,&lt;br /&gt;</w:t>
        <w:br/>
        <w:t>І все слухали — не наслухались.&lt;br /&gt;</w:t>
        <w:br/>
        <w:t>І&lt;br /&gt;</w:t>
        <w:br/>
        <w:t>То не світить у небі сонце краснее,&lt;br /&gt;</w:t>
        <w:br/>
        <w:t>Не милуються ним сині хмароньки, —&lt;br /&gt;</w:t>
        <w:br/>
        <w:t>То при трапезі сидить в золотім вінці,&lt;br /&gt;</w:t>
        <w:br/>
        <w:t>Сидить грізний цар Іван Васильович.&lt;br /&gt;</w:t>
        <w:br/>
        <w:t>А позад його все бояри та князі.&lt;br /&gt;</w:t>
        <w:br/>
        <w:t>По боках його все опричники;</w:t>
      </w:r>
    </w:p>
    <w:p>
      <w:r>
        <w:br/>
        <w:t>Бенкетує цар для слави божої,&lt;br /&gt;</w:t>
        <w:br/>
        <w:t>Для утіхи своєї й веселощів.&lt;br /&gt;</w:t>
        <w:br/>
        <w:t>Усміхнувшись, цар наказав тоді&lt;br /&gt;</w:t>
        <w:br/>
        <w:t>Вина доброго заморського&lt;br /&gt;</w:t>
        <w:br/>
        <w:t>Націдити в золотий свій ківш,&lt;br /&gt;</w:t>
        <w:br/>
        <w:t>Частувати ним опричників.&lt;br /&gt;</w:t>
        <w:br/>
        <w:t>І пили всі, царя славили.&lt;br /&gt;</w:t>
        <w:br/>
        <w:t>Лиш один із них, із опричників,&lt;br /&gt;</w:t>
        <w:br/>
        <w:t>Удалий, буйний молодець,&lt;br /&gt;</w:t>
        <w:br/>
        <w:t>В золотім ковші не мочив усів;&lt;br /&gt;</w:t>
        <w:br/>
        <w:t>Опустив він в землю очі темнії,&lt;br /&gt;</w:t>
        <w:br/>
        <w:t>Опустив голівоньку на груди він —&lt;br /&gt;</w:t>
        <w:br/>
        <w:t>А у грудях була тяжка думонька.&lt;br /&gt;</w:t>
        <w:br/>
        <w:t>От насупив цар брови чорнії&lt;br /&gt;</w:t>
        <w:br/>
        <w:t>І на нього навів очі пильнії,&lt;br /&gt;</w:t>
        <w:br/>
        <w:t>Наче яструб той глянув з хмарних небес&lt;br /&gt;</w:t>
        <w:br/>
        <w:t>На малого голуба сизокрилого, —&lt;br /&gt;</w:t>
        <w:br/>
        <w:t>Та не звів очей молодий боєць.&lt;br /&gt;</w:t>
        <w:br/>
        <w:t>От об землю цар стукнув палкою,&lt;br /&gt;</w:t>
        <w:br/>
        <w:t>Й на півчверть підлогу дубовую&lt;br /&gt;</w:t>
        <w:br/>
        <w:t>Він залізним пробив наконечником —&lt;br /&gt;</w:t>
        <w:br/>
        <w:t>Молодий боєць не здригнувся і тут.&lt;br /&gt;</w:t>
        <w:br/>
        <w:t>От промовив цар слово грізнеє, —&lt;br /&gt;</w:t>
        <w:br/>
        <w:t>І очутивсь тоді добрий молодець.&lt;br /&gt;</w:t>
        <w:br/>
        <w:t>"Гей ти, вірний наш слуго Кирибеєвич,&lt;br /&gt;</w:t>
        <w:br/>
        <w:t>Чи ти думу затаїв нечестивую?&lt;br /&gt;</w:t>
        <w:br/>
        <w:t>А чи славі нашій завидуєш?&lt;br /&gt;</w:t>
        <w:br/>
        <w:t>А чи служба тобі царева докучила?&lt;br /&gt;</w:t>
        <w:br/>
        <w:t>Коли сходить місяць — зорі у радості,&lt;br /&gt;</w:t>
        <w:br/>
        <w:t>Що світліш в піднебессі гуляти їм;&lt;br /&gt;</w:t>
        <w:br/>
        <w:t>А у хмарку котра ховається,&lt;br /&gt;</w:t>
        <w:br/>
        <w:t>Стрімголов на землю падає...&lt;br /&gt;</w:t>
        <w:br/>
        <w:t>Непристойно ж бо тобі, Кирибеєвич,&lt;br /&gt;</w:t>
        <w:br/>
        <w:t>Царських радощів цуратися;</w:t>
      </w:r>
    </w:p>
    <w:p>
      <w:r>
        <w:br/>
        <w:t>Ти ж бо з роду, либонь, Скуратових,&lt;br /&gt;</w:t>
        <w:br/>
        <w:t>І сім'я годувала Малютина!.."&lt;br /&gt;</w:t>
        <w:br/>
        <w:t>Відповів тоді Кирибеєвич,&lt;br /&gt;</w:t>
        <w:br/>
        <w:t>Уклонившися царю грізному:&lt;br /&gt;</w:t>
        <w:br/>
        <w:t>— Государю наш, Іван Васильович!&lt;br /&gt;</w:t>
        <w:br/>
        <w:t>Не картай ти раба недостойного:&lt;br /&gt;</w:t>
        <w:br/>
        <w:t>В серці полум'я не залить вином,&lt;br /&gt;</w:t>
        <w:br/>
        <w:t>Не зачастувать — чорну думоньку!&lt;br /&gt;</w:t>
        <w:br/>
        <w:t>А розгнівив я тебе — воля царськая:&lt;br /&gt;</w:t>
        <w:br/>
        <w:t>Накажи скарать, зрубать голову, —&lt;br /&gt;</w:t>
        <w:br/>
        <w:t>Тягне вниз вона плечі богатирськії,&lt;br /&gt;</w:t>
        <w:br/>
        <w:t>До сирої землі сама хилиться.&lt;br /&gt;</w:t>
        <w:br/>
        <w:t>І сказав йому цар Іван Васильович:&lt;br /&gt;</w:t>
        <w:br/>
        <w:t>"Та про що тобі, славному, журитися?&lt;br /&gt;</w:t>
        <w:br/>
        <w:t>Чи не витерся твій парчовий жупан?&lt;br /&gt;</w:t>
        <w:br/>
        <w:t>Чи пом'ялася шапка соболиная?&lt;br /&gt;</w:t>
        <w:br/>
        <w:t>А чи гроші геть до краю витратив?&lt;br /&gt;</w:t>
        <w:br/>
        <w:t>Чи зазубрилась шабля загартована?&lt;br /&gt;</w:t>
        <w:br/>
        <w:t>А чи кінь закульгав, зле підкований?&lt;br /&gt;</w:t>
        <w:br/>
        <w:t>А чи з ніг тебе збив у кулачнім бою&lt;br /&gt;</w:t>
        <w:br/>
        <w:t>На Москві-ріці та купецький син?"&lt;br /&gt;</w:t>
        <w:br/>
        <w:t>Відповів йому Кирибеєвич,&lt;br /&gt;</w:t>
        <w:br/>
        <w:t>Головою хитнувши кудрявою:&lt;br /&gt;</w:t>
        <w:br/>
        <w:t>— Ще рука та чарівнича не родилася&lt;br /&gt;</w:t>
        <w:br/>
        <w:t>Ні в боярськім роду, ні в купецькому;&lt;br /&gt;</w:t>
        <w:br/>
        <w:t>Мій румак степовий ходить весело;&lt;br /&gt;</w:t>
        <w:br/>
        <w:t>Наче скло горить гостра шабелька;&lt;br /&gt;</w:t>
        <w:br/>
        <w:t>А в святковий день по твоїй милості&lt;br /&gt;</w:t>
        <w:br/>
        <w:t>Ми не гірше за інших одягнемось.&lt;br /&gt;</w:t>
        <w:br/>
        <w:t>Як я сяду-пощу на баскім коні&lt;br /&gt;</w:t>
        <w:br/>
        <w:t>За Москву-ріку покататися,&lt;br /&gt;</w:t>
        <w:br/>
        <w:t>Пояском шовковим підперезаний,&lt;br /&gt;</w:t>
        <w:br/>
        <w:t>Заломлю на бочок шапку бархатную,</w:t>
      </w:r>
    </w:p>
    <w:p>
      <w:r>
        <w:br/>
        <w:t>Чорним соболем отороченую, —&lt;br /&gt;</w:t>
        <w:br/>
        <w:t>На воротах стоять на тесаних&lt;br /&gt;</w:t>
        <w:br/>
        <w:t>Молодички та красні дівоньки,&lt;br /&gt;</w:t>
        <w:br/>
        <w:t>І милуються мною, шепочуться;&lt;br /&gt;</w:t>
        <w:br/>
        <w:t>Лиш одна серед них не милується,&lt;br /&gt;</w:t>
        <w:br/>
        <w:t>Геть закрилась фатою смугастою...&lt;br /&gt;</w:t>
        <w:br/>
        <w:t>На святій Русі, нашій матінці,&lt;br /&gt;</w:t>
        <w:br/>
        <w:t>Не знайти повік красуні кращої:&lt;br /&gt;</w:t>
        <w:br/>
        <w:t>Ходить плавно — наче лебідонька,&lt;br /&gt;</w:t>
        <w:br/>
        <w:t>Гляне ніжно — як голубонька,&lt;br /&gt;</w:t>
        <w:br/>
        <w:t>Мовить слово — соловей співа;&lt;br /&gt;</w:t>
        <w:br/>
        <w:t>Горять і поки її рум'янії,&lt;br /&gt;</w:t>
        <w:br/>
        <w:t>Мов зоря на небі божому;&lt;br /&gt;</w:t>
        <w:br/>
        <w:t>Коси, русиї, золотистії,&lt;br /&gt;</w:t>
        <w:br/>
        <w:t>У барвисті стрічки заплетені,&lt;br /&gt;</w:t>
        <w:br/>
        <w:t>По плечах біжать та звиваються,&lt;br /&gt;</w:t>
        <w:br/>
        <w:t>З грудьми білими цілуються.&lt;br /&gt;</w:t>
        <w:br/>
        <w:t>У купецькій сім'ї вона родилася, —&lt;br /&gt;</w:t>
        <w:br/>
        <w:t>Прозивається Альона Дмитрівна.&lt;br /&gt;</w:t>
        <w:br/>
        <w:t>Як побачу її, я і сам не свій:&lt;br /&gt;</w:t>
        <w:br/>
        <w:t>Опускаються руки сміливі *&lt;br /&gt;</w:t>
        <w:br/>
        <w:t>І туманяться очі жвавії!&lt;br /&gt;</w:t>
        <w:br/>
        <w:t>Сум, нудьга бере, православний цар,&lt;br /&gt;</w:t>
        <w:br/>
        <w:t>В світі мучитись самотньому.&lt;br /&gt;</w:t>
        <w:br/>
        <w:t>Вже набридли мені коні-огирі,&lt;br /&gt;</w:t>
        <w:br/>
        <w:t>Вже набридли убори парчовії,&lt;br /&gt;</w:t>
        <w:br/>
        <w:t>Золотії казни не треба мені:&lt;br /&gt;</w:t>
        <w:br/>
        <w:t>З ким казною тепер поділюся я?&lt;br /&gt;</w:t>
        <w:br/>
        <w:t>Перед ким покажу хоробрість свою?&lt;br /&gt;</w:t>
        <w:br/>
        <w:t>Перед ким я убором похвастаюсь?&lt;br /&gt;</w:t>
        <w:br/>
        <w:t>Відпусти мене в степи приволзькії&lt;br /&gt;</w:t>
        <w:br/>
        <w:t>На життя на вільнеє, на козацькеє.&lt;br /&gt;</w:t>
        <w:br/>
        <w:t>Гей, складу я там сміливу голівоньку,&lt;br /&gt;</w:t>
        <w:br/>
        <w:t>А складу на списа бусурманського;&lt;br /&gt;</w:t>
        <w:br/>
        <w:t>І поділять там собі злі татарове</w:t>
      </w:r>
    </w:p>
    <w:p>
      <w:r>
        <w:br/>
        <w:t>Коня доброго, шаблю гострую&lt;br /&gt;</w:t>
        <w:br/>
        <w:t>І сідельце бойове черкаськеє.&lt;br /&gt;</w:t>
        <w:br/>
        <w:t>Мої очі слізнії коршак виклює,&lt;br /&gt;</w:t>
        <w:br/>
        <w:t>Мої кості-сироти дощик вимиє,&lt;br /&gt;</w:t>
        <w:br/>
        <w:t>Непохований бідолашний прах&lt;br /&gt;</w:t>
        <w:br/>
        <w:t>На чотири сторони розвіється!.."&lt;br /&gt;</w:t>
        <w:br/>
        <w:t>Засміявся тоді Іван Васильович:&lt;br /&gt;</w:t>
        <w:br/>
        <w:t>"Ну, мій вірний слуго! Я твоїй біді,&lt;br /&gt;</w:t>
        <w:br/>
        <w:t>Твойому горю помогти постараюся.&lt;br /&gt;</w:t>
        <w:br/>
        <w:t>От візьми перстеньок ти мій яхонтовий,&lt;br /&gt;</w:t>
        <w:br/>
        <w:t>Та візьми ти перлове намистечко.&lt;br /&gt;</w:t>
        <w:br/>
        <w:t>Спершу свасі розважливій кланяйся&lt;br /&gt;</w:t>
        <w:br/>
        <w:t>І пошли дари самоцвітнії&lt;br /&gt;</w:t>
        <w:br/>
        <w:t>Ти своїй Альоні Дмитрівні:&lt;br /&gt;</w:t>
        <w:br/>
        <w:t>Як полюбишся — справ весіллячко,&lt;br /&gt;</w:t>
        <w:br/>
        <w:t>Не полюбишся — на прогнівайся".&lt;br /&gt;</w:t>
        <w:br/>
        <w:t>Ой ти гой єси, царю Йван Васильович!&lt;br /&gt;</w:t>
        <w:br/>
        <w:t>Обманив тебе твій лукавий раб,&lt;br /&gt;</w:t>
        <w:br/>
        <w:t>Не сказав тобі правди щирої,&lt;br /&gt;</w:t>
        <w:br/>
        <w:t>Не повідав тобі, що красуня та&lt;br /&gt;</w:t>
        <w:br/>
        <w:t>В церкві божій та обвінчана,&lt;br /&gt;</w:t>
        <w:br/>
        <w:t>Ще й повінчана з молодим купцем&lt;br /&gt;</w:t>
        <w:br/>
        <w:t>По закону нашому християнському...&lt;br /&gt;</w:t>
        <w:br/>
        <w:t>Хлопці, наспівайте — гуслі наладнайте!&lt;br /&gt;</w:t>
        <w:br/>
        <w:t>Ану, хлопці, пийте — діло розумійте!&lt;br /&gt;</w:t>
        <w:br/>
        <w:t>Вже потіште ви доброго боярина&lt;br /&gt;</w:t>
        <w:br/>
        <w:t>Та бояриню його біловидую!&lt;br /&gt;</w:t>
        <w:br/>
        <w:t>II&lt;br /&gt;</w:t>
        <w:br/>
        <w:t>За прилавочком сидить молодий купець,&lt;br /&gt;</w:t>
        <w:br/>
        <w:t>Молодець ставний Степан Парамонович,&lt;br /&gt;</w:t>
        <w:br/>
        <w:t>Та на прізвище Калашников;&lt;br /&gt;</w:t>
        <w:br/>
        <w:t>Розкладає він товари шовковії,&lt;br /&gt;</w:t>
        <w:br/>
        <w:t>Мовою гостей гукає ласкавенькою,</w:t>
      </w:r>
    </w:p>
    <w:p>
      <w:r>
        <w:br/>
        <w:t>Срібло, золото перелічуючи.&lt;br /&gt;</w:t>
        <w:br/>
        <w:t>Та недобрий день, бач, випав йому:&lt;br /&gt;</w:t>
        <w:br/>
        <w:t>Ходить мимо панство багатеє,&lt;br /&gt;</w:t>
        <w:br/>
        <w:t>В його лавочку не заглядаючи.&lt;br /&gt;</w:t>
        <w:br/>
        <w:t>Віддзвонили вечерню у святих церквах;&lt;br /&gt;</w:t>
        <w:br/>
        <w:t>За Кремлем горить зоря затьмарена;&lt;br /&gt;</w:t>
        <w:br/>
        <w:t>Набігають в небі хмароньки,&lt;br /&gt;</w:t>
        <w:br/>
        <w:t>А жене метелиця їх, співаючи;&lt;br /&gt;</w:t>
        <w:br/>
        <w:t>Спорожнів широкий гостиний двір.&lt;br /&gt;</w:t>
        <w:br/>
        <w:t>Замикає Степан Парамонович&lt;br /&gt;</w:t>
        <w:br/>
        <w:t>Свою лавочку дверми дубовими&lt;br /&gt;</w:t>
        <w:br/>
        <w:t>Та замком німецьким із пружиною;&lt;br /&gt;</w:t>
        <w:br/>
        <w:t>Злого пса-гавкуна зубатого&lt;br /&gt;</w:t>
        <w:br/>
        <w:t>На залізний ланцюг прив'язує він,&lt;br /&gt;</w:t>
        <w:br/>
        <w:t>І додому пішов він, задумавшись,&lt;br /&gt;</w:t>
        <w:br/>
        <w:t>До хазяєчки за Москву-ріку.&lt;br /&gt;</w:t>
        <w:br/>
        <w:t>А прийшовши в свій у високий дім,&lt;br /&gt;</w:t>
        <w:br/>
        <w:t>Здивувався Степан Парамонович:&lt;br /&gt;</w:t>
        <w:br/>
        <w:t>Не стрічає його молода жона,&lt;br /&gt;</w:t>
        <w:br/>
        <w:t>Стіл не вкритий білою скатертиною,&lt;br /&gt;</w:t>
        <w:br/>
        <w:t>А свіча перед образом ледве світиться&lt;br /&gt;</w:t>
        <w:br/>
        <w:t>Тож і кличе служницю він старесеньку:&lt;br /&gt;</w:t>
        <w:br/>
        <w:t>"Ти скажи, скажи, Єреміївно,&lt;br /&gt;</w:t>
        <w:br/>
        <w:t>А куди поділась, затаїлася&lt;br /&gt;</w:t>
        <w:br/>
        <w:t>В такий пізній час Альона Дмитрівна?&lt;br /&gt;</w:t>
        <w:br/>
        <w:t>А що дітки мої укохані —&lt;br /&gt;</w:t>
        <w:br/>
        <w:t>Мабуть, бігали, добре бавились,&lt;br /&gt;</w:t>
        <w:br/>
        <w:t>Спозаранку спатки вклалися?"&lt;br /&gt;</w:t>
        <w:br/>
        <w:t>— Мій добродію Степан Парамонович,&lt;br /&gt;</w:t>
        <w:br/>
        <w:t>Я скажу тобі диво дивнеє:&lt;br /&gt;</w:t>
        <w:br/>
        <w:t>До вечерні пішла Альона Дмитрівна;&lt;br /&gt;</w:t>
        <w:br/>
        <w:t>Вже із молодою попадею й піп пройшов,&lt;br /&gt;</w:t>
        <w:br/>
        <w:t>Засвітили свічу, щоб вечеряти, —&lt;br /&gt;</w:t>
        <w:br/>
        <w:t>А й по цю пору твоя хазяєчка&lt;br /&gt;</w:t>
        <w:br/>
        <w:t>З приходської церкви не вернулася.&lt;br /&gt;</w:t>
        <w:br/>
        <w:t>А маленькі твої дітоньки</w:t>
      </w:r>
    </w:p>
    <w:p>
      <w:r>
        <w:br/>
        <w:t>Спочивать не лягли, не гратись пішли —&lt;br /&gt;</w:t>
        <w:br/>
        <w:t>Плачем плачуть всі, заливаються.&lt;br /&gt;</w:t>
        <w:br/>
        <w:t>Схвилювавсь тоді тяжкою думою&lt;br /&gt;</w:t>
        <w:br/>
        <w:t>Молодий купець Калашников;&lt;br /&gt;</w:t>
        <w:br/>
        <w:t>До вікна він став, глянув на вулицю —&lt;br /&gt;</w:t>
        <w:br/>
        <w:t>А на вулиці ніч темнесенька;&lt;br /&gt;</w:t>
        <w:br/>
        <w:t>Пада білий сніг, розстилається,&lt;br /&gt;</w:t>
        <w:br/>
        <w:t>Слід людський кругом замітаючи.&lt;br /&gt;</w:t>
        <w:br/>
        <w:t>Ось він чує, в сінях дверми рипнули,&lt;br /&gt;</w:t>
        <w:br/>
        <w:t>Потім кроки він чує поквапливі;&lt;br /&gt;</w:t>
        <w:br/>
        <w:t>Обернувсь, подививсь — сило божая!&lt;br /&gt;</w:t>
        <w:br/>
        <w:t>Перед ним стоїть молода жона,&lt;br /&gt;</w:t>
        <w:br/>
        <w:t>Блідолиця вся, та вся розпатлана,&lt;br /&gt;</w:t>
        <w:br/>
        <w:t>Коси русії геть розплетені,&lt;br /&gt;</w:t>
        <w:br/>
        <w:t>Снігом-інеєм пересипані;&lt;br /&gt;</w:t>
        <w:br/>
        <w:t>Очі дивляться як у причинної;&lt;br /&gt;</w:t>
        <w:br/>
        <w:t>Уста шепчуть речі безумнії.&lt;br /&gt;</w:t>
        <w:br/>
        <w:t>"Де ти, де, дружино, тинялася?&lt;br /&gt;</w:t>
        <w:br/>
        <w:t>На якім майдані, на дворищі,&lt;br /&gt;</w:t>
        <w:br/>
        <w:t>Що розтріпані твої кісоньки,&lt;br /&gt;</w:t>
        <w:br/>
        <w:t>Що одежа твоя вся розідрана?&lt;br /&gt;</w:t>
        <w:br/>
        <w:t>Вже гуляла ти, веселилась ти,&lt;br /&gt;</w:t>
        <w:br/>
        <w:t>Мабуть, із синками боярськими!..&lt;br /&gt;</w:t>
        <w:br/>
        <w:t>Не на те перед святими іконами&lt;br /&gt;</w:t>
        <w:br/>
        <w:t>Ми з тобою, жоно, заручалися,&lt;br /&gt;</w:t>
        <w:br/>
        <w:t>Золотими перснями мінялися...&lt;br /&gt;</w:t>
        <w:br/>
        <w:t>Як запру я тебе на залізний замок,&lt;br /&gt;</w:t>
        <w:br/>
        <w:t>За дверима дубовими кованими,&lt;br /&gt;</w:t>
        <w:br/>
        <w:t>Щоб світу божого ти не бачила.&lt;br /&gt;</w:t>
        <w:br/>
        <w:t>Не ганьбила ти моє ім'я чеснеє..."&lt;br /&gt;</w:t>
        <w:br/>
        <w:t>І почувши те, Альона Дмитрівна&lt;br /&gt;</w:t>
        <w:br/>
        <w:t>Затремтіла вся, моя голубонька.&lt;br /&gt;</w:t>
        <w:br/>
        <w:t>Затряслась, мов листочок осиковий,&lt;br /&gt;</w:t>
        <w:br/>
        <w:t>Гірко-гірко вона розплакалась,&lt;br /&gt;</w:t>
        <w:br/>
        <w:t>В ноги мужеві схилилася.&lt;br /&gt;</w:t>
        <w:br/>
        <w:t>ов</w:t>
      </w:r>
    </w:p>
    <w:p>
      <w:r>
        <w:br/>
        <w:t>"Государю мій, красне сонечко,&lt;br /&gt;</w:t>
        <w:br/>
        <w:t>Чи убий мене, а чи вислухай!&lt;br /&gt;</w:t>
        <w:br/>
        <w:t>Твої речі — наче гострий ніж;&lt;br /&gt;</w:t>
        <w:br/>
        <w:t>Від них серце розривається.&lt;br /&gt;</w:t>
        <w:br/>
        <w:t>Не боюся смерті лютої,&lt;br /&gt;</w:t>
        <w:br/>
        <w:t>Не боюся я людських чуток,&lt;br /&gt;</w:t>
        <w:br/>
        <w:t>А твоєї лиш немилості,&lt;br /&gt;</w:t>
        <w:br/>
        <w:t>"Від вечерні йшла нині додому я,&lt;br /&gt;</w:t>
        <w:br/>
        <w:t>В самотині йшла я по вулиці.&lt;br /&gt;</w:t>
        <w:br/>
        <w:t>І почулось мені, наче сніг хрумтить,&lt;br /&gt;</w:t>
        <w:br/>
        <w:t>Оглянулась — чоловік біжить.&lt;br /&gt;</w:t>
        <w:br/>
        <w:t>Мої ніженьки підкосилися,&lt;br /&gt;</w:t>
        <w:br/>
        <w:t>Вкрилась я фатою шовковою.&lt;br /&gt;</w:t>
        <w:br/>
        <w:t>І він міцно за руки схопив мене,&lt;br /&gt;</w:t>
        <w:br/>
        <w:t>І сказав мені тихим пошептом:&lt;br /&gt;</w:t>
        <w:br/>
        <w:t>— Чом лякаєшся, ясочко-красунечко?&lt;br /&gt;</w:t>
        <w:br/>
        <w:t>Я не кат який, душогуб лісний,&lt;br /&gt;</w:t>
        <w:br/>
        <w:t>Я слуга царя, царя грізного,&lt;br /&gt;</w:t>
        <w:br/>
        <w:t>Прозиваюся Кирибеєвичем,&lt;br /&gt;</w:t>
        <w:br/>
        <w:t>А з сім'ї я Малюти преславної... —&lt;br /&gt;</w:t>
        <w:br/>
        <w:t>Тут ще гірше я налякалася;&lt;br /&gt;</w:t>
        <w:br/>
        <w:t>Закрутилась моя бідна голівонька.&lt;br /&gt;</w:t>
        <w:br/>
        <w:t>І він став мене пестить-цілувать,&lt;br /&gt;</w:t>
        <w:br/>
        <w:t>І цілуючи, все приказував:&lt;br /&gt;</w:t>
        <w:br/>
        <w:t>— Ти скажи мені, чого б хотіла ти,&lt;br /&gt;</w:t>
        <w:br/>
        <w:t>Моя милая, ненаглядная!&lt;br /&gt;</w:t>
        <w:br/>
        <w:t>Хочеш золота, а чи жемчугу?&lt;br /&gt;</w:t>
        <w:br/>
        <w:t>Самоцвітів-перснів, убрання з парчі?&lt;br /&gt;</w:t>
        <w:br/>
        <w:t>Мов царицю я наряджу тебе,&lt;br /&gt;</w:t>
        <w:br/>
        <w:t>Стануть усі тобі заздрити, —&lt;br /&gt;</w:t>
        <w:br/>
        <w:t>Лиш не дай мені вмерти смертю грішною:&lt;br /&gt;</w:t>
        <w:br/>
        <w:t>Покохай мене, обійми мене&lt;br /&gt;</w:t>
        <w:br/>
        <w:t>Хоч єдиний раз на прощаннячко!&lt;br /&gt;</w:t>
        <w:br/>
        <w:t>"І він пестив мене, цілував мене;&lt;br /&gt;</w:t>
        <w:br/>
        <w:t>На щоках моїх і тепер горять,&lt;br /&gt;</w:t>
        <w:br/>
        <w:t>Живим полум'ям розливаються&lt;br /&gt;</w:t>
        <w:br/>
        <w:t>Поцілунки його окаяннії...</w:t>
      </w:r>
    </w:p>
    <w:p>
      <w:r>
        <w:br/>
        <w:t>А дивились у хвіртку сусідоньки,&lt;br /&gt;</w:t>
        <w:br/>
        <w:t>Сміючись, на нас пальцем показували...&lt;br /&gt;</w:t>
        <w:br/>
        <w:t>"Тут із рук його я рвонулася&lt;br /&gt;</w:t>
        <w:br/>
        <w:t>І додому враз тікать кинулась;&lt;br /&gt;</w:t>
        <w:br/>
        <w:t>І лишились в руках у розбійника&lt;br /&gt;</w:t>
        <w:br/>
        <w:t>Взорна хустка моя, твій даруночок,&lt;br /&gt;</w:t>
        <w:br/>
        <w:t>І фата моя бухарськая.&lt;br /&gt;</w:t>
        <w:br/>
        <w:t>Осоромив він, оганьбив мене,&lt;br /&gt;</w:t>
        <w:br/>
        <w:t>Мене чесную, непорочную —&lt;br /&gt;</w:t>
        <w:br/>
        <w:t>І що скажуть злії сусідоньки,&lt;br /&gt;</w:t>
        <w:br/>
        <w:t>І кому я на очі з'явлюсь тепер?&lt;br /&gt;</w:t>
        <w:br/>
        <w:t>"Та не дай мене, свою вірную жону,&lt;br /&gt;</w:t>
        <w:br/>
        <w:t>У наругу ти злим напасникам!&lt;br /&gt;</w:t>
        <w:br/>
        <w:t>Ще на кого, крім тебе, сподіватися?&lt;br /&gt;</w:t>
        <w:br/>
        <w:t>Допомоги в кого проситиму?&lt;br /&gt;</w:t>
        <w:br/>
        <w:t>На білім світі я сиротинонька;&lt;br /&gt;</w:t>
        <w:br/>
        <w:t>Рідний батечко мій у сирій землі,&lt;br /&gt;</w:t>
        <w:br/>
        <w:t>Поруч з ним лежить моя матінка;&lt;br /&gt;</w:t>
        <w:br/>
        <w:t>А мій старший брат, сам ти відаєш,&lt;br /&gt;</w:t>
        <w:br/>
        <w:t>На чужій сторононьці пропав безвісті,&lt;br /&gt;</w:t>
        <w:br/>
        <w:t>А мій менший брат — ще мале дитя,&lt;br /&gt;</w:t>
        <w:br/>
        <w:t>Ще мале дитя, нерозумнеє..."&lt;br /&gt;</w:t>
        <w:br/>
        <w:t>Говорила так Альона Дмитрівна,&lt;br /&gt;</w:t>
        <w:br/>
        <w:t>Гарячими слізьми заливалася.&lt;br /&gt;</w:t>
        <w:br/>
        <w:t>Посилає Степан Парамонович&lt;br /&gt;</w:t>
        <w:br/>
        <w:t>За двома братами меншими;&lt;br /&gt;</w:t>
        <w:br/>
        <w:t>І прийшли його братове, поклонилися,&lt;br /&gt;</w:t>
        <w:br/>
        <w:t>І такеє слово йому мовили:&lt;br /&gt;</w:t>
        <w:br/>
        <w:t>"Ти повідай нам, брате старший наш,&lt;br /&gt;</w:t>
        <w:br/>
        <w:t>Що з тобою сталось, приключилося,&lt;br /&gt;</w:t>
        <w:br/>
        <w:t>Що послав ти за нами та в темную ніч,&lt;br /&gt;</w:t>
        <w:br/>
        <w:t>У морозну нічку темную?"&lt;br /&gt;</w:t>
        <w:br/>
        <w:t>— Я скажу вам, браття улюблені,&lt;br /&gt;</w:t>
        <w:br/>
        <w:t>Що лиха біда зі мною приключилася:</w:t>
      </w:r>
    </w:p>
    <w:p>
      <w:r>
        <w:br/>
        <w:t>Осоромив сім'ю нашу чесную&lt;br /&gt;</w:t>
        <w:br/>
        <w:t>Злий опричник царський Кирибеєвич;&lt;br /&gt;</w:t>
        <w:br/>
        <w:t>А ції образи не знести душі&lt;br /&gt;</w:t>
        <w:br/>
        <w:t>Та не стерпіти серцю молодецькому;&lt;br /&gt;</w:t>
        <w:br/>
        <w:t>Тож як завтра буде кулачний бій,&lt;br /&gt;</w:t>
        <w:br/>
        <w:t>На Москві-ріці при самім царі,&lt;br /&gt;</w:t>
        <w:br/>
        <w:t>Ой же вийду тоді на опричника,&lt;br /&gt;</w:t>
        <w:br/>
        <w:t>Буду на смерть битись, до останніх сил;&lt;br /&gt;</w:t>
        <w:br/>
        <w:t>А поб'є він мене — то виходьте ви&lt;br /&gt;</w:t>
        <w:br/>
        <w:t>За святую правду-матінку.&lt;br /&gt;</w:t>
        <w:br/>
        <w:t>Не лякайтесь, браття улюблені,&lt;br /&gt;</w:t>
        <w:br/>
        <w:t>Не лякайтесь, свіжіші ви силою!&lt;br /&gt;</w:t>
        <w:br/>
        <w:t>На вас менше гріхів назбиралося,&lt;br /&gt;</w:t>
        <w:br/>
        <w:t>Тож, можливо, Бог вас помилує!"&lt;br /&gt;</w:t>
        <w:br/>
        <w:t>І брати у відповідь мовили:&lt;br /&gt;</w:t>
        <w:br/>
        <w:t>"Куди вітер віє над обрієм,&lt;br /&gt;</w:t>
        <w:br/>
        <w:t>Туди мчать і хмаринки послушливі;&lt;br /&gt;</w:t>
        <w:br/>
        <w:t>Коли сизий орел кличе голосом&lt;br /&gt;</w:t>
        <w:br/>
        <w:t>На скривавлену долину побоїща,&lt;br /&gt;</w:t>
        <w:br/>
        <w:t>Кличе бенкетувать, та мерців прибирать, —&lt;br /&gt;</w:t>
        <w:br/>
        <w:t>До нього малі орлята злітаються.&lt;br /&gt;</w:t>
        <w:br/>
        <w:t>Ти наш старший брат, другий батько наш;&lt;br /&gt;</w:t>
        <w:br/>
        <w:t>Сам роби, як знаєш, як відаєш,&lt;br /&gt;</w:t>
        <w:br/>
        <w:t>А вже ми тебе, рідного, не зрадимо".&lt;br /&gt;</w:t>
        <w:br/>
        <w:t>* * *&lt;br /&gt;</w:t>
        <w:br/>
        <w:t>Хлопці, заспівайте — гуслі наладнайте!&lt;br /&gt;</w:t>
        <w:br/>
        <w:t>Ану, хлопці, пийте — діло розумійте!&lt;br /&gt;</w:t>
        <w:br/>
        <w:t>Вже потіште ви доброго боярина&lt;br /&gt;</w:t>
        <w:br/>
        <w:t>Та бояриню його біловидую!&lt;br /&gt;</w:t>
        <w:br/>
        <w:t>III&lt;br /&gt;</w:t>
        <w:br/>
        <w:t>Над Москвою над златоглавою,&lt;br /&gt;</w:t>
        <w:br/>
        <w:t>Над стіною білою кремлівською&lt;br /&gt;</w:t>
        <w:br/>
        <w:t>З-за далеких лісів, із-за синіх гір,&lt;br /&gt;</w:t>
        <w:br/>
        <w:t>По різьблених покрівельках граючи,&lt;br /&gt;</w:t>
        <w:br/>
        <w:t>Хмарки сірії розганяючи,</w:t>
      </w:r>
    </w:p>
    <w:p>
      <w:r>
        <w:br/>
        <w:t>Зоря красная підіймається;&lt;br /&gt;</w:t>
        <w:br/>
        <w:t>Розметала золотисті кучері,&lt;br /&gt;</w:t>
        <w:br/>
        <w:t>Умивається снігами розсипчатими;&lt;br /&gt;</w:t>
        <w:br/>
        <w:t>Мов красуня та перед дзеркальцем,&lt;br /&gt;</w:t>
        <w:br/>
        <w:t>В небо чистеє дивиться, всміхається.&lt;br /&gt;</w:t>
        <w:br/>
        <w:t>Ой, і нащо ти, зоре, прокидалася?&lt;br /&gt;</w:t>
        <w:br/>
        <w:t>На яких ти радощах розігралася?&lt;br /&gt;</w:t>
        <w:br/>
        <w:t>Як зіходилися та збиралися&lt;br /&gt;</w:t>
        <w:br/>
        <w:t>Презавзяті бійці московськії&lt;br /&gt;</w:t>
        <w:br/>
        <w:t>На Москву-ріку, на кулачний бій,&lt;br /&gt;</w:t>
        <w:br/>
        <w:t>Погуляти на святі та потішитись.&lt;br /&gt;</w:t>
        <w:br/>
        <w:t>І приїхав цар із дружиною,&lt;br /&gt;</w:t>
        <w:br/>
        <w:t>Із боярами та опричниками,&lt;br /&gt;</w:t>
        <w:br/>
        <w:t>І велів він ланцюг срібний витягнути,&lt;br /&gt;</w:t>
        <w:br/>
        <w:t>Чистим золотом в кільця злютований!&lt;br /&gt;</w:t>
        <w:br/>
        <w:t>Оточили місце в двадцять п'ять сажнів,&lt;br /&gt;</w:t>
        <w:br/>
        <w:t>Для охотницького бою, одиночного.&lt;br /&gt;</w:t>
        <w:br/>
        <w:t>І велів тоді цар Іван Васильович&lt;br /&gt;</w:t>
        <w:br/>
        <w:t>Клич дзвінким кликать голосом:&lt;br /&gt;</w:t>
        <w:br/>
        <w:t>"Ой, та де ж ви і добрії молодці?&lt;br /&gt;</w:t>
        <w:br/>
        <w:t>А потіште ж ви царя нашого батечка,&lt;br /&gt;</w:t>
        <w:br/>
        <w:t>А й виходьте всі у широкий круг;&lt;br /&gt;</w:t>
        <w:br/>
        <w:t>Хто поб'є кого, того цар надарить,&lt;br /&gt;</w:t>
        <w:br/>
        <w:t>А хто битий буде, того Бог простить!"&lt;br /&gt;</w:t>
        <w:br/>
        <w:t>І виходить удалий Кирибеєвич,&lt;br /&gt;</w:t>
        <w:br/>
        <w:t>Царю в пояс низько кланяється,&lt;br /&gt;</w:t>
        <w:br/>
        <w:t>З могутніх плечей скинув шубу бархатную,&lt;br /&gt;</w:t>
        <w:br/>
        <w:t>В бік підпершися рукою правою,&lt;br /&gt;</w:t>
        <w:br/>
        <w:t>А другою поправляє шапочку,&lt;br /&gt;</w:t>
        <w:br/>
        <w:t>І свого чекає супротивника...&lt;br /&gt;</w:t>
        <w:br/>
        <w:t>Тричі клич гучний прокликали —&lt;br /&gt;</w:t>
        <w:br/>
        <w:t>Ні один боєць і не зрушився,&lt;br /&gt;</w:t>
        <w:br/>
        <w:t>Лиш стоять, один одного підштовхують.&lt;br /&gt;</w:t>
        <w:br/>
        <w:t>На просторі опричник проходжується,&lt;br /&gt;</w:t>
        <w:br/>
        <w:t>Над плохими бійцями підсміюється:</w:t>
      </w:r>
    </w:p>
    <w:p>
      <w:r>
        <w:br/>
        <w:t>"Присмиріли, ачей, та задумались!&lt;br /&gt;</w:t>
        <w:br/>
        <w:t>Що ж казать, обіцяю для свята я,&lt;br /&gt;</w:t>
        <w:br/>
        <w:t>Відпущу живого, хай покається,&lt;br /&gt;</w:t>
        <w:br/>
        <w:t>Лиш потішу царя нашого батечка".&lt;br /&gt;</w:t>
        <w:br/>
        <w:t>Враз юрба розійшлась на дві сторони —&lt;br /&gt;</w:t>
        <w:br/>
        <w:t>І виходить Степан Парамонович,&lt;br /&gt;</w:t>
        <w:br/>
        <w:t>Молодий, купець, удалий боєць,&lt;br /&gt;</w:t>
        <w:br/>
        <w:t>А на прізвище Калашников.&lt;br /&gt;</w:t>
        <w:br/>
        <w:t>Уклонився спершу царю грізному,&lt;br /&gt;</w:t>
        <w:br/>
        <w:t>Потім білому Кремлю та святим церквам,&lt;br /&gt;</w:t>
        <w:br/>
        <w:t>А тоді всьому народу руському.&lt;br /&gt;</w:t>
        <w:br/>
        <w:t>Горять очі його соколинії,&lt;br /&gt;</w:t>
        <w:br/>
        <w:t>На опричника пильно дивляться.&lt;br /&gt;</w:t>
        <w:br/>
        <w:t>Тут йому він став насупроти,&lt;br /&gt;</w:t>
        <w:br/>
        <w:t>Бойові рукавиці натягає він,&lt;br /&gt;</w:t>
        <w:br/>
        <w:t>Могутні плечі розправляючи,&lt;br /&gt;</w:t>
        <w:br/>
        <w:t>Кучеряву бороду погладжуючи.&lt;br /&gt;</w:t>
        <w:br/>
        <w:t>І сказав йому Кирибеєвич:&lt;br /&gt;</w:t>
        <w:br/>
        <w:t>"А скажи мені, добрий молодче,&lt;br /&gt;</w:t>
        <w:br/>
        <w:t>Ти якого роду-племені,&lt;br /&gt;</w:t>
        <w:br/>
        <w:t>Яким іменем прозиваєшся?&lt;br /&gt;</w:t>
        <w:br/>
        <w:t>Щоб узнать, по кім панахиду служить,&lt;br /&gt;</w:t>
        <w:br/>
        <w:t>Щоб було чим і похвалитися".&lt;br /&gt;</w:t>
        <w:br/>
        <w:t>Повідає Степан Парамонович:&lt;br /&gt;</w:t>
        <w:br/>
        <w:t>"А зовуть мене Степаном Калашниковим,&lt;br /&gt;</w:t>
        <w:br/>
        <w:t>А родивсь від чесного батечка я,&lt;br /&gt;</w:t>
        <w:br/>
        <w:t>І жив по закону господньому:&lt;br /&gt;</w:t>
        <w:br/>
        <w:t>Я чужої не ганьбив жони.&lt;br /&gt;</w:t>
        <w:br/>
        <w:t>Не розбійничав ночі темної,&lt;br /&gt;</w:t>
        <w:br/>
        <w:t>Не таївся від світу небесного...&lt;br /&gt;</w:t>
        <w:br/>
        <w:t>І промовив ти правду істинну:&lt;br /&gt;</w:t>
        <w:br/>
        <w:t>Панахиду по однім із нас співатимуть,&lt;br /&gt;</w:t>
        <w:br/>
        <w:t>Може, завтра вже, години південної;&lt;br /&gt;</w:t>
        <w:br/>
        <w:t>І один із нас буде хвастатись,&lt;br /&gt;</w:t>
        <w:br/>
        <w:t>З товариством своїм бенкетуючи;</w:t>
      </w:r>
    </w:p>
    <w:p>
      <w:r>
        <w:br/>
        <w:t>Ні, не жартувать, не людей смішить&lt;br /&gt;</w:t>
        <w:br/>
        <w:t>Проти тебе вийшов я, бусурманський син, —&lt;br /&gt;</w:t>
        <w:br/>
        <w:t>Вийшов я на бій страшний, на останній бій!"&lt;br /&gt;</w:t>
        <w:br/>
        <w:t>І почувши те, Кирибеєвич&lt;br /&gt;</w:t>
        <w:br/>
        <w:t>На обличчі зблід, мов осінній сніг;&lt;br /&gt;</w:t>
        <w:br/>
        <w:t>Пильні очі його затуманились,&lt;br /&gt;</w:t>
        <w:br/>
        <w:t>Між могутніх плеч та побіг мороз,&lt;br /&gt;</w:t>
        <w:br/>
        <w:t>На розкритих устах слово стишилось...&lt;br /&gt;</w:t>
        <w:br/>
        <w:t>Обидва мовчки розходяться, —&lt;br /&gt;</w:t>
        <w:br/>
        <w:t>Богатирський бій починається.&lt;br /&gt;</w:t>
        <w:br/>
        <w:t>Розмахнувся тоді Кирибеєвич&lt;br /&gt;</w:t>
        <w:br/>
        <w:t>І ударив перший купця Калашникова,&lt;br /&gt;</w:t>
        <w:br/>
        <w:t>І ударив його посеред грудей —&lt;br /&gt;</w:t>
        <w:br/>
        <w:t>Затріщали груди молодецькії,&lt;br /&gt;</w:t>
        <w:br/>
        <w:t>Похитнувся Степан Парамонович;&lt;br /&gt;</w:t>
        <w:br/>
        <w:t>На його широких грудях висів мідний хрест&lt;br /&gt;</w:t>
        <w:br/>
        <w:t>Зі святими мощами із Києва, —&lt;br /&gt;</w:t>
        <w:br/>
        <w:t>І погнувся хрест і в груди вдавивсь;&lt;br /&gt;</w:t>
        <w:br/>
        <w:t>Мов роса, із-під нього кров закапала.&lt;br /&gt;</w:t>
        <w:br/>
        <w:t>І подумав Степан Парамонович:&lt;br /&gt;</w:t>
        <w:br/>
        <w:t>"Що судилось в житті, те і збудеться;&lt;br /&gt;</w:t>
        <w:br/>
        <w:t>Поборюсь за правду до останнього!"&lt;br /&gt;</w:t>
        <w:br/>
        <w:t>Приловчився він, ізготовився,&lt;br /&gt;</w:t>
        <w:br/>
        <w:t>З усією зібравсь силою&lt;br /&gt;</w:t>
        <w:br/>
        <w:t>І ударив свого зненависника&lt;br /&gt;</w:t>
        <w:br/>
        <w:t>Прямо в лівий висок з усього плеча.&lt;br /&gt;</w:t>
        <w:br/>
        <w:t>І опричник молодий застогнав ледь-ледь,&lt;br /&gt;</w:t>
        <w:br/>
        <w:t>Захитався, упав замертво;&lt;br /&gt;</w:t>
        <w:br/>
        <w:t>Повалився він на холодний сніг,&lt;br /&gt;</w:t>
        <w:br/>
        <w:t>На холодний сніг, наче сосонка,&lt;br /&gt;</w:t>
        <w:br/>
        <w:t>Наче сосонка, у сирім бору&lt;br /&gt;</w:t>
        <w:br/>
        <w:t>Під смолистий під корінь підрубаная.&lt;br /&gt;</w:t>
        <w:br/>
        <w:t>І побачив же цар Іван Васильович,&lt;br /&gt;</w:t>
        <w:br/>
        <w:t>Запалився гнівом, гопнув об землю&lt;br /&gt;</w:t>
        <w:br/>
        <w:t>І нахмурив брови чорнії,</w:t>
      </w:r>
    </w:p>
    <w:p>
      <w:r>
        <w:br/>
        <w:t>Наказав він схопить удалого бійця,&lt;br /&gt;</w:t>
        <w:br/>
        <w:t>Привести його до своїх очей.&lt;br /&gt;</w:t>
        <w:br/>
        <w:t>І промовив тут православний цар:&lt;br /&gt;</w:t>
        <w:br/>
        <w:t>"Ти скажи мені по правді, по совісті,&lt;br /&gt;</w:t>
        <w:br/>
        <w:t>З волі вільної, а чи нехотя&lt;br /&gt;</w:t>
        <w:br/>
        <w:t>Ти убив на смерть мого вірного слугу.&lt;br /&gt;</w:t>
        <w:br/>
        <w:t>Мого кращого бійця Кирибеєвича?"&lt;br /&gt;</w:t>
        <w:br/>
        <w:t>— Я скажу тобі, православний цар:&lt;br /&gt;</w:t>
        <w:br/>
        <w:t>Я убив його з волі вільної,&lt;br /&gt;</w:t>
        <w:br/>
        <w:t>А за що, про що — не скажу тобі,&lt;br /&gt;</w:t>
        <w:br/>
        <w:t>Скажу тільки Богу єдиному.&lt;br /&gt;</w:t>
        <w:br/>
        <w:t>Накажи мене скарать — і на плаху нести&lt;br /&gt;</w:t>
        <w:br/>
        <w:t>Мою повинну головоньку;&lt;br /&gt;</w:t>
        <w:br/>
        <w:t>Не покинь лиш малих діточок,&lt;br /&gt;</w:t>
        <w:br/>
        <w:t>Не покинь молодую вдову,&lt;br /&gt;</w:t>
        <w:br/>
        <w:t>Та двох братів моїх в своїй милості...&lt;br /&gt;</w:t>
        <w:br/>
        <w:t>"Ти вчинив по-молодецькому,&lt;br /&gt;</w:t>
        <w:br/>
        <w:t>Удалий боєць та купецький син,&lt;br /&gt;</w:t>
        <w:br/>
        <w:t>Що сказав усе ти по совісті.&lt;br /&gt;</w:t>
        <w:br/>
        <w:t>Я жону молоду і сиріт твоїх&lt;br /&gt;</w:t>
        <w:br/>
        <w:t>Із казни моєї пожалую,&lt;br /&gt;</w:t>
        <w:br/>
        <w:t>І братам твоїм я велю цього ж дня&lt;br /&gt;</w:t>
        <w:br/>
        <w:t>По всьому царству руському широкому&lt;br /&gt;</w:t>
        <w:br/>
        <w:t>Торгувать без мита, без податі.&lt;br /&gt;</w:t>
        <w:br/>
        <w:t>Сам же йди по-молодецькому&lt;br /&gt;</w:t>
        <w:br/>
        <w:t>На високеє місце лобнеє,&lt;br /&gt;</w:t>
        <w:br/>
        <w:t>Склади свою буйную голівоньку.&lt;br /&gt;</w:t>
        <w:br/>
        <w:t>Я сокиру велю наточить-нагострить,&lt;br /&gt;</w:t>
        <w:br/>
        <w:t>Ката я велю добре нарядить,&lt;br /&gt;</w:t>
        <w:br/>
        <w:t>У великий дзвін накажу дзвонить,&lt;br /&gt;</w:t>
        <w:br/>
        <w:t>Щоб дізнались всі люди московськії,&lt;br /&gt;</w:t>
        <w:br/>
        <w:t>Що й тебе не покинув в своїй милості..."&lt;br /&gt;</w:t>
        <w:br/>
        <w:t>Гей народ на майдані збирається,&lt;br /&gt;</w:t>
        <w:br/>
        <w:t>І сумний дзвін гуде, завиваючи,</w:t>
      </w:r>
    </w:p>
    <w:p>
      <w:r>
        <w:br/>
        <w:t>Розголошує звістку недобрую.&lt;br /&gt;</w:t>
        <w:br/>
        <w:t>На високому місці лобному&lt;br /&gt;</w:t>
        <w:br/>
        <w:t>У червоній сорочці з блискіткою,&lt;br /&gt;</w:t>
        <w:br/>
        <w:t>Із нагостреною сокирою,&lt;br /&gt;</w:t>
        <w:br/>
        <w:t>Руки голії потираючи,&lt;br /&gt;</w:t>
        <w:br/>
        <w:t>Кат веселий проходжується,&lt;br /&gt;</w:t>
        <w:br/>
        <w:t>Удалого бійця дожидається, —&lt;br /&gt;</w:t>
        <w:br/>
        <w:t>А ставний боєць, молодий купець,&lt;br /&gt;</w:t>
        <w:br/>
        <w:t>Із рідними братами прощається:&lt;br /&gt;</w:t>
        <w:br/>
        <w:t>"Гей ви, браття мої, друзі кревнії,&lt;br /&gt;</w:t>
        <w:br/>
        <w:t>Поцілуймося, обіймімося,&lt;br /&gt;</w:t>
        <w:br/>
        <w:t>Ув останній раз розлучаючись.&lt;br /&gt;</w:t>
        <w:br/>
        <w:t>Передайте мій уклін Альоні Дмитрівні,&lt;br /&gt;</w:t>
        <w:br/>
        <w:t>Накажіте їй менше журитися.&lt;br /&gt;</w:t>
        <w:br/>
        <w:t>Моїм діткам про мене не розказувать;&lt;br /&gt;</w:t>
        <w:br/>
        <w:t>Уклонітесь домові батьківському,&lt;br /&gt;</w:t>
        <w:br/>
        <w:t>Уклонітесь товариству кревному,&lt;br /&gt;</w:t>
        <w:br/>
        <w:t>Помолітесь самі в церкві божій ви&lt;br /&gt;</w:t>
        <w:br/>
        <w:t>Та за душу мою, душу грішную!"&lt;br /&gt;</w:t>
        <w:br/>
        <w:t>І стратили Степана Калашникова&lt;br /&gt;</w:t>
        <w:br/>
        <w:t>Смертю лютою, ганебною,&lt;br /&gt;</w:t>
        <w:br/>
        <w:t>І голівонька безталанная&lt;br /&gt;</w:t>
        <w:br/>
        <w:t>У крові на плаху покотилася.&lt;br /&gt;</w:t>
        <w:br/>
        <w:t>За Москвою-рікою ховали його,&lt;br /&gt;</w:t>
        <w:br/>
        <w:t>У чистім полі, поміж трьох доріг,&lt;br /&gt;</w:t>
        <w:br/>
        <w:t>Тульської, Рязанської, Володимирської,&lt;br /&gt;</w:t>
        <w:br/>
        <w:t>І сирий бугор землі там насипали,&lt;br /&gt;</w:t>
        <w:br/>
        <w:t>І кленовий хрест там поставили.&lt;br /&gt;</w:t>
        <w:br/>
        <w:t>І гуляють-шумлять вітри буйнії&lt;br /&gt;</w:t>
        <w:br/>
        <w:t>Над його безіменною могилкою,&lt;br /&gt;</w:t>
        <w:br/>
        <w:t>І проходять мимо люди добрії, —&lt;br /&gt;</w:t>
        <w:br/>
        <w:t>Пройде віком старий— перехреститься,&lt;br /&gt;</w:t>
        <w:br/>
        <w:t>Пройде хлопець-бравець — підбадьориться.&lt;br /&gt;</w:t>
        <w:br/>
        <w:t>Пройде дівчина — вмить зажуриться,&lt;br /&gt;</w:t>
        <w:br/>
        <w:t>А пройдуть гусляри — почнуть пісеньку.</w:t>
      </w:r>
    </w:p>
    <w:p>
      <w:r>
        <w:br/>
        <w:t>* * *&lt;br /&gt;</w:t>
        <w:br/>
        <w:t>Гей, хлоп'ята, ще й молодії,&lt;br /&gt;</w:t>
        <w:br/>
        <w:t>Гусляри запальнії&lt;br /&gt;</w:t>
        <w:br/>
        <w:t>Голоси гомінкії!&lt;br /&gt;</w:t>
        <w:br/>
        <w:t>Красно починали — красно і кінчайте,&lt;br /&gt;</w:t>
        <w:br/>
        <w:t>Кожному правдою і честю віддайте!&lt;br /&gt;</w:t>
        <w:br/>
        <w:t>Можновладному боярину слава!&lt;br /&gt;</w:t>
        <w:br/>
        <w:t>І красуні боярині слава!&lt;br /&gt;</w:t>
        <w:br/>
        <w:t>І всьому народу християнському&lt;br /&gt;</w:t>
        <w:br/>
        <w:t>Слава!&lt;br /&gt;</w:t>
        <w:br/>
        <w:t>1837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царя Івана Васильовича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