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Плутана казка</w:t>
      </w:r>
    </w:p>
    <w:p>
      <w:r>
        <w:br/>
        <w:t xml:space="preserve"> &lt;p&gt;— Жила собі одного разу дівчинка. Звали її Жовта Шапочка.</w:t>
      </w:r>
    </w:p>
    <w:p>
      <w:r>
        <w:br/>
        <w:t>— Ні, Червона!</w:t>
      </w:r>
    </w:p>
    <w:p>
      <w:r>
        <w:br/>
        <w:t>— Ой, я забув. Справді, Червона, Шапочка. Покликала її мама та й каже: "Послухай, Зелена, Шапочко..."</w:t>
      </w:r>
    </w:p>
    <w:p>
      <w:r>
        <w:br/>
        <w:t>— Та ні, Червона!</w:t>
      </w:r>
    </w:p>
    <w:p>
      <w:r>
        <w:br/>
        <w:t>— Ой, я забув. Справді, Червона. "Піди до тітки Діоміри й занеси їй картопляне лушпиння".</w:t>
      </w:r>
    </w:p>
    <w:p>
      <w:r>
        <w:br/>
        <w:t>— Ні. Йди до бабусі та занеси їй пиріжка.</w:t>
      </w:r>
    </w:p>
    <w:p>
      <w:r>
        <w:br/>
        <w:t>— Ну, гаразд. Дівчинка зайшла в ліс і зустріла жирафу.</w:t>
      </w:r>
    </w:p>
    <w:p>
      <w:r>
        <w:br/>
        <w:t>— Ти переплутав! Зустріла вовка, а не жирафу!</w:t>
      </w:r>
    </w:p>
    <w:p>
      <w:r>
        <w:br/>
        <w:t>— І вовк її питає: "Скільки буде шість разів по вісім?"</w:t>
      </w:r>
    </w:p>
    <w:p>
      <w:r>
        <w:br/>
        <w:t>— Зовсім не так. Вовк її запитав: "Куди йдеш?"</w:t>
      </w:r>
    </w:p>
    <w:p>
      <w:r>
        <w:br/>
        <w:t>— Твоя правда. І Чорна, Шапочка відповіла...</w:t>
      </w:r>
    </w:p>
    <w:p>
      <w:r>
        <w:br/>
        <w:t>— Це була Червона, Шапочка, Червона, Червона!</w:t>
      </w:r>
    </w:p>
    <w:p>
      <w:r>
        <w:br/>
        <w:t>— Так, Червона, і вона відповіла: "Йду на базар по баклажанний соус".</w:t>
      </w:r>
    </w:p>
    <w:p>
      <w:r>
        <w:br/>
        <w:t>— Та що ти балакаєш! Вона відповіла: "Йду до хворої бабусі, та не знаю дороги".</w:t>
      </w:r>
    </w:p>
    <w:p>
      <w:r>
        <w:br/>
        <w:t>— Твоя правда. І кінь сказав...</w:t>
      </w:r>
    </w:p>
    <w:p>
      <w:r>
        <w:br/>
        <w:t>— Який кінь? Це ж був вовк.</w:t>
      </w:r>
    </w:p>
    <w:p>
      <w:r>
        <w:br/>
        <w:t>— Ай справді вовк. І він сказав: "Сідай на сімдесят п'ятий трамвай, вийди на площі Дель Дуомо, зверни праворуч, там будуть три сходинки, а біля них лежатиме одне сольдо, обійди сходинки, візьми сольдо й купи собі жувальну гумку".</w:t>
      </w:r>
    </w:p>
    <w:p>
      <w:r>
        <w:br/>
        <w:t>— Дідусю, ти не вмієш розповідати казок. У тебе все переплутується. А жувальну гумку я хочу купити.</w:t>
      </w:r>
    </w:p>
    <w:p>
      <w:r>
        <w:br/>
        <w:t>— Гаразд, на тобі сольдо.</w:t>
      </w:r>
    </w:p>
    <w:p>
      <w:r>
        <w:br/>
        <w:t>І дідусь знову взявся читати газету.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Плутана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