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Подарунок на жіночий день</w:t>
      </w:r>
    </w:p>
    <w:p>
      <w:r>
        <w:br/>
        <w:t xml:space="preserve"> &lt;p&gt;Діти називали свою школу конюшнею. Учителі також називали школу конюшнею. Може, за те, що стояла майже коло самого лугу, й коні, пасучись поміж лозами та вербами, іноді підходили до класних вікон і зазирали до дітей на уроки або ж так терлися коростявими боками об глиняні стіни, що стіни здригались.</w:t>
      </w:r>
    </w:p>
    <w:p>
      <w:r>
        <w:br/>
        <w:t>— Ой, завалимося зараз! — скрикував хтось удавано перелякано, і весь клас вибухав сміхом.</w:t>
      </w:r>
    </w:p>
    <w:p>
      <w:r>
        <w:br/>
        <w:t>— Тихше, тихше,— надавав суворості своєму доброму обличчю Андрій Іванович.</w:t>
      </w:r>
    </w:p>
    <w:p>
      <w:r>
        <w:br/>
        <w:t>Найвеселіше ж дітям почувалось тоді, коли під шкільні вікна приходив із лугу кавалерійський кінь Орлик. Зупинявся неподалік і, задерши голову, іржав, наче сердився на кепські учнівські успіхи. Поірже — й перестане, позирає на вікна, а потім знову за своє.</w:t>
      </w:r>
    </w:p>
    <w:p>
      <w:r>
        <w:br/>
        <w:t>— Андрію Івановичу, дозвольте прогнати! — підносив руку то один учень, то другий, але вчитель начебто не помічав піднесених рук і не чув дитячих голосів.</w:t>
      </w:r>
    </w:p>
    <w:p>
      <w:r>
        <w:br/>
        <w:t>— Заважає слухати! Заважає вчитись! Хіба писатимеш, коли він так несамовито ірже! — лунали голоси.</w:t>
      </w:r>
    </w:p>
    <w:p>
      <w:r>
        <w:br/>
        <w:t>Зрештою, Андрій Іванович кидав:</w:t>
      </w:r>
    </w:p>
    <w:p>
      <w:r>
        <w:br/>
        <w:t>— Калашник Грицько, прожени коня!</w:t>
      </w:r>
    </w:p>
    <w:p>
      <w:r>
        <w:br/>
        <w:t>Й кращий учень класу Грицько Калашник біг надвір проганяти коня. Весь клас втуплювався у вікна. Бо Калашник, підскочивши до коня, хапався за гриву, по-мавпячому здирався на спину і, вдаривши Орлика п'ятами в боки, мчав через город на луг.</w:t>
      </w:r>
    </w:p>
    <w:p>
      <w:r>
        <w:br/>
        <w:t>Дітям ставало заздрісно, починали канючити:</w:t>
      </w:r>
    </w:p>
    <w:p>
      <w:r>
        <w:br/>
        <w:t>— Андрію Івановичу, а коли мені дозволите прогнати Орлика?</w:t>
      </w:r>
    </w:p>
    <w:p>
      <w:r>
        <w:br/>
        <w:t>— Все Калашник та Калашник, а ми коли? Андрій Іванович супив білі брови й казав:</w:t>
      </w:r>
    </w:p>
    <w:p>
      <w:r>
        <w:br/>
        <w:t>— Вчитиметесь так, як Калашник, тоді й коней од школи ганятимете.</w:t>
      </w:r>
    </w:p>
    <w:p>
      <w:r>
        <w:br/>
        <w:t>Діти прозивали Орлика так, як і звався він, Орликом, а вчителі охрестили його Інспектором.</w:t>
      </w:r>
    </w:p>
    <w:p>
      <w:r>
        <w:br/>
        <w:t>У класі, де вів уроки Андрій Іванович, були майже самі дівчата, якщо не брати до уваги Калашника й ще одного чи двох хлопців. Та й то учні сусідніх класів звали Грицька і його товаришів дівчурами, бо як ти інакше назвеш їх, коли в класі вчаться майже самі дівчатка? Зате Калашник не тільки добре вчився, а й дужий вдався, меткий та проворний, міг постояти не лише за себе, а за весь свій клас. Тому його любили, і він був єдиним, хто не мав прізвиська.</w:t>
      </w:r>
    </w:p>
    <w:p>
      <w:r>
        <w:br/>
        <w:t>В школу кожне з них уже приходило з прізвиськом. Поміж них траплялись найрізноманітніші, найдивніші. Були прізвиська, що діставалися в спадок синові чи дочці від батька й матері, а були й надбані самостійно. Прозиватись для дітей було однією з найбільших образ, й часто через ті прізвиська доходило до бійки.</w:t>
      </w:r>
    </w:p>
    <w:p>
      <w:r>
        <w:br/>
        <w:t>Найсмішніше, либонь, прізвисько було у Василинки Кущ. У вічі й позаочі прозивали її Кунею. Чому Куня — невідомо, що воно означає — теж невідомо, а проте ж Куня! Василинці до сліз образливо, вона ладна очі видряпати тому, хто з неї насміхався. А найбільше любив дратувати її Павло Дардище — худе, рябе й зле створіння з довгими руками, які сягали за коліна.</w:t>
      </w:r>
    </w:p>
    <w:p>
      <w:r>
        <w:br/>
        <w:t>Малий Павло сидів якраз перед Василинкою. На уроці раптово повертався в її бік і брався лупати швидкими зеленкуватими очима. Може, так чинив тому, що Василинка була гарна, на неї кожному приємно подивитись. А тільки ж вона терпіти не могла Павла Дардища, зразу й наказувала йому:</w:t>
      </w:r>
    </w:p>
    <w:p>
      <w:r>
        <w:br/>
        <w:t>— Повернись назад, чого витріщаєшся?</w:t>
      </w:r>
    </w:p>
    <w:p>
      <w:r>
        <w:br/>
        <w:t>Дардище і не збирався слухатись, вона штурхала його кулаком у плече:</w:t>
      </w:r>
    </w:p>
    <w:p>
      <w:r>
        <w:br/>
        <w:t>— Повернись, чуєш!</w:t>
      </w:r>
    </w:p>
    <w:p>
      <w:r>
        <w:br/>
        <w:t>— А я не повернусь!</w:t>
      </w:r>
    </w:p>
    <w:p>
      <w:r>
        <w:br/>
        <w:t>— Повернись!</w:t>
      </w:r>
    </w:p>
    <w:p>
      <w:r>
        <w:br/>
        <w:t>Хижі очі Дардища вужчали й злішали, і він протяжно вимовляв прямісінько у Василинчине обличчя:</w:t>
      </w:r>
    </w:p>
    <w:p>
      <w:r>
        <w:br/>
        <w:t>— Ку-ня-а!</w:t>
      </w:r>
    </w:p>
    <w:p>
      <w:r>
        <w:br/>
        <w:t>Вона ляскала його по щоці. Тоді Дардище кидав ще образливіше прізвисько:</w:t>
      </w:r>
    </w:p>
    <w:p>
      <w:r>
        <w:br/>
        <w:t>— Курочка ряба!</w:t>
      </w:r>
    </w:p>
    <w:p>
      <w:r>
        <w:br/>
        <w:t>Так Василинку називали за те, що мала кілька веснянок на обличчі. В неї, скривдженої, починав тремтіти голос, і хоч била Дардища по шиї й по плечах, він однаково не повертався. Тоді Василинка рішуче підносила руку й з викликом дивилась на Дардища — відвернеться чи ні? Але й це не могло налякати впертого Дардища — і далі дивився глузливо.</w:t>
      </w:r>
    </w:p>
    <w:p>
      <w:r>
        <w:br/>
        <w:t>— Що таке? — запитував Андрій Іванович.</w:t>
      </w:r>
    </w:p>
    <w:p>
      <w:r>
        <w:br/>
        <w:t>— А Дардище дивиться! — скаржилась.</w:t>
      </w:r>
    </w:p>
    <w:p>
      <w:r>
        <w:br/>
        <w:t>— Дардище, ти чого дивишся на неї? — зауважував учитель.</w:t>
      </w:r>
    </w:p>
    <w:p>
      <w:r>
        <w:br/>
        <w:t>— О, вже й глянути не можна на Куню,— буркотів хлопець.</w:t>
      </w:r>
    </w:p>
    <w:p>
      <w:r>
        <w:br/>
        <w:t>— А Дардище прозивається! — скаржилась.</w:t>
      </w:r>
    </w:p>
    <w:p>
      <w:r>
        <w:br/>
        <w:t>Андрій Іванович дуже не любив, коли діти прозивались.</w:t>
      </w:r>
    </w:p>
    <w:p>
      <w:r>
        <w:br/>
        <w:t>— Дардище, встань! — наказував.— І стій так до кінця уроку.</w:t>
      </w:r>
    </w:p>
    <w:p>
      <w:r>
        <w:br/>
        <w:t>Худий та малий Дардище слухняно вставав і слухняно стояв до кінця уроку. Зрідка оглядався на Василинку, погрозливо суплячись, а вона у відповідь показувала язика.</w:t>
      </w:r>
    </w:p>
    <w:p>
      <w:r>
        <w:br/>
        <w:t>Отака школа, де вчителював Андрій Іванович, отакі його учні — кращі, середні й найгірші. Хоч він, власне, великої різниці між ними не бачив.</w:t>
      </w:r>
    </w:p>
    <w:p>
      <w:r>
        <w:br/>
        <w:t>А він сам? Низенький чоловік, геть зовсім висохлий, і щоки теж висохлі — жовті, в густих борозенках. Ледве видимі вуса, які можна б і зголити, але Андрій Іванович пильнував їх чи не найбільше. Ходив у військовій гімнастерці, підперізувався паском. Іноді з'являвся на уроки в галіфе, іноді — в синіх штанях, що мали сірувату смужечку. Ще мав коротеньке пальто з коміром зі штучного хутра — іншого одягу ніхто з учнів на ньому не бачив. Ні в школі, ні тоді, коли навідувались до нього додому. Андрій Іванович озував кирзові чоботи, халявки яких витирав мокрою ганчіркою, а передки змащував гусячим смальцем, якщо смалець водився, або ж свинячим...</w:t>
      </w:r>
    </w:p>
    <w:p>
      <w:r>
        <w:br/>
        <w:t>Оце, коли судити з першого погляду, начебто все. У всякому разі, якби раптом діти побачили вчителя не в гімнастерці, підперезаній паском, не в галіфе, не в чоботях, без білястих вусиків під носом, то хтозна, чи впізнали б у ньому свого Андрія Івановича.</w:t>
      </w:r>
    </w:p>
    <w:p>
      <w:r>
        <w:br/>
        <w:t>Сам він був зайшлий у цьому селі — з'явився тут зразу після війни. З'явився сам, бо дружину його вбито на фронті. Під житло дали хату поблизу школи — в цій хаті раніше жили старезні дід і баба, які повмирали майже одночасно, от хата якийсь час і стояла пусткою. Все, що залишилося після діда та баби, перейшло в спадок Андрієві Івановичу, й не можна сказати, що спадок був йому не потрібен. Бо, крім хати, мав дві лави під стінами, скриню, де зосталось трохи дрантя, яке чомусь не смів викинути, качалку й рубель, рогачі, коцюбу, дерев'яну бадійку на воду, тапчан і двоє курей.</w:t>
      </w:r>
    </w:p>
    <w:p>
      <w:r>
        <w:br/>
        <w:t>З тими двома курми малось йому найбільше мороки. Кури все-таки були не його, і Андрій Іванович спершу не відав, годувати їх чи ні. Проте годував. Але більше мороки було з тим, що кури неслись, і Андрій Іванович не знав, що чинити з яйцями. Акуратно вибирав їх із гнізда, змощеного в похилому хлівці, бо побоювався, що котрась курка почне квоктати, а як повестися з курчатами? Так назбиралось десятка півтора яєць, і одного разу вчитель пішов до сусідів, щоб запитати, яку раду їм дати.</w:t>
      </w:r>
    </w:p>
    <w:p>
      <w:r>
        <w:br/>
        <w:t>Сусідам було дивно слухати те, що казав учитель.</w:t>
      </w:r>
    </w:p>
    <w:p>
      <w:r>
        <w:br/>
        <w:t>— Зваріть,— радили,— та з'їжте.</w:t>
      </w:r>
    </w:p>
    <w:p>
      <w:r>
        <w:br/>
        <w:t>Учитель розводив руками—як це, мовляв, порядкувати тим, що йому не належить.</w:t>
      </w:r>
    </w:p>
    <w:p>
      <w:r>
        <w:br/>
        <w:t>— Продайте,— радили.</w:t>
      </w:r>
    </w:p>
    <w:p>
      <w:r>
        <w:br/>
        <w:t>Андрій Іванович знов розводив руками — по базарах ніколи не ходив і нічого не продавав.</w:t>
      </w:r>
    </w:p>
    <w:p>
      <w:r>
        <w:br/>
        <w:t>Так і лежали яйця, поки надумався комусь оддати — котрійсь зі своїх учениць, яка, очевидно, недоїдала, бо мала нездоровий колір обличчя й запалі очі.</w:t>
      </w:r>
    </w:p>
    <w:p>
      <w:r>
        <w:br/>
        <w:t>Наступного дня до нього прийшла жінка з вузликом у руках. Затіяла балачку про село, про школу, він чемно відповідав, а самого пекла думка: що за жінка, чого раптом навідалась до нього додому?</w:t>
      </w:r>
    </w:p>
    <w:p>
      <w:r>
        <w:br/>
        <w:t>Зрештою, жінка зібралась іти, а йому залишила отой вузлик на лаві.</w:t>
      </w:r>
    </w:p>
    <w:p>
      <w:r>
        <w:br/>
        <w:t>— Це вам трохи гречаних крупів принесла, зварите кулешу,— І, зловивши в його погляді непорозуміння, пояснила: — Ви ж яєчок передали через мою Настку то я вам гречаних крупів.</w:t>
      </w:r>
    </w:p>
    <w:p>
      <w:r>
        <w:br/>
        <w:t>Відмовлявся, але жінка вузлик так і не забрала.</w:t>
      </w:r>
    </w:p>
    <w:p>
      <w:r>
        <w:br/>
        <w:t>Після того не один раз траплялось, що навідувався хтось із батьків його учнів і приносив чи трохи борошна, чи пшона, молока в глечику. Вчитель завжди відмовлявся, але принесене так і зоставалося в нього, то мусив споживати. Ця обставина завдавала прикрощів, бо наступного дня було совісно дивитися в очі саме тієї дитини, чия мати вчора навідувалась до нього.</w:t>
      </w:r>
    </w:p>
    <w:p>
      <w:r>
        <w:br/>
        <w:t>В дідову та бабину хату, яка дісталася йому в спадок, Андрій Іванович не привіз ніяких речей, тільки стареньку скрипку. Вона, замотана в білу рядюжку висіла біля комина, і вчитель ніколи її не знімав щоб пограти. Хіба для того, аби подивитись. І кожен, хто приходив до нього, звертав увагу на скрипку, і в кожного з'являлась думка, чому вчитель ніколи не грає.</w:t>
      </w:r>
    </w:p>
    <w:p>
      <w:r>
        <w:br/>
        <w:t>Але запитати про те не зважувались.</w:t>
      </w:r>
    </w:p>
    <w:p>
      <w:r>
        <w:br/>
        <w:t>Людей найбільше дивувало, що вчитель ні до кого не звертається по допомогу. Сам собі пере. Звісно, прання в нього не так багато, але ж... Щовечора куриться димок із комина — либонь, готує собі вечерю. Одного разу вчитель запросив до себе дітей додому, а потім пригостив їх варениками, які сам і зварив для них.</w:t>
      </w:r>
    </w:p>
    <w:p>
      <w:r>
        <w:br/>
        <w:t>— Така людина...— казали про нього.</w:t>
      </w:r>
    </w:p>
    <w:p>
      <w:r>
        <w:br/>
        <w:t>— Черпнув ложкою горя, тому й такий.</w:t>
      </w:r>
    </w:p>
    <w:p>
      <w:r>
        <w:br/>
        <w:t>Поважали — й жаліли. Бо невеличкий, трішки в плечах зсутулений, очі добрі, погляд розумний і наче аж запобігливий, звертав із дороги, коли здибався з вами, й першим вітався, хоч, може, ніколи вас перед тим не бачив.</w:t>
      </w:r>
    </w:p>
    <w:p>
      <w:r>
        <w:br/>
        <w:t>І в селі мали його за свого, співчували в його житті, яке так трудно склалось, і, звичайно, хотіли б допомогти.</w:t>
      </w:r>
    </w:p>
    <w:p>
      <w:r>
        <w:br/>
        <w:t>У класі хтось пустив чутку, що, мовляв, Андрія Івановича сільські молодиці збираються оженити, щоб не мучився чоловік самотиною. Перший, мабуть, сказав про це Павло Дардище, який переповів дітям балачку, що точилася у них удома. На нього відразу ж усі накинулись — навіщо плещеш казна-що, адже й сам Андрій Іванович нічого не відає, а ти поголоски пускаєш.</w:t>
      </w:r>
    </w:p>
    <w:p>
      <w:r>
        <w:br/>
        <w:t>— Поголосокне пускаю,— бубонів Дардище.— За що купив, за те й продаю.</w:t>
      </w:r>
    </w:p>
    <w:p>
      <w:r>
        <w:br/>
        <w:t>— Кого ж за нього сватають? — поцікавився хтось.</w:t>
      </w:r>
    </w:p>
    <w:p>
      <w:r>
        <w:br/>
        <w:t>— А Мотрю Сагайдак!</w:t>
      </w:r>
    </w:p>
    <w:p>
      <w:r>
        <w:br/>
        <w:t>Діти загомоніли — кожне добре знало Мотрю Сагайдак. Вона й справді добра жінка, і за віком однакова з учителем, але ж можна висватати кращу й молодшу. Бо ген скільки дівчат у їхньому селі неодружених, кожна, либонь, згодилася б вийти за вчителя, то навіщо йому здалась Мотря Сагайдак? Та й коли добре приглянутись до Мотрі, побачиш у неї родимку на шиї, велику, чорну, й за вухом теж. Тому-то вона завжди запинається так старанно терновою хусткою.</w:t>
      </w:r>
    </w:p>
    <w:p>
      <w:r>
        <w:br/>
        <w:t>— Е-е, Мотрі йому не треба,— сказав Грицько Калашник— Якби щось добре, а то ж — Мотря!</w:t>
      </w:r>
    </w:p>
    <w:p>
      <w:r>
        <w:br/>
        <w:t>Василинка й собі ствердно закивала головою — Мотря й справді-таки не годиться.</w:t>
      </w:r>
    </w:p>
    <w:p>
      <w:r>
        <w:br/>
        <w:t>Вчилась у їхньому класі Рая Івашко, якась близька Мотрина родичка. То вона, почувши розмову, встряла до гурту і, широко розтягуючи довгий рот, запитала:</w:t>
      </w:r>
    </w:p>
    <w:p>
      <w:r>
        <w:br/>
        <w:t>— А чого це Мотря не підходить? Хто ж тоді підходить, як не вона?</w:t>
      </w:r>
    </w:p>
    <w:p>
      <w:r>
        <w:br/>
        <w:t>— Молодшу йому треба! — втовкмачували.</w:t>
      </w:r>
    </w:p>
    <w:p>
      <w:r>
        <w:br/>
        <w:t>— Вона молода! — наполягала Рая.</w:t>
      </w:r>
    </w:p>
    <w:p>
      <w:r>
        <w:br/>
        <w:t>— Красивішу...</w:t>
      </w:r>
    </w:p>
    <w:p>
      <w:r>
        <w:br/>
        <w:t>— Вона красива!</w:t>
      </w:r>
    </w:p>
    <w:p>
      <w:r>
        <w:br/>
        <w:t>— Та що ви з цією Райкою теревените! — гримнув Павло Дардище і, схопивши дівчину за коси, потяг за двері. Там вони заходилися битись, а діти далі обговорювали те, що їх цікавило.</w:t>
      </w:r>
    </w:p>
    <w:p>
      <w:r>
        <w:br/>
        <w:t>— А я придумала! — вигукнула Василинка.</w:t>
      </w:r>
    </w:p>
    <w:p>
      <w:r>
        <w:br/>
        <w:t>— Що? — обернулись до неї.</w:t>
      </w:r>
    </w:p>
    <w:p>
      <w:r>
        <w:br/>
        <w:t>— Хай за нього вийде Шлапачиха!</w:t>
      </w:r>
    </w:p>
    <w:p>
      <w:r>
        <w:br/>
        <w:t>Шлапачиха була гарна жінка, найкраща ланкова їхнього колгоспу, про неї знали не тільки в селі, а й у районі. Проте Шлапачиха мала чоловіка Шлапака й двоє малих дітей.</w:t>
      </w:r>
    </w:p>
    <w:p>
      <w:r>
        <w:br/>
        <w:t>— У неї є Шлапак! — заперечили.</w:t>
      </w:r>
    </w:p>
    <w:p>
      <w:r>
        <w:br/>
        <w:t>— Хай покине, бо Шлапак п'яниця! — стояла на своєму Василина.</w:t>
      </w:r>
    </w:p>
    <w:p>
      <w:r>
        <w:br/>
        <w:t>А й справді, було б добре, якби Шлапачиха покинула свого Шлапака й вийшла за вчителя. Тоді б усім велось добре: й учителеві, й Шлапачисі, і її дітям.</w:t>
      </w:r>
    </w:p>
    <w:p>
      <w:r>
        <w:br/>
        <w:t>—Та-ак..— розгублено мовив Грицько Калашник, і всі стали ждати, що скаже.— Добре б...</w:t>
      </w:r>
    </w:p>
    <w:p>
      <w:r>
        <w:br/>
        <w:t>Тут і дзвінок продзеленчав, то мусили розбігатись і сідати за парти. Зайшов Андрій Іванович, почався урок. Збуджені діти не могли заспокоїтись і далі обговорювали — кого можна видати за їхнього улюбленого вчителя. Андрій Іванович кілька разів закликав клас до дисципліни, проте — на диво! — його не слухались.</w:t>
      </w:r>
    </w:p>
    <w:p>
      <w:r>
        <w:br/>
        <w:t>Найбільше веретенилася за партою Рая Івашко, то він її й звів на ноги.</w:t>
      </w:r>
    </w:p>
    <w:p>
      <w:r>
        <w:br/>
        <w:t>— Ти не скажеш, що сталося?</w:t>
      </w:r>
    </w:p>
    <w:p>
      <w:r>
        <w:br/>
        <w:t>Рая вже й рот розтулила, щоб сказати, та стрілася поглядом із Дардищем — він показував кулак.</w:t>
      </w:r>
    </w:p>
    <w:p>
      <w:r>
        <w:br/>
        <w:t>— Та-а... Те-е... — не могла добути слова. Але, мабуть, одразу ж перестала боятись Дардищевого кулака, бо згадала, як хлопець на перерві тягнув її за косу. Тому й випалила: — А вас хочуть оженити!</w:t>
      </w:r>
    </w:p>
    <w:p>
      <w:r>
        <w:br/>
        <w:t>— Хто хоче оженити? — по паузі запитав Андрій Іванович, і його завжди жовте обличчя наче аж порожевіло.</w:t>
      </w:r>
    </w:p>
    <w:p>
      <w:r>
        <w:br/>
        <w:t>— Калашник,— показала пальцем на Грицька.— Й Василина Кущ хоче оженити, й Дардище! — Тут обернулась до Павла й навіть обома руками на нього показала: — Всі хочуть. І нібито для вас Мотря наша не підходить, то хочуть за вас Шлапачиху видати.</w:t>
      </w:r>
    </w:p>
    <w:p>
      <w:r>
        <w:br/>
        <w:t>— Яка Мотря? Яка Шлапачиха! — неслухняним язиком поспитав учитель, полотніючи й тетеріючи.</w:t>
      </w:r>
    </w:p>
    <w:p>
      <w:r>
        <w:br/>
        <w:t>— Та яка ж іще Мотря, родичка моя! — й зовсім похо-робрішала скривджена Рая Івашко.— І не така вона стара, й не така погана. Не гірша ж за вас, Андрію Івановичу, їй-богу!</w:t>
      </w:r>
    </w:p>
    <w:p>
      <w:r>
        <w:br/>
        <w:t>— Не божись, не божись! — тільки й спромігся сказати.</w:t>
      </w:r>
    </w:p>
    <w:p>
      <w:r>
        <w:br/>
        <w:t>— А я не божусь, то я так А в Шлапачки двоє дітей, і вона замужем, як же вийде за вас? Що їй люди скажуть: при живому чоловікові — й заміж!</w:t>
      </w:r>
    </w:p>
    <w:p>
      <w:r>
        <w:br/>
        <w:t>Андрій Іванович тільки очима лупав, і лице його геть зовсім потемніло.</w:t>
      </w:r>
    </w:p>
    <w:p>
      <w:r>
        <w:br/>
        <w:t>— А то знаєте, що кажуть? — тріщала, як сорока, Рая Івашко.— Щоб дівчину для вас гарну знайти, бо ви, мовляв, тихенький, самі не осмілитесь.</w:t>
      </w:r>
    </w:p>
    <w:p>
      <w:r>
        <w:br/>
        <w:t>— Яку дівку? — так і сів на стілець учитель.</w:t>
      </w:r>
    </w:p>
    <w:p>
      <w:r>
        <w:br/>
        <w:t>— Молоду! — випалила Рая.</w:t>
      </w:r>
    </w:p>
    <w:p>
      <w:r>
        <w:br/>
        <w:t>Учитель більше нічого не питав, пащекувата Рая Івашко мовчала, і в класі встоювалась грозова тиша. Андрій Іванович узяв ручку й, помітивши, як вона тремтить між пальців, швиденько поклав на стіл. З нього не зводили поглядів, усі чекали, що буде.</w:t>
      </w:r>
    </w:p>
    <w:p>
      <w:r>
        <w:br/>
        <w:t>Проте нічого не сталося. Учитель заспокоївся і, наказавши Раї Івашко сідати, розпочав урок Діти похнюплено розгорнули зошити, подіставали задачники.</w:t>
      </w:r>
    </w:p>
    <w:p>
      <w:r>
        <w:br/>
        <w:t>— "Велосипедист їхав по шосе зі швидкістю 12 кілометрів на годину. На ґрунтовій дорозі він їхав зі швидкістю 9 кілометрів на годину..." — взявся диктувати рівним голосом.</w:t>
      </w:r>
    </w:p>
    <w:p>
      <w:r>
        <w:br/>
        <w:t>А коли закінчились уроки, Андрій Іванович покликав Грицька Калашника, і вони вдвох довгенько ходили лугом, розмовляючи про щось. Діти, зібравшись коло школи, стежили за вчителем та Грицьком і думали: ото розпікає!</w:t>
      </w:r>
    </w:p>
    <w:p>
      <w:r>
        <w:br/>
        <w:t>А Грицько, повернувшись до гурту, й словом не похопився про свою з учителем розмову. Тільки ні того дня, ні наступного ніхто більше не говорив ні про Шлапачиху ні про Мотрю, ні про когось іншого. А коли й заїкався хто — підходив Грицько й наказував прикусити язика, бо, мовляв, учитись треба, а не базікати казна-що.</w:t>
      </w:r>
    </w:p>
    <w:p>
      <w:r>
        <w:br/>
        <w:t>Якось прибігла до школи Павлова мати й сказала, що той не ночував удома. Вчора батько побив Павла, бо хлопець поліз на трактор і на шмаття порвав свої єдині штани.</w:t>
      </w:r>
    </w:p>
    <w:p>
      <w:r>
        <w:br/>
        <w:t>— Якби ж хоч обібрався в солідол чи в мастило, а то геть-чисто порвав,— бідкалась мати.</w:t>
      </w:r>
    </w:p>
    <w:p>
      <w:r>
        <w:br/>
        <w:t>Не було Дардища й на уроці. Андрій Іванович задумався — де його шукати?</w:t>
      </w:r>
    </w:p>
    <w:p>
      <w:r>
        <w:br/>
        <w:t>— А навіщо шукати? — сказав Калашник— Сам повернеться, нікуди не дінеться. Дардище такий, як порох, але в нього це минає.</w:t>
      </w:r>
    </w:p>
    <w:p>
      <w:r>
        <w:br/>
        <w:t>Ходили розшукувати всім класом. Обійшли садки, яри, коло річки шукали, ходили до двох найближчих скирт, що видніють за селом, але й духу Дардищевого ніде не чулось. Навіть Калашник уже був не такий упевнений, що товариш його знайдеться. А Василинка! Подивилися б ви на Василинку! Здається, щодня сваряться з Дардищем, ніколи в мирі не живуть, а тут так засмутилась, що мало сльози з очей не бризнуть.</w:t>
      </w:r>
    </w:p>
    <w:p>
      <w:r>
        <w:br/>
        <w:t>Пригнічені, пізно порозходились по домівках.</w:t>
      </w:r>
    </w:p>
    <w:p>
      <w:r>
        <w:br/>
        <w:t>Андрій Іванович перевіряв учнівські зошити, коли у вікно постукали. А може, здалось, бо надто тихо й скрадливо. Втупився у темряву за вікном — нікого. Все-таки вийшов надвір, подивився кругом. Либонь, вчулось. І вже коли хотів зачинити за собою двері, долинуло з-за кущів безу, що коло воріт:</w:t>
      </w:r>
    </w:p>
    <w:p>
      <w:r>
        <w:br/>
        <w:t>— Андрію Івановичу...</w:t>
      </w:r>
    </w:p>
    <w:p>
      <w:r>
        <w:br/>
        <w:t>Учитель до безу — там, присівши навпочіпки, дивився на нього знизу вгору Дардище. Серце в учителя забилося швидко, тепла хвиля вдарила в груди і в голову.</w:t>
      </w:r>
    </w:p>
    <w:p>
      <w:r>
        <w:br/>
        <w:t>— Це я...— прошепотів Дардище, не зводячись із землі. Голос у нього тихий і перестрашений.</w:t>
      </w:r>
    </w:p>
    <w:p>
      <w:r>
        <w:br/>
        <w:t>— Ти чого тут? — запитав Андрій Іванович.</w:t>
      </w:r>
    </w:p>
    <w:p>
      <w:r>
        <w:br/>
        <w:t>— А я до вас прийшов,— прошепотів той.</w:t>
      </w:r>
    </w:p>
    <w:p>
      <w:r>
        <w:br/>
        <w:t>— Вставай, ходімо до хати.</w:t>
      </w:r>
    </w:p>
    <w:p>
      <w:r>
        <w:br/>
        <w:t>Дардище слухняно звівся, пішов слідом за вчителем. У хаті спинився коло порога й заціпенів. Андрій Іванович, радіючи, що знайшовся Дардище, дивився на нього весело й добре.</w:t>
      </w:r>
    </w:p>
    <w:p>
      <w:r>
        <w:br/>
        <w:t>— Де ж ти пропадав? А ми з ніг збилися, тебе розшукуючи.</w:t>
      </w:r>
    </w:p>
    <w:p>
      <w:r>
        <w:br/>
        <w:t>— Я знаю, що ви мене розшукували,— прогув хлопець.— Я в скирті соломи сидів.</w:t>
      </w:r>
    </w:p>
    <w:p>
      <w:r>
        <w:br/>
        <w:t>— І не озвався?</w:t>
      </w:r>
    </w:p>
    <w:p>
      <w:r>
        <w:br/>
        <w:t>— Я не хотів озиватись,— і замовк</w:t>
      </w:r>
    </w:p>
    <w:p>
      <w:r>
        <w:br/>
        <w:t>Учитель теж затих, у грудях йому заболіло. Боявся розпитувати, щоб необережним словом не поранити дитячої душі. Відрізав шматок хліба, дістав кусень сала — Дардище взяв і, стоячи коло порога, почав їсти.</w:t>
      </w:r>
    </w:p>
    <w:p>
      <w:r>
        <w:br/>
        <w:t>— Сідай коло столу,— поговоримо,— сказав Андрій Іванович, коли той доїв.</w:t>
      </w:r>
    </w:p>
    <w:p>
      <w:r>
        <w:br/>
        <w:t>Дардище не зрушив із місця. Дивився на вчителя важко, наче збирався сказати щось од самісінького серця.</w:t>
      </w:r>
    </w:p>
    <w:p>
      <w:r>
        <w:br/>
        <w:t>— Я вам таке...— почав Дардище й не договорив. Андрій Іванович постатечнішав, обличчя його затверділо.</w:t>
      </w:r>
    </w:p>
    <w:p>
      <w:r>
        <w:br/>
        <w:t>— Я вам таке скажу,— видихнув хлопець,— щоб ви мене взяли до себе за сина.</w:t>
      </w:r>
    </w:p>
    <w:p>
      <w:r>
        <w:br/>
        <w:t>— Слухай, Дардище...— мовив учитель, але не докінчив. І запитав: — Ти ще хочеш їсти?</w:t>
      </w:r>
    </w:p>
    <w:p>
      <w:r>
        <w:br/>
        <w:t>— Хочу,— чесно зізнався Дардище.</w:t>
      </w:r>
    </w:p>
    <w:p>
      <w:r>
        <w:br/>
        <w:t>Учитель ще дав йому хліба з салом і хапливо заходився стелитись.</w:t>
      </w:r>
    </w:p>
    <w:p>
      <w:r>
        <w:br/>
        <w:t>— Ляжемо разом отут, на тапчані. Тапчан широкий, помістимось. Ти спокійно спиш, не пацаєшся ногами?</w:t>
      </w:r>
    </w:p>
    <w:p>
      <w:r>
        <w:br/>
        <w:t>Дардище заперечливо похитав головою.</w:t>
      </w:r>
    </w:p>
    <w:p>
      <w:r>
        <w:br/>
        <w:t>— То й добре,— осміхнувся вчитель.</w:t>
      </w:r>
    </w:p>
    <w:p>
      <w:r>
        <w:br/>
        <w:t>Андрій Іванович лежав, не склеплюючи повік. Дардище теж лежав, утупившись у темряву, й майже не дихав. Проте, зморений, заснув перший, і тоді вчитель скрадливо звівся, одягнувся навпомацки і, не рипнувши дверима та не брязнувши клямкою, вийшов надвір. Ішов сказати батькові та матері, що знайшовся їхній син.</w:t>
      </w:r>
    </w:p>
    <w:p>
      <w:r>
        <w:br/>
        <w:t>Мати захлипала від радості, а батько зразу ж наготувався бігти, щоб налупцювати хлопця, аби не завдавав стільки прикрощів. Але вчитель зумів його переконати, що не слід цього чинити, що мине трохи часу — й хлопець сам повернеться додому.</w:t>
      </w:r>
    </w:p>
    <w:p>
      <w:r>
        <w:br/>
        <w:t>— Я йому батько чи не батько?! — репетував Дардище-старший.</w:t>
      </w:r>
    </w:p>
    <w:p>
      <w:r>
        <w:br/>
        <w:t>Але прийшов не опівночі, а вранці. Павло саме вмився й сидів коло столу. Звівся назустріч батькові й сказав похмуро:</w:t>
      </w:r>
    </w:p>
    <w:p>
      <w:r>
        <w:br/>
        <w:t>— Не займайте... Мене Андрій Іванович прийняв за сина. Учитель, щоб захистити хлопця, підтвердив:</w:t>
      </w:r>
    </w:p>
    <w:p>
      <w:r>
        <w:br/>
        <w:t>— Так-так...</w:t>
      </w:r>
    </w:p>
    <w:p>
      <w:r>
        <w:br/>
        <w:t>Дардище-старший побагровів, хотів затіяти сварку, але, видно, стримався при вчителеві.</w:t>
      </w:r>
    </w:p>
    <w:p>
      <w:r>
        <w:br/>
        <w:t>— Он воно як! То й живи тут, а додому не приходь! Щоб і ногою додому не ступав, коли батька змалку цураєшся.</w:t>
      </w:r>
    </w:p>
    <w:p>
      <w:r>
        <w:br/>
        <w:t>Так і зостався малий Дардище в учителя. Разом ходили в школу, разом повертались додому. Павло став учитись краще і вже був не такий заляканий, як перше. Й ніхто в класі не сміявся з нього за те, що він тікав із хати. Бо хто ж міг сміятись, коли їх із Калашником тільки й було двоє хлопців у класі!</w:t>
      </w:r>
    </w:p>
    <w:p>
      <w:r>
        <w:br/>
        <w:t>Минуло трохи часу, й одного разу прийшли до вчителя Павлові батько й мати. Батько вже не такий сердитий, але говорила мати. Казала, щоб Павло повертався додому, що ніхто більше не кривдитиме його.</w:t>
      </w:r>
    </w:p>
    <w:p>
      <w:r>
        <w:br/>
        <w:t>— Питайте в хлопця,— сказав учитель.— Як він захоче. Батько з матір'ю благально подивились на Павла. А той</w:t>
      </w:r>
    </w:p>
    <w:p>
      <w:r>
        <w:br/>
        <w:t>зрозумів учителя. Хоч би й хотів, не міг тримати його в себе.</w:t>
      </w:r>
    </w:p>
    <w:p>
      <w:r>
        <w:br/>
        <w:t>— Ходімо,— сказав похмуро Павло й подався з хати.</w:t>
      </w:r>
    </w:p>
    <w:p>
      <w:r>
        <w:br/>
        <w:t>Мати всміхнулась радо, а батько, ступаючи слідом за сином, спіткнувся раз і вдруге на рівному місці...</w:t>
      </w:r>
    </w:p>
    <w:p>
      <w:r>
        <w:br/>
        <w:t>Пригадуєте Настку, якій учитель півроку тому віддав курячі яйця? Він уже не обділяв її своєю увагою. Знав, що в Настки багато сестер і братів, що живеться сім'ї сутужно без батька, який загинув на фронті, то інколи помагав чим міг. А то навіть купив черевики для її брата, що мало не босоніж ходив у старший клас.</w:t>
      </w:r>
    </w:p>
    <w:p>
      <w:r>
        <w:br/>
        <w:t>І після того, як подарував черевики, знову до нього прийшла Настчина мати, Гафія. Перший раз навідалась до нього з вузликом крупів,— згодом, довідавшись, як тяжко їй живеться, Андрій Іванович зрозумів ціну того подарунка. За другим разом Гафія нічого не принесла, тільки тримала в руках хлоп'ячі черевики.</w:t>
      </w:r>
    </w:p>
    <w:p>
      <w:r>
        <w:br/>
        <w:t>"Невже повернути хоче?" — майнуло в учителевій голові. Проте жінка як сіла з черевиками на лаві, так і закам'яніла. Не сказала ні слова, ні півслова, а тільки зігнулась, голову опустила і, притиснувши черевики до грудей, довго так сиділа. А вчитель то сяде, то встане, то пройдеться по хаті, то зупиниться перед нею, хоче сказати щось, заспокоїти — і нічого з горла добути не в змозі.</w:t>
      </w:r>
    </w:p>
    <w:p>
      <w:r>
        <w:br/>
        <w:t>Зовсім йому зле стало на душі, як помітив, що в жінки сльози течуть по обличчю. Течуть беззвучно, затримуються в зморшках, зморшки бубнявіють ними, а потім скрапують сльози на черевики, блищать на них... Зрештою, так ні слова й не сказавши, мовчки звелась Гафія і подалася з хати.</w:t>
      </w:r>
    </w:p>
    <w:p>
      <w:r>
        <w:br/>
        <w:t>Після того випадку учитель уже не міг не думати про долю її дітей. Всі ходили до школи, крім найменшого й найстаршого. Найменше — бо роками не вийшло, а найстарше — бо працювало в колгоспі. Й коли в школі чи десь на вулиці Андрій Іванович бачив їх, серце в нього раптово стискалось од болю, й він думав.— "О господи, та це ж Гафіїне..."</w:t>
      </w:r>
    </w:p>
    <w:p>
      <w:r>
        <w:br/>
        <w:t>І вчитель почувався так, наче сам завинив у чомусь перед Рафією і її дітьми. В тому, що живе вона в обдертій хаті, і в тому, що не може ні озути, ні одягнути своїх дітей, хоч із усієї сили тягнеться, щоб ходили до школи.</w:t>
      </w:r>
    </w:p>
    <w:p>
      <w:r>
        <w:br/>
        <w:t>Й одного разу він зважився. Коли смеркло, пішов до Гафії. Мороз сердито поскрипував під ногами, чорні сутінки стояли в завулках та між деревами. Вчитель хвилювався, а коли переступив поріг Гафіїної хати, то відчув, що кров одлинула від щік і вони, либонь, побіліли. Хотів привітатись голосно, але вийшло чомусь тихо, голос зірвався.</w:t>
      </w:r>
    </w:p>
    <w:p>
      <w:r>
        <w:br/>
        <w:t>Всі дивились на нього й чекали, що скаже.</w:t>
      </w:r>
    </w:p>
    <w:p>
      <w:r>
        <w:br/>
        <w:t>А вчитель не міг сказати того, ради чого прийшов. Сказав щось про зиму, про те, що палива не настачиш, коли морози не вляжуться. Гафія йому теж про морози і про паливо. Діти звикли, що в їхній хаті сидить учитель, і затіяли якусь тихеньку гру.</w:t>
      </w:r>
    </w:p>
    <w:p>
      <w:r>
        <w:br/>
        <w:t>Вже надворі, коли Гафія вивела його за двері, зважився:</w:t>
      </w:r>
    </w:p>
    <w:p>
      <w:r>
        <w:br/>
        <w:t>— Я вам таке хотів сказати...— І подивився вбік, на перехняблений причілок.— Хата ваша нікудишня. Давайте обміняємось. Ви в мою перейдете, а я в вашу.</w:t>
      </w:r>
    </w:p>
    <w:p>
      <w:r>
        <w:br/>
        <w:t>— Як же це так...— не могла второпати Гафія.</w:t>
      </w:r>
    </w:p>
    <w:p>
      <w:r>
        <w:br/>
        <w:t>— А так! Мені багато не треба. Я одягнувся в куфайку — і мені вже тепло, вже не треба в печі палити. А у вас діти...</w:t>
      </w:r>
    </w:p>
    <w:p>
      <w:r>
        <w:br/>
        <w:t>Гафія перебила:</w:t>
      </w:r>
    </w:p>
    <w:p>
      <w:r>
        <w:br/>
        <w:t>— Спасибі вам на доброму слові, але нікуди ми не підемо, перезимуємо тут, у своєму гнізді, а весною чимось зарадимо собі, так не сидітимем... А ви подумайте й про себе, Андрію Івановичу, що, може, й ви комусь потрібні, берегтись треба!..</w:t>
      </w:r>
    </w:p>
    <w:p>
      <w:r>
        <w:br/>
        <w:t>Учитель пробував переконати Гафію, та жінка затялася, стояла на своєму. Так і пішов од неї ні з чим. Повертався додому з каменем на душі, але з-під важкого каменя проростав тонесенький паросток радості. Зогрівався той паросток словами Гафіїними, що нікуди вона зі свого гнізда не подасться, що й він, Андрій Іванович, повинен піклуватись про себе, бо потрібен він і людям цим, і їхнім дітям, що не для себе самого живе.</w:t>
      </w:r>
    </w:p>
    <w:p>
      <w:r>
        <w:br/>
        <w:t>Наближався день 8 Березня, і по всіх класах діти заметушилися, стали перешіптуватись — що подарувати своїм учителькам на свято. У всіх класах уроки вели вчительки, єдиним мужчиною на всю школу був Андрій Іванович. Учні з його класу почувались наче аж незручно, що не беруть участі в загальній метушні, що нічого нікому не збираються подарувати.</w:t>
      </w:r>
    </w:p>
    <w:p>
      <w:r>
        <w:br/>
        <w:t>Та Василинка Кущ, коли Грицько Калашникі Павло Дардище повискакували на перерву в коридор, узяла двері на клямку й гукнула, щоб її послухали.</w:t>
      </w:r>
    </w:p>
    <w:p>
      <w:r>
        <w:br/>
        <w:t>Дівчата втихли.</w:t>
      </w:r>
    </w:p>
    <w:p>
      <w:r>
        <w:br/>
        <w:t>— Андрієві Івановичу теж треба купити на 8 Березня подарунок. Бо хіба він не такий учитель, як інші? Всім куплять, а йому ні? Давайте і йому купимо!</w:t>
      </w:r>
    </w:p>
    <w:p>
      <w:r>
        <w:br/>
        <w:t>— Та це ж свято жіноче, а не чоловіче! — заперечив хтось.— Дарувати треба вчителькам!</w:t>
      </w:r>
    </w:p>
    <w:p>
      <w:r>
        <w:br/>
        <w:t>— О, ви чуєте! — аж розсердилась Василинка.— Чи наш Андрій Іванович не заслужив подарунка? Адже він найкращий учитель на всю школу.</w:t>
      </w:r>
    </w:p>
    <w:p>
      <w:r>
        <w:br/>
        <w:t>Дівчатка затихли — Андрій Іванович і справді був для них найкращим. Навіть тоді, коли дорікав. Навіть тоді, коли ставив двійки. І тоді, коли навідувався додому, щоб поговорити з батьком-матір'ю про незадовільну поведінку їхньої дитини. Завжди був для них найкращим.</w:t>
      </w:r>
    </w:p>
    <w:p>
      <w:r>
        <w:br/>
        <w:t>І ніхто з дівчаток не заперечив, замовкли навіть ті, хто в душі був проти. Не так уже й страшно, що це жіночий день.</w:t>
      </w:r>
    </w:p>
    <w:p>
      <w:r>
        <w:br/>
        <w:t>А що дарувати? Вирішили, хай кожне дарує те, що вважає за потрібне...</w:t>
      </w:r>
    </w:p>
    <w:p>
      <w:r>
        <w:br/>
        <w:t>В день 8 Березня сиділи на уроках тихі, урочисті, і в кожного змовницьки світились очі. Лише в Калашника та Дардища не світились, бо хлопці нічого не знали. Либонь, і не здогадувались, бо інакше не сиділи б так байдуже.</w:t>
      </w:r>
    </w:p>
    <w:p>
      <w:r>
        <w:br/>
        <w:t>Тільки продзеленчав дзвоник на перерву, як Василинка вийшла до дошки і, заступивши дорогу Андрієві Івановичу, який уже хотів іти в учительську, сказала:</w:t>
      </w:r>
    </w:p>
    <w:p>
      <w:r>
        <w:br/>
        <w:t>— Дорогий Андрію Івановичу! Від імені всього нашого класу вітаю вас із днем 8 Березня! — На якусь хвилю затнулась, а далі повела рішуче: — Будьте здорові й щасливі, живіть усім нам на радість!</w:t>
      </w:r>
    </w:p>
    <w:p>
      <w:r>
        <w:br/>
        <w:t>І з цими словами подала вчителеві флакончик духів і вишиту носову хустинку. Той флакончик вона купила в сільській крамниці на гроші, які заощаджувала майже півроку, а носову хустинку вишила сама.</w:t>
      </w:r>
    </w:p>
    <w:p>
      <w:r>
        <w:br/>
        <w:t>Андрій Іванович, видно, вагався, брати чи не брати, бо дуже розгубився й усміхався ніяково. Але тут до нього кинулись інші учениці, стали простягати хто що — хто пудру, хто шкарпетки, хто власноручно гаптовану серветку, і він мусив усе те брати, щоб не попадало на підлогу.</w:t>
      </w:r>
    </w:p>
    <w:p>
      <w:r>
        <w:br/>
        <w:t>— Але ж... але ж...— пробував щось сказати Андрій Іванович, та діти весело кричали, сміялись, і голос його танув у гаморі.</w:t>
      </w:r>
    </w:p>
    <w:p>
      <w:r>
        <w:br/>
        <w:t>Лише Калашник і Дардище нічого не могли второпати, але скоро й вони отямилися, кинулись до гурту.</w:t>
      </w:r>
    </w:p>
    <w:p>
      <w:r>
        <w:br/>
        <w:t>— Ура! — кричав Дардище,— Хай живе 8 Березня! Не тільки жінкам радіти, а й усім!</w:t>
      </w:r>
    </w:p>
    <w:p>
      <w:r>
        <w:br/>
        <w:t>— Ви лишень погляньте на нього! — нарешті вдалося докинути слово й Андрієві Івановичу— Чи ти часом не збираєшся спідницю зодягнути, що так скачеш?</w:t>
      </w:r>
    </w:p>
    <w:p>
      <w:r>
        <w:br/>
        <w:t>Усі дружно засміялись, і під той веселий сміх Андрій Іванович пішов із класу, несучи притиснутими до грудей учнівські подарунки. І тільки переступив поріг учительської кімнати, тільки зачинив двері, як там почувся сміх: сміялись учительки, які побачили свого колегу з подарунками...</w:t>
      </w:r>
    </w:p>
    <w:p>
      <w:r>
        <w:br/>
        <w:t>Того вечора, вперше за довгий час, Андрій Іванович дістав скрипку зі стіни, де вона висіла на кілочку, розмотав зі старої рядюжки і легесенько-легесенько провів смичком. Звук був тихий і наче аж писклявий, народився і вмер, але вчителеві, либонь, звук сподобався, бо на обличчі зацвів усміх, і від усміху воно стало молоде й щасливе.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Подарунок на жіночий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