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до моря</w:t>
      </w:r>
    </w:p>
    <w:p>
      <w:r>
        <w:br/>
        <w:t xml:space="preserve"> &lt;blockquote&gt;(Посвята сім'ї Михайла Ф. Комарова)*&lt;/blockquote&gt;</w:t>
      </w:r>
    </w:p>
    <w:p>
      <w:r>
        <w:br/>
        <w:t>І</w:t>
      </w:r>
    </w:p>
    <w:p>
      <w:r>
        <w:br/>
        <w:t>Прощай, Волинь! прощай, рідний куточок!&lt;br /&gt;</w:t>
        <w:br/>
        <w:t>Мене від тебе доленька жене,&lt;br /&gt;</w:t>
        <w:br/>
        <w:t>Немов од дерева одірваний листочок...&lt;br /&gt;</w:t>
        <w:br/>
        <w:t>І мчить залізний велетень мене.&lt;br /&gt;</w:t>
        <w:br/>
        <w:t>Передо мною килими чудові&lt;br /&gt;</w:t>
        <w:br/>
        <w:t>Натура стеле — темнії луги,&lt;br /&gt;</w:t>
        <w:br/>
        <w:t>Славути красної бори соснові&lt;br /&gt;</w:t>
        <w:br/>
        <w:t>І Случі рідної веселі береги.&lt;br /&gt;</w:t>
        <w:br/>
        <w:t>Снується краєвидів плетениця,&lt;br /&gt;</w:t>
        <w:br/>
        <w:t>Розтопленим сріблом блищать річки, —&lt;br /&gt;</w:t>
        <w:br/>
        <w:t>То ж матінка-натура чарівниця&lt;br /&gt;</w:t>
        <w:br/>
        <w:t>Розмотує свої стобарвнії нитки.</w:t>
      </w:r>
    </w:p>
    <w:p>
      <w:r>
        <w:br/>
        <w:t>II</w:t>
      </w:r>
    </w:p>
    <w:p>
      <w:r>
        <w:br/>
        <w:t>Далі, все далі! он латані ниви,&lt;br /&gt;</w:t>
        <w:br/>
        <w:t>Наче плахти, навкруги розляглись;&lt;br /&gt;</w:t>
        <w:br/>
        <w:t>Потім укрили все хмари ті сиві&lt;br /&gt;</w:t>
        <w:br/>
        <w:t>Душного диму, з очей скрився ліс,&lt;br /&gt;</w:t>
        <w:br/>
        <w:t>Гори веселі й зелені долини&lt;br /&gt;</w:t>
        <w:br/>
        <w:t>Згинули раптом, як любії сни;&lt;br /&gt;</w:t>
        <w:br/>
        <w:t>Ще за годину, і ще за хвилину&lt;br /&gt;</w:t>
        <w:br/>
        <w:t>Будуть далеко, далеко вони!..&lt;br /&gt;</w:t>
        <w:br/>
        <w:t>Щастя колишнього хвилі злотисті&lt;br /&gt;</w:t>
        <w:br/>
        <w:t>Час так швидкий пожира, мов огонь, —&lt;br /&gt;</w:t>
        <w:br/>
        <w:t>Гинуть ті хвилі, мов квіти барвисті,&lt;br /&gt;</w:t>
        <w:br/>
        <w:t>Тільки й згадаєш: "Ох, милий був сон!.."</w:t>
      </w:r>
    </w:p>
    <w:p>
      <w:r>
        <w:br/>
        <w:t>III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</w:t>
      </w:r>
    </w:p>
    <w:p>
      <w:r>
        <w:br/>
        <w:t>Онде балочка весела,&lt;br /&gt;</w:t>
        <w:br/>
        <w:t>В ній хороші, красні села,&lt;br /&gt;</w:t>
        <w:br/>
        <w:t>Там хати садками вкриті,&lt;br /&gt;</w:t>
        <w:br/>
        <w:t>Срібним маревом повиті,&lt;br /&gt;</w:t>
        <w:br/>
        <w:t>Коло сел стоять тополі,&lt;br /&gt;</w:t>
        <w:br/>
        <w:t>Розмовляють з вітром в полі.</w:t>
      </w:r>
    </w:p>
    <w:p>
      <w:r>
        <w:br/>
        <w:t>Хвилюють лани золотії,&lt;br /&gt;</w:t>
        <w:br/>
        <w:t>Здається, без краю, — аж знову&lt;br /&gt;</w:t>
        <w:br/>
        <w:t>Бори величезні, густії&lt;br /&gt;</w:t>
        <w:br/>
        <w:t>Провадять таємну розмову.</w:t>
      </w:r>
    </w:p>
    <w:p>
      <w:r>
        <w:br/>
        <w:t>Он ярочки зелененькі,&lt;br /&gt;</w:t>
        <w:br/>
        <w:t>Стежечки по них маленькі,&lt;br /&gt;</w:t>
        <w:br/>
        <w:t>Перевиті, мов стрічечки,&lt;br /&gt;</w:t>
        <w:br/>
        <w:t>Збігаються до річечки,&lt;br /&gt;</w:t>
        <w:br/>
        <w:t>Річка плине, берег рвучи,&lt;br /&gt;</w:t>
        <w:br/>
        <w:t>Далі, далі попід кручі...</w:t>
      </w:r>
    </w:p>
    <w:p>
      <w:r>
        <w:br/>
        <w:t>Красо України, Подолля!&lt;br /&gt;</w:t>
        <w:br/>
        <w:t>Розкинулось мило, недбало!&lt;br /&gt;</w:t>
        <w:br/>
        <w:t>Здається, що зроду недоля,&lt;br /&gt;</w:t>
        <w:br/>
        <w:t>Що горе тебе не знавало!..</w:t>
      </w:r>
    </w:p>
    <w:p>
      <w:r>
        <w:br/>
        <w:t>IV</w:t>
      </w:r>
    </w:p>
    <w:p>
      <w:r>
        <w:br/>
        <w:t>Сонечко встало, прокинулось ясне,&lt;br /&gt;</w:t>
        <w:br/>
        <w:t>Грає вогнем, променіє&lt;br /&gt;</w:t>
        <w:br/>
        <w:t>І по степу розлива своє світлонько красне, —&lt;br /&gt;</w:t>
        <w:br/>
        <w:t>Степ від його червоніє.&lt;br /&gt;</w:t>
        <w:br/>
        <w:t>Світлом рожевим там степ паленіє,&lt;br /&gt;</w:t>
        <w:br/>
        <w:t>Промінь де ллється іскристий,&lt;br /&gt;</w:t>
        <w:br/>
        <w:t>Тільки туман на заході суворо синіє,&lt;br /&gt;</w:t>
        <w:br/>
        <w:t>Там заляга він, росистий.&lt;br /&gt;</w:t>
        <w:br/>
        <w:t>Он степовеє село розляглося&lt;br /&gt;</w:t>
        <w:br/>
        <w:t>В балці веселій та милій,&lt;br /&gt;</w:t>
        <w:br/>
        <w:t>Ясно-блакитним туманом воно повилося,&lt;br /&gt;</w:t>
        <w:br/>
        <w:t>Тільки на хатоньці білій&lt;br /&gt;</w:t>
        <w:br/>
        <w:t>Видно зеленую стріху. А далі, — де гляну, —&lt;br /&gt;</w:t>
        <w:br/>
        <w:t>Далі все степ той без краю,&lt;br /&gt;</w:t>
        <w:br/>
        <w:t>Тільки вітряк виринає де-не-де з туману;&lt;br /&gt;</w:t>
        <w:br/>
        <w:t>Часом могилу стріваю.&lt;br /&gt;</w:t>
        <w:br/>
        <w:t>В небі блакитнім ніде ні хмаринки, —&lt;br /&gt;</w:t>
        <w:br/>
        <w:t>Тихо, і вітер не віє.&lt;br /&gt;</w:t>
        <w:br/>
        <w:t>Де не погляну, ніде ні билинки,&lt;br /&gt;</w:t>
        <w:br/>
        <w:t>Тиха травиця леліє...</w:t>
      </w:r>
    </w:p>
    <w:p>
      <w:r>
        <w:br/>
        <w:t>V</w:t>
      </w:r>
    </w:p>
    <w:p>
      <w:r>
        <w:br/>
        <w:t>Великеє місто. Будинки високі,&lt;br /&gt;</w:t>
        <w:br/>
        <w:t>Людей тих — без ліку!&lt;br /&gt;</w:t>
        <w:br/>
        <w:t>Веселую чутно музику.&lt;br /&gt;</w:t>
        <w:br/>
        <w:t>Розходяться людськії лави широкі,&lt;br /&gt;</w:t>
        <w:br/>
        <w:t>Скрізь видно ту юрбу велику.</w:t>
      </w:r>
    </w:p>
    <w:p>
      <w:r>
        <w:br/>
        <w:t>І все чужина! ох, біда самотному&lt;br /&gt;</w:t>
        <w:br/>
        <w:t>У місті широкім!&lt;br /&gt;</w:t>
        <w:br/>
        <w:t>Себе почувать одиноким!&lt;br /&gt;</w:t>
        <w:br/>
        <w:t>І добре, хто має к багаттю чийому&lt;br /&gt;</w:t>
        <w:br/>
        <w:t>Склонитися слухом і оком.</w:t>
      </w:r>
    </w:p>
    <w:p>
      <w:r>
        <w:br/>
        <w:t>Тож добрії люди мене привітали&lt;br /&gt;</w:t>
        <w:br/>
        <w:t>В далекій країні,&lt;br /&gt;</w:t>
        <w:br/>
        <w:t>Там друга в прихильній дівчині&lt;br /&gt;</w:t>
        <w:br/>
        <w:t>Знайшла я. І моря красу споглядали&lt;br /&gt;</w:t>
        <w:br/>
        <w:t>Не раз ми при тихій годині.</w:t>
      </w:r>
    </w:p>
    <w:p>
      <w:r>
        <w:br/>
        <w:t>На тихому небі заблиснули зорі,&lt;br /&gt;</w:t>
        <w:br/>
        <w:t>Огні запалали&lt;br /&gt;</w:t>
        <w:br/>
        <w:t>У місті. Ми тихо стояли,&lt;br /&gt;</w:t>
        <w:br/>
        <w:t>Дивились, як ясно на темному морі&lt;br /&gt;</w:t>
        <w:br/>
        <w:t>Незліченні світла сіяли.</w:t>
      </w:r>
    </w:p>
    <w:p>
      <w:r>
        <w:br/>
        <w:t>VI</w:t>
      </w:r>
    </w:p>
    <w:p>
      <w:r>
        <w:br/>
        <w:t>Далі, далі від душного міста!&lt;br /&gt;</w:t>
        <w:br/>
        <w:t>Серце прагне буять на просторі!&lt;br /&gt;</w:t>
        <w:br/>
        <w:t>Бачу здалека — хвиля іскриста&lt;br /&gt;</w:t>
        <w:br/>
        <w:t>Грає вільно по синьому морі.</w:t>
      </w:r>
    </w:p>
    <w:p>
      <w:r>
        <w:br/>
        <w:t>А у тую неділеньку рано&lt;br /&gt;</w:t>
        <w:br/>
        <w:t>Синє море чудово так грає,&lt;br /&gt;</w:t>
        <w:br/>
        <w:t>Його сонечко пестить кохано,&lt;br /&gt;</w:t>
        <w:br/>
        <w:t>Красним-ясним промінням вітає.</w:t>
      </w:r>
    </w:p>
    <w:p>
      <w:r>
        <w:br/>
        <w:t>Що біліє отам на роздоллі?&lt;br /&gt;</w:t>
        <w:br/>
        <w:t>Чи хмариночка легкая, біла&lt;br /&gt;</w:t>
        <w:br/>
        <w:t>Геть по небі гуляє по волі?&lt;br /&gt;</w:t>
        <w:br/>
        <w:t>Чи на човні то білі вітрила?</w:t>
      </w:r>
    </w:p>
    <w:p>
      <w:r>
        <w:br/>
        <w:t>В морі хвиля за хвилею рине,&lt;br /&gt;</w:t>
        <w:br/>
        <w:t>Море наче здіймається вгору,&lt;br /&gt;</w:t>
        <w:br/>
        <w:t>А склепіння небеснеє синє&lt;br /&gt;</w:t>
        <w:br/>
        <w:t>Край свій ясний купає у морю.</w:t>
      </w:r>
    </w:p>
    <w:p>
      <w:r>
        <w:br/>
        <w:t>Світло там простяглося від сходу, —&lt;br /&gt;</w:t>
        <w:br/>
        <w:t>Очі вабить стяга та іскриста;&lt;br /&gt;</w:t>
        <w:br/>
        <w:t>Корабель наш розрізує воду —&lt;br /&gt;</w:t>
        <w:br/>
        <w:t>І дорога блакитно-перлиста</w:t>
      </w:r>
    </w:p>
    <w:p>
      <w:r>
        <w:br/>
        <w:t>Зостається широка за нами,&lt;br /&gt;</w:t>
        <w:br/>
        <w:t>Геть далеко розкочує хвилі,&lt;br /&gt;</w:t>
        <w:br/>
        <w:t>Що сердито трясуть гребенями,&lt;br /&gt;</w:t>
        <w:br/>
        <w:t>Наче гривами огирі білі.</w:t>
      </w:r>
    </w:p>
    <w:p>
      <w:r>
        <w:br/>
        <w:t>А здалека, отам на заході,&lt;br /&gt;</w:t>
        <w:br/>
        <w:t>Срібнокудрії хвилі кивають, —&lt;br /&gt;</w:t>
        <w:br/>
        <w:t>Нереїди при сонячнім сході&lt;br /&gt;</w:t>
        <w:br/>
        <w:t>Промінь ранній таночком стрівають..</w:t>
      </w:r>
    </w:p>
    <w:p>
      <w:r>
        <w:br/>
        <w:t>І танцюють химерно та легко, —&lt;br /&gt;</w:t>
        <w:br/>
        <w:t>Ось близенько вже видно ту зграю,&lt;br /&gt;</w:t>
        <w:br/>
        <w:t>Аж ізнов одкотилась далеко,&lt;br /&gt;</w:t>
        <w:br/>
        <w:t>Геть біліє в туманному краю...</w:t>
      </w:r>
    </w:p>
    <w:p>
      <w:r>
        <w:br/>
        <w:t>Море, море! Без краю просторе,&lt;br /&gt;</w:t>
        <w:br/>
        <w:t>Руху повне і разом спокою!&lt;br /&gt;</w:t>
        <w:br/>
        <w:t>Забуваю і щастя, і горе —&lt;br /&gt;</w:t>
        <w:br/>
        <w:t>Все наземне, — з'єднатись з тобою</w:t>
      </w:r>
    </w:p>
    <w:p>
      <w:r>
        <w:br/>
        <w:t>Я жадаю на час, на годину,&lt;br /&gt;</w:t>
        <w:br/>
        <w:t>Щоб не бачить нічого на світі,&lt;br /&gt;</w:t>
        <w:br/>
        <w:t>Тільки бачить осяйну долину&lt;br /&gt;</w:t>
        <w:br/>
        <w:t>І губитись в прозорій блакиті!..</w:t>
      </w:r>
    </w:p>
    <w:p>
      <w:r>
        <w:br/>
        <w:t>VII</w:t>
      </w:r>
    </w:p>
    <w:p>
      <w:r>
        <w:br/>
        <w:t>Ой високо сонце в яснім небі стало,&lt;br /&gt;</w:t>
        <w:br/>
        <w:t>Гаряче проміння та й порозсипало,&lt;br /&gt;</w:t>
        <w:br/>
        <w:t>По хвилях блакитних пливе човен прудко.&lt;br /&gt;</w:t>
        <w:br/>
        <w:t>От і берег видко! прибули ми хутко.</w:t>
      </w:r>
    </w:p>
    <w:p>
      <w:r>
        <w:br/>
        <w:t>Ой вже сонечко яснеє та стало на межі,&lt;br /&gt;</w:t>
        <w:br/>
        <w:t>Освітило акерманські турецькії вежі.</w:t>
      </w:r>
    </w:p>
    <w:p>
      <w:r>
        <w:br/>
        <w:t>Сі круглії вежі й високії мури —&lt;br /&gt;</w:t>
        <w:br/>
        <w:t>Страшні та суворі, непевні, понурі,&lt;br /&gt;</w:t>
        <w:br/>
        <w:t>І скрізь у тих мурах стрільниці-бійниці,&lt;br /&gt;</w:t>
        <w:br/>
        <w:t>При вежах тих сумні "темнії темниці".</w:t>
      </w:r>
    </w:p>
    <w:p>
      <w:r>
        <w:br/>
        <w:t>В сих темницях колись наші та приймали горе,&lt;br /&gt;</w:t>
        <w:br/>
        <w:t>Слали думки крилатії через синє море...</w:t>
      </w:r>
    </w:p>
    <w:p>
      <w:r>
        <w:br/>
        <w:t>У темних темницях нема ні віконця,&lt;br /&gt;</w:t>
        <w:br/>
        <w:t>Не видко з них світла ні ясного сонця!&lt;br /&gt;</w:t>
        <w:br/>
        <w:t>А світ такий красний, хороший, розкішний!&lt;br /&gt;</w:t>
        <w:br/>
        <w:t>Під ясним промінням лиман такий пишний.</w:t>
      </w:r>
    </w:p>
    <w:p>
      <w:r>
        <w:br/>
        <w:t>Його хвиля край берега ясно так синіє,&lt;br /&gt;</w:t>
        <w:br/>
        <w:t>А дедалі ледве-ледве, мов туман, леліє...</w:t>
      </w:r>
    </w:p>
    <w:p>
      <w:r>
        <w:br/>
        <w:t>Глянуть на лиман той, — втішається око!&lt;br /&gt;</w:t>
        <w:br/>
        <w:t>Колись його хвилі вкривались широко&lt;br /&gt;</w:t>
        <w:br/>
        <w:t>Тими байдаками, легкими чайками,&lt;br /&gt;</w:t>
        <w:br/>
        <w:t>Що плили на сей бік та за козаками:</w:t>
      </w:r>
    </w:p>
    <w:p>
      <w:r>
        <w:br/>
        <w:t>Швидко рідних визволяти козаки летіли...&lt;br /&gt;</w:t>
        <w:br/>
        <w:t>За мурами високими вороги тремтіли...</w:t>
      </w:r>
    </w:p>
    <w:p>
      <w:r>
        <w:br/>
        <w:t>Славо, наша згубо! славо, наша мати!&lt;br /&gt;</w:t>
        <w:br/>
        <w:t>Тяжко зажуритись, як тебе згадати!&lt;br /&gt;</w:t>
        <w:br/>
        <w:t>Кров'ю обкипіла вся наша давнина!&lt;br /&gt;</w:t>
        <w:br/>
        <w:t>Кров'ю затопила долю Україна.</w:t>
      </w:r>
    </w:p>
    <w:p>
      <w:r>
        <w:br/>
        <w:t>Ой лимане-лиманочку, хвиле каламутна!&lt;br /&gt;</w:t>
        <w:br/>
        <w:t>Де поділась наша воля, слава наша смутна?</w:t>
      </w:r>
    </w:p>
    <w:p>
      <w:r>
        <w:br/>
        <w:t>Все мина!.. Від слави давньої давнини&lt;br /&gt;</w:t>
        <w:br/>
        <w:t>Лиш зостались вежі та німії стіни!&lt;br /&gt;</w:t>
        <w:br/>
        <w:t>Де ходили люті турки-яничари,&lt;br /&gt;</w:t>
        <w:br/>
        <w:t>Там пасуться мирні овечок отари...</w:t>
      </w:r>
    </w:p>
    <w:p>
      <w:r>
        <w:br/>
        <w:t>Де полягла козацькая голова думлива,&lt;br /&gt;</w:t>
        <w:br/>
        <w:t>Виріс там будяк колючий та глуха кропива.</w:t>
      </w:r>
    </w:p>
    <w:p>
      <w:r>
        <w:br/>
        <w:t>Виросла там квітка у темниці, в ямі,&lt;br /&gt;</w:t>
        <w:br/>
        <w:t>Ми її зірвали, — нехай буде з нами!&lt;br /&gt;</w:t>
        <w:br/>
        <w:t>Квітка тая, може, виросла з якого&lt;br /&gt;</w:t>
        <w:br/>
        <w:t>Козацького серця, щирого, палкого?..</w:t>
      </w:r>
    </w:p>
    <w:p>
      <w:r>
        <w:br/>
        <w:t>Чи гадав той козаченько, йдучи на чужину,&lt;br /&gt;</w:t>
        <w:br/>
        <w:t>Що вернеться з його серця квітка на Вкраїну?.</w:t>
      </w:r>
    </w:p>
    <w:p>
      <w:r>
        <w:br/>
        <w:t>Сумно тут усюди, так пусто, так глухо,&lt;br /&gt;</w:t>
        <w:br/>
        <w:t>У цілому замку немає ні духа,&lt;br /&gt;</w:t>
        <w:br/>
        <w:t>Коло брами тільки мінарет тоненький,&lt;br /&gt;</w:t>
        <w:br/>
        <w:t>Там курінь приладив вівчар молоденький.</w:t>
      </w:r>
    </w:p>
    <w:p>
      <w:r>
        <w:br/>
        <w:t>Та в курені-мінареті вівчаря немає —&lt;br /&gt;</w:t>
        <w:br/>
        <w:t>Он він з вежі високої на діл поглядає.</w:t>
      </w:r>
    </w:p>
    <w:p>
      <w:r>
        <w:br/>
        <w:t>З високої вежі вівчарику видко,&lt;br /&gt;</w:t>
        <w:br/>
        <w:t>Як котяться хвилі лиманові швидко,&lt;br /&gt;</w:t>
        <w:br/>
        <w:t>А далі зникають у синьому морі...&lt;br /&gt;</w:t>
        <w:br/>
        <w:t>Вівчарика погляд блукає в просторі.</w:t>
      </w:r>
    </w:p>
    <w:p>
      <w:r>
        <w:br/>
        <w:t>Має він простор широкий для думок та гадок,&lt;br /&gt;</w:t>
        <w:br/>
        <w:t>Що то він тепер гадає, лицарський нащадок?..</w:t>
      </w:r>
    </w:p>
    <w:p>
      <w:r>
        <w:br/>
        <w:t>VIII</w:t>
      </w:r>
    </w:p>
    <w:p>
      <w:r>
        <w:br/>
        <w:t>Вже сонечко в море сіда;&lt;br /&gt;</w:t>
        <w:br/>
        <w:t>У тихому морі темніє;&lt;br /&gt;</w:t>
        <w:br/>
        <w:t>Прозора, глибока вода,&lt;br /&gt;</w:t>
        <w:br/>
        <w:t>Немов оксамит, зеленіє.</w:t>
      </w:r>
    </w:p>
    <w:p>
      <w:r>
        <w:br/>
        <w:t>На хвилях зелених тремтять&lt;br /&gt;</w:t>
        <w:br/>
        <w:t>Червонії іскри блискучі&lt;br /&gt;</w:t>
        <w:br/>
        <w:t>І ясним огнем миготять,&lt;br /&gt;</w:t>
        <w:br/>
        <w:t>Мов блискавка з темної тучі.</w:t>
      </w:r>
    </w:p>
    <w:p>
      <w:r>
        <w:br/>
        <w:t>А де корабель наш пробіг,&lt;br /&gt;</w:t>
        <w:br/>
        <w:t>Дорога там довга й широка&lt;br /&gt;</w:t>
        <w:br/>
        <w:t>Біліє, як мармур, як сніг,&lt;br /&gt;</w:t>
        <w:br/>
        <w:t>І ледве примітне для ока.</w:t>
      </w:r>
    </w:p>
    <w:p>
      <w:r>
        <w:br/>
        <w:t>Рожевіє пінистий край;&lt;br /&gt;</w:t>
        <w:br/>
        <w:t>То іскра заблисне, то згасне...&lt;br /&gt;</w:t>
        <w:br/>
        <w:t>Ось промінь остатній!.. Прощай,&lt;br /&gt;</w:t>
        <w:br/>
        <w:t>Веселеє сонечко ясне!</w:t>
      </w:r>
    </w:p>
    <w:p>
      <w:r>
        <w:br/>
        <w:t>ІХ</w:t>
      </w:r>
    </w:p>
    <w:p>
      <w:r>
        <w:br/>
        <w:t>Кінець подорожі, —&lt;br /&gt;</w:t>
        <w:br/>
        <w:t>Вже зіроньки гожі&lt;br /&gt;</w:t>
        <w:br/>
        <w:t>Сіяють на небі ясному,&lt;br /&gt;</w:t>
        <w:br/>
        <w:t>І вже височенько&lt;br /&gt;</w:t>
        <w:br/>
        <w:t>Ясний місяченько, —&lt;br /&gt;</w:t>
        <w:br/>
        <w:t>Вже хутко прибудем додому!</w:t>
      </w:r>
    </w:p>
    <w:p>
      <w:r>
        <w:br/>
        <w:t>Огні незліченні,&lt;br /&gt;</w:t>
        <w:br/>
        <w:t>Мов стрічки огненні,&lt;br /&gt;</w:t>
        <w:br/>
        <w:t>До моря спускаються з міста,&lt;br /&gt;</w:t>
        <w:br/>
        <w:t>А в пристані грає,&lt;br /&gt;</w:t>
        <w:br/>
        <w:t>Огнями сіяє&lt;br /&gt;</w:t>
        <w:br/>
        <w:t>Корабликів зграя барвиста.</w:t>
      </w:r>
    </w:p>
    <w:p>
      <w:r>
        <w:br/>
        <w:t>За час, за годину&lt;br /&gt;</w:t>
        <w:br/>
        <w:t>Тебе я покину,&lt;br /&gt;</w:t>
        <w:br/>
        <w:t>Величнеє море таємне!&lt;br /&gt;</w:t>
        <w:br/>
        <w:t>І знов мене прийме,&lt;br /&gt;</w:t>
        <w:br/>
        <w:t>Огорне, обійме&lt;br /&gt;</w:t>
        <w:br/>
        <w:t>Щоденщина й лихо наземне.</w:t>
      </w:r>
    </w:p>
    <w:p>
      <w:r>
        <w:br/>
        <w:t>І в рідному краю&lt;br /&gt;</w:t>
        <w:br/>
        <w:t>Не раз спогадаю&lt;br /&gt;</w:t>
        <w:br/>
        <w:t>Часини сі любі та милі!&lt;br /&gt;</w:t>
        <w:br/>
        <w:t>Прощай, синє море,&lt;br /&gt;</w:t>
        <w:br/>
        <w:t>Безкрає, просторе, —&lt;br /&gt;</w:t>
        <w:br/>
        <w:t>Ви, гордії, вільнії хвилі!</w:t>
      </w:r>
    </w:p>
    <w:p>
      <w:r>
        <w:br/>
        <w:t>[1888]</w:t>
      </w:r>
    </w:p>
    <w:p>
      <w:r>
        <w:br/>
        <w:t>* Комаров Михайло Федорович (1844 —1913) — український бібліограф, критик і фольклорист. Приятель сім'ї Косачів.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