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Поети</w:t>
      </w:r>
    </w:p>
    <w:p>
      <w:r>
        <w:br/>
        <w:t xml:space="preserve"> &lt;p&gt;Фантазія</w:t>
      </w:r>
    </w:p>
    <w:p>
      <w:r>
        <w:br/>
        <w:t>Була в мене колись поранкова душа. Се значить стільки, що щастя, сонячне проміння, весна... Се є суть усього сильного і добірного, що чоловік має в собі, чим може з усміхом дивитися на життя і легко переносити його важкі пригоди.</w:t>
      </w:r>
    </w:p>
    <w:p>
      <w:r>
        <w:br/>
        <w:t>За се мав я дякувати поетам. Вони так вимоделювали мене, що в кождій хвилині я був вразливий на штуку і красоту. А се велике добро, правда? Коли чоловік отворить очі і все може прочитати! Починаючи під рожі, що хитається в городі, а кінчаючи тим, що тягнеться геть-геть у сонячному світлі і зветься далечінь і тягне кудись нашу тугу за собою! Нема понад поетів і артистів!</w:t>
      </w:r>
    </w:p>
    <w:p>
      <w:r>
        <w:br/>
        <w:t>Чи як то говорила моя поранкова душа? "Бог сам,— говорила вона,— не міг займатися поезією і для того сотворив поетів". А поезія — се мати всякої величі, всякої краси.</w:t>
      </w:r>
    </w:p>
    <w:p>
      <w:r>
        <w:br/>
        <w:t>А ще коли вишлеш свою душу в тиху вандрівку, і вона порівнює "тут" і "там", і бере з собою все, що найкраще... Поети і артисти виховують поранкові душі!</w:t>
      </w:r>
    </w:p>
    <w:p>
      <w:r>
        <w:br/>
        <w:t>І моя поранкова душа над усе любила поетів і артистів: жерців красоти, співаків любові, богів землі. Над усе величала моя поранкова душа поетів...</w:t>
      </w:r>
    </w:p>
    <w:p>
      <w:r>
        <w:br/>
        <w:t>Нехай живуть поети, творці поранкових душ.</w:t>
      </w:r>
    </w:p>
    <w:p>
      <w:r>
        <w:br/>
        <w:t>* * *</w:t>
      </w:r>
    </w:p>
    <w:p>
      <w:r>
        <w:br/>
        <w:t>У мене душ чималий гурток... Сама добірна публіка, котру я спрошую до своєї хати і оберігаю старанно. В хаті, до котрої ввесь день з усміхом заглядає сонце, позолочуючи все, що є в ній, цілуючи й буйністю надихаючи добірні квітки і вимітаючи своїм промінням з кутків усіх кобольдів [17] понурості, що наводить слабість на душу... Добірна публіка, котрій однаково святі величні діла, делікатні рухи і високо культурні обичаї. А також суть інтелігенції. Все те для них не фаталашки, [18] не хвилева оздоба, а грунт і основа, на якій будується чисте, святе житло, повне радощів і щастя. І заперте грубими дубовими дверима — для захисту від поганих звуків і плоских лобів юрби. Це поети й артисти в мене,— гарна порода людей. Я сказав би: найкраща. Бо хіба ж є ще краща порода? О, тоді я відчинив би тій, ще кращій породі настіж двері своєї хати і впустив би її, і вистелив би поміст коштовними килимами, щоб їм було м'яко ходити... як і слід для найкращої породи людей.</w:t>
      </w:r>
    </w:p>
    <w:p>
      <w:r>
        <w:br/>
        <w:t>Коханці моєї поранкової душі! Квіти людськості!..</w:t>
      </w:r>
    </w:p>
    <w:p>
      <w:r>
        <w:br/>
        <w:t>* * *</w:t>
      </w:r>
    </w:p>
    <w:p>
      <w:r>
        <w:br/>
        <w:t>Їх величні душі проходжаються собі в мене так свобідно, поводяться так, як у себе дома. Розмовляють про всячину, сягають на вершини і в низини і все вміють видобути щось нового. Нові скарби, нові вартості, нові форми... жінок і мужчин, із яких можна моделювати себе, як із взірців. При тім вони одне прищіплюють до життя, інше витягають з-під звалищ і руїн і відкривають перед нашими очима все нові красоти. Відкривають красоту у всіх її криївках. Розв'язують загадки душ і завдають людям усе нові загадки. Притім вони делікатні й чемні і вміють любити.</w:t>
      </w:r>
    </w:p>
    <w:p>
      <w:r>
        <w:br/>
        <w:t>Мені здається, немов вони все поглядають на мене так приязно і люблять мене... Ні, я чую ту їх любов. Се зовсім особливе чуття, зовсім особлива приємність, зовсім особлива розкіш, яку справляє нам любов поета. Вона пригадує запах фіалок і те щастя, що зачароване в стародавніх казках...</w:t>
      </w:r>
    </w:p>
    <w:p>
      <w:r>
        <w:br/>
        <w:t>Та всього того юрба не може й уявити собі. А юрбою, тупоумною юрбою є в мене всі ті, що не шанують і не чтять поета, не стелять йому під ноги найкоштовніших килимів, не сиплють йому під ноги квіток і золота... Тупоумна, груба юрба! Вона не стоїть того, щоб красота хоч раз пройшлася по її оселях, щоб хоч раз вповні обернула до неї своє чудове лице і показала їй щось викінчене! Тьфу на тупоумну юрбу, що не шанує своїх вибранців... Богів землі... Коханців моєї поранкової душі!..</w:t>
      </w:r>
    </w:p>
    <w:p>
      <w:r>
        <w:br/>
        <w:t>Сказано вже. Моя душа не була буденна буда, повна крамського товару. Ні, се була справдішня дама, що через довголітнє товаришування з вибранцями духу набралася тонких обичаїв і ніжного прочуття. Її інстинкти зробилися делікатні, як цвітковий пил лелії.</w:t>
      </w:r>
    </w:p>
    <w:p>
      <w:r>
        <w:br/>
        <w:t>Вранці, коли сонце в повнім блиску горіло на небі, повітря було ясне і око могло докладно розрізнювати всі форми природи і штуки, вона пускалася в тихі вандрівки. Її розумні очі оглядали кожду постать, а вуха наповнювалися мелодією дня.</w:t>
      </w:r>
    </w:p>
    <w:p>
      <w:r>
        <w:br/>
        <w:t>Вечором, у радіснім або в сумнім настрої, вона оповідала все, що підхопили її довгі погляди. Вона малювала так, як артисти навчили її малювати. Кількома рисами, але зовсім вірно й різко так, що постать ясно ставала переді мною.</w:t>
      </w:r>
    </w:p>
    <w:p>
      <w:r>
        <w:br/>
        <w:t>Вона любила далечінь так, як любимо будуччину, те — до чого тягне туга. От тим-то вона літала за границі свойого краю. А коли вернула додому, то не було кінця оповіданням, не було кінця подивові й величанню. Вона була п'яна красою. Від ненастанного подиву очі її зробилися великі, зачудовані, і вся вона зробилася частиною красоти. Бо те, що вона бачила, пишалося досконалістю, величчю. Говорило про культуру й силу, про горде самопізнання ще гордіших народів і про запоруки будуччини. І про широкий світогляд. Ні, говорило про тисячні докази здібності до сильного життя! І все було правдиве.</w:t>
      </w:r>
    </w:p>
    <w:p>
      <w:r>
        <w:br/>
        <w:t>І остаточно, і найбільше тішилась вона, а вона вміла тішитися. Вона тішилася, як малі діти в золотих блисках сонячного світла тішаться різнобарвними коралями; тішилася поетами і артистами і тим, як вони там ходять по коштовних килимах, як їм там сиплять під ноги цвіти й золото, як там мужчини, й жінки, й дівчата пестять і бережуть їх, мов дорогі клейноди. І як вони, без перепони й неподільно, можуть віддаватися музам...</w:t>
      </w:r>
    </w:p>
    <w:p>
      <w:r>
        <w:br/>
        <w:t>Потім, щаслива і вдоволена, вона лягала спати й снила про безжурне щастя своїх коханців. Одного, що був вибранцем її серця, вона все в ту пору вітала крізь вечірню тишу: "Ти початок і кінець мойого життя!" Так вітала його і засипляла по тому...</w:t>
      </w:r>
    </w:p>
    <w:p>
      <w:r>
        <w:br/>
        <w:t>* * *</w:t>
      </w:r>
    </w:p>
    <w:p>
      <w:r>
        <w:br/>
        <w:t>Одного дня вона не йшла за границі свойого краю. Лишилася там і там подалася в тиху вандрівку. Вечором не вернула. І другого, і третього дня не вернула.</w:t>
      </w:r>
    </w:p>
    <w:p>
      <w:r>
        <w:br/>
        <w:t>Аж п'ятого вечора вернула. Далеко пізніше, ніж вертала звичайно. Ішла, волочучи ноги, з очима, втупленими в землю. Її лице нагадувало блідість трупа.</w:t>
      </w:r>
    </w:p>
    <w:p>
      <w:r>
        <w:br/>
        <w:t>Мовчала. Не відповіла навіть на моє питання. Навіть на питання про те, що побачила вона в рідному краю, які тони прибилися до її вуха. Я ждав усміху, що звичайно роз'яснював її лице перед її оповіданням, але усміху не було.</w:t>
      </w:r>
    </w:p>
    <w:p>
      <w:r>
        <w:br/>
        <w:t>В темну ніч зірок не видно.</w:t>
      </w:r>
    </w:p>
    <w:p>
      <w:r>
        <w:br/>
        <w:t>Моя поранкова душе! Солодка душе моя!</w:t>
      </w:r>
    </w:p>
    <w:p>
      <w:r>
        <w:br/>
        <w:t>* * *</w:t>
      </w:r>
    </w:p>
    <w:p>
      <w:r>
        <w:br/>
        <w:t>Другого ранку вона не захотіла поживи. Коли я заговорив до неї й почав розпитувати, вона відвернула лице набік і звільна замкнула очі. Потім я почув хлипання,— і я зрозумів її. Як уміла радуватися, так і терпіти вміла вона.</w:t>
      </w:r>
    </w:p>
    <w:p>
      <w:r>
        <w:br/>
        <w:t>Потім до неї прийшли душі поетів, усі, за рядом, з котрими вона звичайно любила розмовляти, і стурбовано запитували її, що їй хибує. Вони питали, чого вона бажає, і віддавали їй усі свої скарби до волі. Нехай перебирає в них, нехай бере собі, що найкраще. Що тільки захоче. Золото, і цвіти, й клейноди. Старанну опіку, в формі великої коштовної перлини, оправленої в золото,і інші коштовні речі, які тільки є в скарбницях поетів і артистів.</w:t>
      </w:r>
    </w:p>
    <w:p>
      <w:r>
        <w:br/>
        <w:t>Але вона мовчала. Мовчала й затулювала очі перед усіма ними, немов вид їх справляв їй біль або навіть осліплював її, як найясніші блиски полудня. Грубі сльози спливали по її лиці.</w:t>
      </w:r>
    </w:p>
    <w:p>
      <w:r>
        <w:br/>
        <w:t>В самоті, в якій найліпше було можна відгадати її,— в самоті навіть чутно її часом,— роздумував я, що їй могло статися? Але я не міг догадатися. Я безпорадно бачив, як сум і туга чимраз сильнішими хвилями напливали на неї. Я чув, що вони швидко понесуть її на велике море вічної тиші...</w:t>
      </w:r>
    </w:p>
    <w:p>
      <w:r>
        <w:br/>
        <w:t>Я плакав і згадував недавній ще час, коли вона, весела, як перший маєвий ранок, з щастям в очах самого мене наповняла щастям.</w:t>
      </w:r>
    </w:p>
    <w:p>
      <w:r>
        <w:br/>
        <w:t>Душе моя!</w:t>
      </w:r>
    </w:p>
    <w:p>
      <w:r>
        <w:br/>
        <w:t>Тисячі разів я рад був кликати її: "Лишись зо мною, поранкова душе моя!"</w:t>
      </w:r>
    </w:p>
    <w:p>
      <w:r>
        <w:br/>
        <w:t>* * *</w:t>
      </w:r>
    </w:p>
    <w:p>
      <w:r>
        <w:br/>
        <w:t>Вікна і двері стояли настіж отворені. Самота і тиша розсілися довкола, тільки цвіти, її улюблені цвіти, цвіли, і дихали пахощами, і купалися в світлі заходового сонця.</w:t>
      </w:r>
    </w:p>
    <w:p>
      <w:r>
        <w:br/>
        <w:t>Почулися кроки.</w:t>
      </w:r>
    </w:p>
    <w:p>
      <w:r>
        <w:br/>
        <w:t>Се той одинокий, котрому вона щовечора перед сном посилала поздоровлення: "Ти початок і кінець мойого життя!" — так поздоровляла вона його.</w:t>
      </w:r>
    </w:p>
    <w:p>
      <w:r>
        <w:br/>
        <w:t>Він прийшов. Без шуму, осторожно, і сів на краю її постелі. Довго сидів і промовляв.</w:t>
      </w:r>
    </w:p>
    <w:p>
      <w:r>
        <w:br/>
        <w:t>Я догадувався, що він говорив до неї й чого просив, і я затаїв у собі дух, щоб видерти у захланної тиші те, що мало статися. Вона вкінці прихилилася до його просьби, бо кохала його. Велике кохання все прихиляє...</w:t>
      </w:r>
    </w:p>
    <w:p>
      <w:r>
        <w:br/>
        <w:t>Вона сіла на постелі й озирнулася. Здивовано й тривожно, так тривожно, як я ще ніколи не бачив її...</w:t>
      </w:r>
    </w:p>
    <w:p>
      <w:r>
        <w:br/>
        <w:t>— Чи тут нема нікого? Зовсім нікого?</w:t>
      </w:r>
    </w:p>
    <w:p>
      <w:r>
        <w:br/>
        <w:t>— Нікого. Тільки цвіти. Але цвіти не чують нічого, вміють тільки цвісти й дихати пахощами...</w:t>
      </w:r>
    </w:p>
    <w:p>
      <w:r>
        <w:br/>
        <w:t>Тоді вона закрила своє лице, на якім розітлівся ввесь сором її істоти, і прошептала:</w:t>
      </w:r>
    </w:p>
    <w:p>
      <w:r>
        <w:br/>
        <w:t>— В моїм краю...</w:t>
      </w:r>
    </w:p>
    <w:p>
      <w:r>
        <w:br/>
        <w:t>Він урочисто повторив її слова:</w:t>
      </w:r>
    </w:p>
    <w:p>
      <w:r>
        <w:br/>
        <w:t>— В моїм краю...</w:t>
      </w:r>
    </w:p>
    <w:p>
      <w:r>
        <w:br/>
        <w:t>— поети...</w:t>
      </w:r>
    </w:p>
    <w:p>
      <w:r>
        <w:br/>
        <w:t>— поети...</w:t>
      </w:r>
    </w:p>
    <w:p>
      <w:r>
        <w:br/>
        <w:t>— се жебраки!</w:t>
      </w:r>
    </w:p>
    <w:p>
      <w:r>
        <w:br/>
        <w:t>— се жебраки!</w:t>
      </w:r>
    </w:p>
    <w:p>
      <w:r>
        <w:br/>
        <w:t>* * *</w:t>
      </w:r>
    </w:p>
    <w:p>
      <w:r>
        <w:br/>
        <w:t>Потім вона відлетіла, моя поранкова душа. Відлетіла, як день перед ніччю.</w:t>
      </w:r>
    </w:p>
    <w:p>
      <w:r>
        <w:br/>
        <w:t>І лишила — жебрака...</w:t>
      </w:r>
    </w:p>
    <w:p>
      <w:r>
        <w:br/>
        <w:t>[17] — Кобольд — порода собак.</w:t>
      </w:r>
    </w:p>
    <w:p>
      <w:r>
        <w:br/>
        <w:t>[18] — Фаталашки — забавки, дрібнички.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