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Поезії поза збірками</w:t>
      </w:r>
    </w:p>
    <w:p>
      <w:r>
        <w:br/>
        <w:t xml:space="preserve"> ЗМІСТ</w:t>
      </w:r>
    </w:p>
    <w:p>
      <w:r>
        <w:br/>
        <w:t>Стара пісня&lt;br /&gt;</w:t>
        <w:br/>
        <w:t>"Ах, коб я був музикантом..."&lt;br /&gt;</w:t>
        <w:br/>
        <w:t>"Знов рік минув. Знов крок один вперед..."&lt;br /&gt;</w:t>
        <w:br/>
        <w:t>"В самоті, гризоті..."&lt;br /&gt;</w:t>
        <w:br/>
        <w:t>"Ей, думи золотії..."&lt;br /&gt;</w:t>
        <w:br/>
        <w:t>Шевченко і поклонники&lt;br /&gt;</w:t>
        <w:br/>
        <w:t>"Ти знов оживаєш, надіє!.."&lt;br /&gt;</w:t>
        <w:br/>
        <w:t>"Мчиться блискуча карета..."&lt;br /&gt;</w:t>
        <w:br/>
        <w:t>Не бійтеся тюрми! (Сонет)&lt;br /&gt;</w:t>
        <w:br/>
        <w:t>Сучасна пісня&lt;br /&gt;</w:t>
        <w:br/>
        <w:t>"Не все іще було, що може бути..."&lt;br /&gt;</w:t>
        <w:br/>
        <w:t>Смерть убійці&lt;br /&gt;</w:t>
        <w:br/>
        <w:t>"Осінній вітре, що могучим стоном..."&lt;br /&gt;</w:t>
        <w:br/>
        <w:t>"Як двоє любляться, а ждуть..."&lt;br /&gt;</w:t>
        <w:br/>
        <w:t>Смертельно ранений&lt;br /&gt;</w:t>
        <w:br/>
        <w:t>"Не схиляй своє личко прекрасне..."&lt;br /&gt;</w:t>
        <w:br/>
        <w:t>Я забув&lt;br /&gt;</w:t>
        <w:br/>
        <w:t>Осторога&lt;br /&gt;</w:t>
        <w:br/>
        <w:t>Апострофа&lt;br /&gt;</w:t>
        <w:br/>
        <w:t>Перспектива&lt;br /&gt;</w:t>
        <w:br/>
        <w:t>Звірячий парламент (Уривок політичної байки)&lt;br /&gt;</w:t>
        <w:br/>
        <w:t>Не без але&lt;br /&gt;</w:t>
        <w:br/>
        <w:t>Перша вчителька&lt;br /&gt;</w:t>
        <w:br/>
        <w:t>Підгір'я взимі&lt;br /&gt;</w:t>
        <w:br/>
        <w:t>"У темну ніч я містом тихо брив..."&lt;br /&gt;</w:t>
        <w:br/>
        <w:t>Моїй дружині&lt;br /&gt;</w:t>
        <w:br/>
        <w:t>"Неясна для вас ця легенда..."&lt;br /&gt;</w:t>
        <w:br/>
        <w:t>"Ні, вдуріти доведеться..."&lt;br /&gt;</w:t>
        <w:br/>
        <w:t>Привид&lt;br /&gt;</w:t>
        <w:br/>
        <w:t>Три долі&lt;br /&gt;</w:t>
        <w:br/>
        <w:t>Моїй не моїй&lt;br /&gt;</w:t>
        <w:br/>
        <w:t>Мійові елегії&lt;br /&gt;</w:t>
        <w:br/>
        <w:t>В альбом п[а]ні О.М.&lt;br /&gt;</w:t>
        <w:br/>
        <w:t>"Ходить туга по голій горі..."&lt;br /&gt;</w:t>
        <w:br/>
        <w:t>Сійте більш&lt;br /&gt;</w:t>
        <w:br/>
        <w:t>Патріот&lt;br /&gt;</w:t>
        <w:br/>
        <w:t>Зоні Юзичинській&lt;br /&gt;</w:t>
        <w:br/>
        <w:t>Чому не смієшся ніколи?...&lt;br /&gt;</w:t>
        <w:br/>
        <w:t>Отсей маленький інструмент...&lt;br /&gt;</w:t>
        <w:br/>
        <w:t>Так, ти одна моя правдивая любов...&lt;br /&gt;</w:t>
        <w:br/>
        <w:t>Хоч ти не будеш цвіткою цвісти...&lt;br /&gt;</w:t>
        <w:br/>
        <w:t>EX NIHILO</w:t>
      </w:r>
    </w:p>
    <w:p>
      <w:r>
        <w:br/>
        <w:t>СТАРА ПІСНЯ</w:t>
      </w:r>
    </w:p>
    <w:p>
      <w:r>
        <w:br/>
        <w:t>У хвилю задуми стає перед мною&lt;br /&gt;</w:t>
        <w:br/>
        <w:t>Те сковане людське нужденне життє,&lt;br /&gt;</w:t>
        <w:br/>
        <w:t>Стає могилов темною живою&lt;br /&gt;</w:t>
        <w:br/>
        <w:t>І важким стогнанням серце моє рве.</w:t>
      </w:r>
    </w:p>
    <w:p>
      <w:r>
        <w:br/>
        <w:t>І холод смертельного болю й розпуки&lt;br /&gt;</w:t>
        <w:br/>
        <w:t>Стиска моє серце, затемнює світ;&lt;br /&gt;</w:t>
        <w:br/>
        <w:t>Безсильні, безрідні опадують руки,&lt;br /&gt;</w:t>
        <w:br/>
        <w:t>Життя зав'ядає, мов в студені цвіт.</w:t>
      </w:r>
    </w:p>
    <w:p>
      <w:r>
        <w:br/>
        <w:t>Усюди, усюди, де око лиш гляне,&lt;br /&gt;</w:t>
        <w:br/>
        <w:t>Де звернеться вухо, все чути одну&lt;br /&gt;</w:t>
        <w:br/>
        <w:t>Відвічную пісню: ой життя погане!&lt;br /&gt;</w:t>
        <w:br/>
        <w:t>А як би направить, ніяк не збагну!</w:t>
      </w:r>
    </w:p>
    <w:p>
      <w:r>
        <w:br/>
        <w:t>Учені говорять: "Давно ми се знаєм&lt;br /&gt;</w:t>
        <w:br/>
        <w:t>І знаємо навіть причини біди,&lt;br /&gt;</w:t>
        <w:br/>
        <w:t>Ба навіть віддавна працюєм, стараєм,&lt;br /&gt;</w:t>
        <w:br/>
        <w:t>Щоби кінець лиху зробити! Зажди!</w:t>
      </w:r>
    </w:p>
    <w:p>
      <w:r>
        <w:br/>
        <w:t>Невдовзі побачиш сам чорне на білім,&lt;br /&gt;</w:t>
        <w:br/>
        <w:t>Облічене цифрами все до цяти, —&lt;br /&gt;</w:t>
        <w:br/>
        <w:t>Будущого пітьму ми світлом розвієм,&lt;br /&gt;</w:t>
        <w:br/>
        <w:t>Всім буде вигідно та весело йти!"</w:t>
      </w:r>
    </w:p>
    <w:p>
      <w:r>
        <w:br/>
        <w:t>А прості говорять, — ні, прості нічого&lt;br /&gt;</w:t>
        <w:br/>
        <w:t>Не кажуть, мов мови немає у них, —&lt;br /&gt;</w:t>
        <w:br/>
        <w:t>Лиш стогонів много і сліз гірких много,&lt;br /&gt;</w:t>
        <w:br/>
        <w:t>Зневір[и] та смертей і болів страшних.</w:t>
      </w:r>
    </w:p>
    <w:p>
      <w:r>
        <w:br/>
        <w:t>Вони навіть, бідні, ніколи не взнають&lt;br /&gt;</w:t>
        <w:br/>
        <w:t>Про вас, щирі душі, що стелите путь&lt;br /&gt;</w:t>
        <w:br/>
        <w:t>Новим поколінням, — стогнучи вмирають,&lt;br /&gt;</w:t>
        <w:br/>
        <w:t>До царства будущого, знать, не ввійдуть!</w:t>
      </w:r>
    </w:p>
    <w:p>
      <w:r>
        <w:br/>
        <w:t>Хоч радують душу знання та науки,&lt;br /&gt;</w:t>
        <w:br/>
        <w:t>Та тяжко ж то бачить голодне дитя,&lt;br /&gt;</w:t>
        <w:br/>
        <w:t>Чуть сотень стогнання і тисячів муки&lt;br /&gt;</w:t>
        <w:br/>
        <w:t>Та пісню відвічну про горе життя.&lt;br /&gt;</w:t>
        <w:br/>
        <w:t>Написано д[ня] 19 цвітня 1878, досі не друковано.</w:t>
      </w:r>
    </w:p>
    <w:p>
      <w:r>
        <w:br/>
        <w:t>АХ, КОБ Я БУВ МУЗИКАНТОМ...</w:t>
      </w:r>
    </w:p>
    <w:p>
      <w:r>
        <w:br/>
        <w:t>Ах, коб я був музикантом&lt;br /&gt;</w:t>
        <w:br/>
        <w:t>І тоном рядити умів,&lt;br /&gt;</w:t>
        <w:br/>
        <w:t>То я б твої сльози перлові&lt;br /&gt;</w:t>
        <w:br/>
        <w:t>На музику всі перевів.</w:t>
      </w:r>
    </w:p>
    <w:p>
      <w:r>
        <w:br/>
        <w:t>Слова твої, серце кохане,&lt;br /&gt;</w:t>
        <w:br/>
        <w:t>То був би сумний полонез,&lt;br /&gt;</w:t>
        <w:br/>
        <w:t>А тьохкання серця — шнельполька,&lt;br /&gt;</w:t>
        <w:br/>
        <w:t>Що бурею тактів іллєсь.</w:t>
      </w:r>
    </w:p>
    <w:p>
      <w:r>
        <w:br/>
        <w:t>А погляд очей твоїх ясних,&lt;br /&gt;</w:t>
        <w:br/>
        <w:t>То був би кадриль чарівний,&lt;br /&gt;</w:t>
        <w:br/>
        <w:t>Твої ж поцілуї гарячі,&lt;br /&gt;</w:t>
        <w:br/>
        <w:t>То вальцер безумно-шумний!</w:t>
      </w:r>
    </w:p>
    <w:p>
      <w:r>
        <w:br/>
        <w:t>Та що ж, я не музик, не вмію&lt;br /&gt;</w:t>
        <w:br/>
        <w:t>Творити чудних образів,&lt;br /&gt;</w:t>
        <w:br/>
        <w:t>Лиш знаю, що ми цілувались&lt;br /&gt;</w:t>
        <w:br/>
        <w:t>Серед ялицевих корчів.&lt;br /&gt;</w:t>
        <w:br/>
        <w:t>1880</w:t>
      </w:r>
    </w:p>
    <w:p>
      <w:r>
        <w:br/>
        <w:t>ЗНОВ РІК МИНУВ. ЗНОВ КРОК ОДИН ВПЕРЕД...</w:t>
      </w:r>
    </w:p>
    <w:p>
      <w:r>
        <w:br/>
        <w:t>Знов рік минув. Знов крок один вперед&lt;br /&gt;</w:t>
        <w:br/>
        <w:t>ступило всім нам дорогеє діло,&lt;br /&gt;</w:t>
        <w:br/>
        <w:t>і хоть збільшився людовладців гнет,&lt;br /&gt;</w:t>
        <w:br/>
        <w:t>ми дальший крок підем робити сміло,&lt;br /&gt;</w:t>
        <w:br/>
        <w:t>і як гора не спинить вихру лет,&lt;br /&gt;</w:t>
        <w:br/>
        <w:t>не спинить тьма, щоб світло не зоріло,&lt;br /&gt;</w:t>
        <w:br/>
        <w:t>так гніт, надсилля ані самоволи&lt;br /&gt;</w:t>
        <w:br/>
        <w:t>бойців за волю не зжене із поля.</w:t>
      </w:r>
    </w:p>
    <w:p>
      <w:r>
        <w:br/>
        <w:t>Знов рік минув! При вході в рік новий&lt;br /&gt;</w:t>
        <w:br/>
        <w:t>погляньмо взад, на те, що ми пробули,&lt;br /&gt;</w:t>
        <w:br/>
        <w:t>згадаймо, браття, кождий крок кривий,&lt;br /&gt;</w:t>
        <w:br/>
        <w:t>всі помилки, що важко промайнули,&lt;br /&gt;</w:t>
        <w:br/>
        <w:t>і кождий вдар нещастя громовий,&lt;br /&gt;</w:t>
        <w:br/>
        <w:t>і сли з нещасть пробутих ми здобули&lt;br /&gt;</w:t>
        <w:br/>
        <w:t>на дальшу путь собі живу науку,&lt;br /&gt;</w:t>
        <w:br/>
        <w:t>то в них найдем будущих вдач поруку.</w:t>
      </w:r>
    </w:p>
    <w:p>
      <w:r>
        <w:br/>
        <w:t>Злічім і кождий луч нового світла,&lt;br /&gt;</w:t>
        <w:br/>
        <w:t>що прояснив наш розум в рік отсей!&lt;br /&gt;</w:t>
        <w:br/>
        <w:t>І кожда в нім хвилина, що огріта&lt;br /&gt;</w:t>
        <w:br/>
        <w:t>сердечною любвою до людей,&lt;br /&gt;</w:t>
        <w:br/>
        <w:t>і кожде слово братнього завіта,&lt;br /&gt;</w:t>
        <w:br/>
        <w:t>і чесне діло, й ясний взгляд очей —&lt;br /&gt;</w:t>
        <w:br/>
        <w:t>се скарб живий! Щаслив, хто в жизні пути&lt;br /&gt;</w:t>
        <w:br/>
        <w:t>багато сього скарбу вспів здобути!</w:t>
      </w:r>
    </w:p>
    <w:p>
      <w:r>
        <w:br/>
        <w:t>Злічім, брати, і тих борців за волю,&lt;br /&gt;</w:t>
        <w:br/>
        <w:t>що сей рік в бою правім полягли,&lt;br /&gt;</w:t>
        <w:br/>
        <w:t>вшануймо пам'ять їх святов сльозою&lt;br /&gt;</w:t>
        <w:br/>
        <w:t>і на политій кров'ю їх земли&lt;br /&gt;</w:t>
        <w:br/>
        <w:t>за їх слідом, за провіднов звіздою&lt;br /&gt;</w:t>
        <w:br/>
        <w:t>ідім туди, куди вони ішли;&lt;br /&gt;</w:t>
        <w:br/>
        <w:t>хоть прийшлий рік і нам такую ж долю&lt;br /&gt;</w:t>
        <w:br/>
        <w:t>зготовить, сміло йдім в війні за волю!</w:t>
      </w:r>
    </w:p>
    <w:p>
      <w:r>
        <w:br/>
        <w:t>В САМОТІ, ГРИЗОТІ...</w:t>
      </w:r>
    </w:p>
    <w:p>
      <w:r>
        <w:br/>
        <w:t>В самоті, гризоті&lt;br /&gt;</w:t>
        <w:br/>
        <w:t>Давні сни золоті&lt;br /&gt;</w:t>
        <w:br/>
        <w:t>Розійшлись, розплились,&lt;br /&gt;</w:t>
        <w:br/>
        <w:t>Наче дим по лугах,&lt;br /&gt;</w:t>
        <w:br/>
        <w:t>І вже ти, як колись,&lt;br /&gt;</w:t>
        <w:br/>
        <w:t>Не являєшся в снах!</w:t>
      </w:r>
    </w:p>
    <w:p>
      <w:r>
        <w:br/>
        <w:t>І не раз в сумний час&lt;br /&gt;</w:t>
        <w:br/>
        <w:t>Гадка чорна летить:&lt;br /&gt;</w:t>
        <w:br/>
        <w:t>Що невже ж ти нараз&lt;br /&gt;</w:t>
        <w:br/>
        <w:t>Перестала любить?</w:t>
      </w:r>
    </w:p>
    <w:p>
      <w:r>
        <w:br/>
        <w:t>І не раз ми ся снить,&lt;br /&gt;</w:t>
        <w:br/>
        <w:t>Що горов надо мнов&lt;br /&gt;</w:t>
        <w:br/>
        <w:t>Сяє місяць блідий,&lt;br /&gt;</w:t>
        <w:br/>
        <w:t>Пахне свіжов травов,</w:t>
      </w:r>
    </w:p>
    <w:p>
      <w:r>
        <w:br/>
        <w:t>Ліс шумить молодий,&lt;br /&gt;</w:t>
        <w:br/>
        <w:t>Вдалі потік журчить,&lt;br /&gt;</w:t>
        <w:br/>
        <w:t>А довкола хрести,&lt;br /&gt;</w:t>
        <w:br/>
        <w:t>Другий ліс кам'яний.</w:t>
      </w:r>
    </w:p>
    <w:p>
      <w:r>
        <w:br/>
        <w:t>І здаєсь ми, що ти&lt;br /&gt;</w:t>
        <w:br/>
        <w:t>Тихо-тихо лежиш&lt;br /&gt;</w:t>
        <w:br/>
        <w:t>Під хрестом, під травов,&lt;br /&gt;</w:t>
        <w:br/>
        <w:t>І на місяць глядиш.&lt;br /&gt;</w:t>
        <w:br/>
        <w:t>Але ні, гляну знов —&lt;br /&gt;</w:t>
        <w:br/>
        <w:t>І твоє й не твоє&lt;br /&gt;</w:t>
        <w:br/>
        <w:t>Те могильне лице!..</w:t>
      </w:r>
    </w:p>
    <w:p>
      <w:r>
        <w:br/>
        <w:t>Ні, не ти се лежиш&lt;br /&gt;</w:t>
        <w:br/>
        <w:t>Під хрестом, під травов!..&lt;br /&gt;</w:t>
        <w:br/>
        <w:t>Ні, і не за тобов&lt;br /&gt;</w:t>
        <w:br/>
        <w:t>Я тут плакать прийшов!&lt;br /&gt;</w:t>
        <w:br/>
        <w:t>Се лежить тут моя&lt;br /&gt;</w:t>
        <w:br/>
        <w:t>Затолоченая,&lt;br /&gt;</w:t>
        <w:br/>
        <w:t>Схоронена любов!</w:t>
      </w:r>
    </w:p>
    <w:p>
      <w:r>
        <w:br/>
        <w:t>ЕЙ, ДУМИ ЗОЛОТІЇ...</w:t>
      </w:r>
    </w:p>
    <w:p>
      <w:r>
        <w:br/>
        <w:t>Ей, думи золотії,&lt;br /&gt;</w:t>
        <w:br/>
        <w:t>Насіння чисте,&lt;br /&gt;</w:t>
        <w:br/>
        <w:t>Коли ваш плід доспіє&lt;br /&gt;</w:t>
        <w:br/>
        <w:t>І воля блисне?..</w:t>
      </w:r>
    </w:p>
    <w:p>
      <w:r>
        <w:br/>
        <w:t>Глядіть, брати, довкола:&lt;br /&gt;</w:t>
        <w:br/>
        <w:t>Весна йде з неба!&lt;br /&gt;</w:t>
        <w:br/>
        <w:t>Не справлено ще поля,&lt;br /&gt;</w:t>
        <w:br/>
        <w:t>Як того треба;</w:t>
      </w:r>
    </w:p>
    <w:p>
      <w:r>
        <w:br/>
        <w:t>Не вкинено ще всюди&lt;br /&gt;</w:t>
        <w:br/>
        <w:t>В ріллю насіння,&lt;br /&gt;</w:t>
        <w:br/>
        <w:t>А се ще праця й труди&lt;br /&gt;</w:t>
        <w:br/>
        <w:t>На покоління!</w:t>
      </w:r>
    </w:p>
    <w:p>
      <w:r>
        <w:br/>
        <w:t>Хто сіє, той не зараз&lt;br /&gt;</w:t>
        <w:br/>
        <w:t>Збирає плоди,&lt;br /&gt;</w:t>
        <w:br/>
        <w:t>І овоч рве не зараз,&lt;br /&gt;</w:t>
        <w:br/>
        <w:t>Хто сад городить;</w:t>
      </w:r>
    </w:p>
    <w:p>
      <w:r>
        <w:br/>
        <w:t>А той, хто кров'ю власнов&lt;br /&gt;</w:t>
        <w:br/>
        <w:t>Зливає ниву&lt;br /&gt;</w:t>
        <w:br/>
        <w:t>І сіє в ню завчасно&lt;br /&gt;</w:t>
        <w:br/>
        <w:t>Думку правдиву,</w:t>
      </w:r>
    </w:p>
    <w:p>
      <w:r>
        <w:br/>
        <w:t>Чи може він жадати&lt;br /&gt;</w:t>
        <w:br/>
        <w:t>Такого дива,&lt;br /&gt;</w:t>
        <w:br/>
        <w:t>Щоб завтра вже збирати&lt;br /&gt;</w:t>
        <w:br/>
        <w:t>По сівбі жнива?..&lt;br /&gt;</w:t>
        <w:br/>
        <w:t>4/IV</w:t>
      </w:r>
    </w:p>
    <w:p>
      <w:r>
        <w:br/>
        <w:t>ШЕВЧЕНКО І ПОКЛОННИКИ</w:t>
      </w:r>
    </w:p>
    <w:p>
      <w:r>
        <w:br/>
        <w:t>Апостол правди і науки,&lt;br /&gt;</w:t>
        <w:br/>
        <w:t>Котрого ждав ти день по дню,&lt;br /&gt;</w:t>
        <w:br/>
        <w:t>Прийшов, простяг потужні руки, —&lt;br /&gt;</w:t>
        <w:br/>
        <w:t>І легіон ім'я йому.</w:t>
      </w:r>
    </w:p>
    <w:p>
      <w:r>
        <w:br/>
        <w:t>Но ті, що змаленьку кормились&lt;br /&gt;</w:t>
        <w:br/>
        <w:t>Дум твоїх скорбних молоком,&lt;br /&gt;</w:t>
        <w:br/>
        <w:t>Що всьому світові хвалились&lt;br /&gt;</w:t>
        <w:br/>
        <w:t>Тобою, с в о ї м співаком,</w:t>
      </w:r>
    </w:p>
    <w:p>
      <w:r>
        <w:br/>
        <w:t>Ті, як нового гостя вздріли,&lt;br /&gt;</w:t>
        <w:br/>
        <w:t>Позатикали вуха всі,&lt;br /&gt;</w:t>
        <w:br/>
        <w:t>А то й в поліцію побігли,&lt;br /&gt;</w:t>
        <w:br/>
        <w:t>Низькопоклонники твої.&lt;br /&gt;</w:t>
        <w:br/>
        <w:t>5/IV</w:t>
      </w:r>
    </w:p>
    <w:p>
      <w:r>
        <w:br/>
        <w:t>ТИ ЗНОВ ОЖИВАЄШ, НАДІЄ!</w:t>
      </w:r>
    </w:p>
    <w:p>
      <w:r>
        <w:br/>
        <w:t>Ти знов оживаєш, надіє!&lt;br /&gt;</w:t>
        <w:br/>
        <w:t>Світліє душа, молодіє…&lt;br /&gt;</w:t>
        <w:br/>
        <w:t>І серце живіше б'є в груди…&lt;br /&gt;</w:t>
        <w:br/>
        <w:t>О серце! О воле! О люди!</w:t>
      </w:r>
    </w:p>
    <w:p>
      <w:r>
        <w:br/>
        <w:t>До мої тюрми пораненько&lt;br /&gt;</w:t>
        <w:br/>
        <w:t>Застукала воля легенько:&lt;br /&gt;</w:t>
        <w:br/>
        <w:t>"Встань, сину, вже день далі буде!.."&lt;br /&gt;</w:t>
        <w:br/>
        <w:t>О воле! О серце! О люде!</w:t>
      </w:r>
    </w:p>
    <w:p>
      <w:r>
        <w:br/>
        <w:t>О воленько-мати, єдина,&lt;br /&gt;</w:t>
        <w:br/>
        <w:t>Завчасно збудила ти сина, —&lt;br /&gt;</w:t>
        <w:br/>
        <w:t>Тягяр ще лежить ми на груди…&lt;br /&gt;</w:t>
        <w:br/>
        <w:t>О серце! О воле! О люди!</w:t>
      </w:r>
    </w:p>
    <w:p>
      <w:r>
        <w:br/>
        <w:t>Тягар той ми віддих спирає,&lt;br /&gt;</w:t>
        <w:br/>
        <w:t>А руки ланцюг ми тримає, —&lt;br /&gt;</w:t>
        <w:br/>
        <w:t>Тягар се людської осуди…&lt;br /&gt;</w:t>
        <w:br/>
        <w:t>О воле! О серце! О люди!</w:t>
      </w:r>
    </w:p>
    <w:p>
      <w:r>
        <w:br/>
        <w:t>Но воля лиш шепнула слово,&lt;br /&gt;</w:t>
        <w:br/>
        <w:t>І я підіймаюсь наново, —&lt;br /&gt;</w:t>
        <w:br/>
        <w:t>Проч пута й тяжкі пересуди!&lt;br /&gt;</w:t>
        <w:br/>
        <w:t>О воле! О серце! О люди!&lt;br /&gt;</w:t>
        <w:br/>
        <w:t>12/VI. Стрий</w:t>
      </w:r>
    </w:p>
    <w:p>
      <w:r>
        <w:br/>
        <w:t>МЧИТЬСЯ БЛИСКУЧА КАРЕТА...</w:t>
      </w:r>
    </w:p>
    <w:p>
      <w:r>
        <w:br/>
        <w:t>Мчиться блискуча карета,&lt;br /&gt;</w:t>
        <w:br/>
        <w:t>Гордо в ній дуєсь багач,&lt;br /&gt;</w:t>
        <w:br/>
        <w:t>Гуркотом своїм колеса&lt;br /&gt;</w:t>
        <w:br/>
        <w:t>Людський заглушують плач.</w:t>
      </w:r>
    </w:p>
    <w:p>
      <w:r>
        <w:br/>
        <w:t>Плач, що ріков безконечнов&lt;br /&gt;</w:t>
        <w:br/>
        <w:t>Ллється колесам услід,&lt;br /&gt;</w:t>
        <w:br/>
        <w:t>Плач, що випалює довгі&lt;br /&gt;</w:t>
        <w:br/>
        <w:t>Борозди в лицях сиріт.</w:t>
      </w:r>
    </w:p>
    <w:p>
      <w:r>
        <w:br/>
        <w:t>Руку простяг до карети&lt;br /&gt;</w:t>
        <w:br/>
        <w:t>Старець-каліка хромий…&lt;br /&gt;</w:t>
        <w:br/>
        <w:t>"Пане, товариш твій давній&lt;br /&gt;</w:t>
        <w:br/>
        <w:t>Просить о даток малий!</w:t>
      </w:r>
    </w:p>
    <w:p>
      <w:r>
        <w:br/>
        <w:t>Тямиш, у бою кривавім&lt;br /&gt;</w:t>
        <w:br/>
        <w:t>Поруч ішли ми оба…&lt;br /&gt;</w:t>
        <w:br/>
        <w:t>Спис, що влучав в твоє серце,&lt;br /&gt;</w:t>
        <w:br/>
        <w:t>В мойому тілі застряг!.."</w:t>
      </w:r>
    </w:p>
    <w:p>
      <w:r>
        <w:br/>
        <w:t>"Проч, ти, влізливая жабо!" —&lt;br /&gt;</w:t>
        <w:br/>
        <w:t>Крикнув му згорда візник,&lt;br /&gt;</w:t>
        <w:br/>
        <w:t>Свиснув батіг… но зглушив тук карети&lt;br /&gt;</w:t>
        <w:br/>
        <w:t>Болісний бідного крик.</w:t>
      </w:r>
    </w:p>
    <w:p>
      <w:r>
        <w:br/>
        <w:t>Тільки лице наболіле,&lt;br /&gt;</w:t>
        <w:br/>
        <w:t>Уст помарнілих складки,&lt;br /&gt;</w:t>
        <w:br/>
        <w:t>Тільки посивілий волос,&lt;br /&gt;</w:t>
        <w:br/>
        <w:t>Жили сухої руки.</w:t>
      </w:r>
    </w:p>
    <w:p>
      <w:r>
        <w:br/>
        <w:t>Голосу дрож хоровита,&lt;br /&gt;</w:t>
        <w:br/>
        <w:t>Наче тернина, в той миг&lt;br /&gt;</w:t>
        <w:br/>
        <w:t>В серце встрягли багачеві, —&lt;br /&gt;</w:t>
        <w:br/>
        <w:t>Він не забуде о них!</w:t>
      </w:r>
    </w:p>
    <w:p>
      <w:r>
        <w:br/>
        <w:t>Серед гульні і утіхи&lt;br /&gt;</w:t>
        <w:br/>
        <w:t>Месником тихим, грізним,&lt;br /&gt;</w:t>
        <w:br/>
        <w:t>Серця пекучов грижею&lt;br /&gt;</w:t>
        <w:br/>
        <w:t>Стануть вони перед ним.</w:t>
      </w:r>
    </w:p>
    <w:p>
      <w:r>
        <w:br/>
        <w:t>В любих родини обняттях&lt;br /&gt;</w:t>
        <w:br/>
        <w:t>Враз він побачить на миг&lt;br /&gt;</w:t>
        <w:br/>
        <w:t>Змінені лиця кохані&lt;br /&gt;</w:t>
        <w:br/>
        <w:t>І — клеймо болю на них.</w:t>
      </w:r>
    </w:p>
    <w:p>
      <w:r>
        <w:br/>
        <w:t>Під час багатої учти&lt;br /&gt;</w:t>
        <w:br/>
        <w:t>Погляд старечий, німий&lt;br /&gt;</w:t>
        <w:br/>
        <w:t>Хвилями в серце заколе,&lt;br /&gt;</w:t>
        <w:br/>
        <w:t>Острий, мов ніж ледяний.</w:t>
      </w:r>
    </w:p>
    <w:p>
      <w:r>
        <w:br/>
        <w:t>В сні він часом му з'явиться,&lt;br /&gt;</w:t>
        <w:br/>
        <w:t>Старець обдертий, хромий:&lt;br /&gt;</w:t>
        <w:br/>
        <w:t>"Пане, товариш твій давній&lt;br /&gt;</w:t>
        <w:br/>
        <w:t>Просить о даток малий".</w:t>
      </w:r>
    </w:p>
    <w:p>
      <w:r>
        <w:br/>
        <w:t>А коли в ложах пухових&lt;br /&gt;</w:t>
        <w:br/>
        <w:t>Скону почнесь боротьба, —&lt;br /&gt;</w:t>
        <w:br/>
        <w:t>В хвилі послідній стрінуться&lt;br /&gt;</w:t>
        <w:br/>
        <w:t>Давні товариші вба.</w:t>
      </w:r>
    </w:p>
    <w:p>
      <w:r>
        <w:br/>
        <w:t>Ще раз уздрить ті уста він,&lt;br /&gt;</w:t>
        <w:br/>
        <w:t>Очі ті зсохлі, без сліз, —&lt;br /&gt;</w:t>
        <w:br/>
        <w:t>Но не заглушить вже стону&lt;br /&gt;</w:t>
        <w:br/>
        <w:t>Грохіт каретних коліс.&lt;br /&gt;</w:t>
        <w:br/>
        <w:t>23/I 1880</w:t>
      </w:r>
    </w:p>
    <w:p>
      <w:r>
        <w:br/>
        <w:t>НЕ БІЙТЕСЯ ТЮРМИ!</w:t>
      </w:r>
    </w:p>
    <w:p>
      <w:r>
        <w:br/>
        <w:t>(Сонет)</w:t>
      </w:r>
    </w:p>
    <w:p>
      <w:r>
        <w:br/>
        <w:t>Не бійтеся тюрми, о други молодії!&lt;br /&gt;</w:t>
        <w:br/>
        <w:t>Не бійтеся тих пут, що на короткий час&lt;br /&gt;</w:t>
        <w:br/>
        <w:t>Обкручують, немов холодні чорні змії,&lt;br /&gt;</w:t>
        <w:br/>
        <w:t>Безсильне тіло! Що значить се все для нас?</w:t>
      </w:r>
    </w:p>
    <w:p>
      <w:r>
        <w:br/>
        <w:t>Бажається панам пограться трохи з нами,&lt;br /&gt;</w:t>
        <w:br/>
        <w:t>Бо бачать, що в тюрмі зовсім ми в їх руках,&lt;br /&gt;</w:t>
        <w:br/>
        <w:t>Ну і обвішають старими бренькачками,&lt;br /&gt;</w:t>
        <w:br/>
        <w:t>Щоб знати, як було в середніх ще віках.</w:t>
      </w:r>
    </w:p>
    <w:p>
      <w:r>
        <w:br/>
        <w:t>Ніщо для нас тюрма. Ми інші тюрми знаєм,&lt;br /&gt;</w:t>
        <w:br/>
        <w:t>Тверді, безвихідні, уперті та живі,&lt;br /&gt;</w:t>
        <w:br/>
        <w:t>І проти них, брати, борню ми підіймаєм!</w:t>
      </w:r>
    </w:p>
    <w:p>
      <w:r>
        <w:br/>
        <w:t>А в тій слабій, дурній, хоч кам'яній, тюрмі&lt;br /&gt;</w:t>
        <w:br/>
        <w:t>Ми бачим тільки страх панів і понімаєм,&lt;br /&gt;</w:t>
        <w:br/>
        <w:t>Що панство їх крухе, як мури ті німі.&lt;br /&gt;</w:t>
        <w:br/>
        <w:t>Написано 1880 р., досі не друковано.</w:t>
      </w:r>
    </w:p>
    <w:p>
      <w:r>
        <w:br/>
        <w:t>СУЧАСНА ПІСНЯ</w:t>
      </w:r>
    </w:p>
    <w:p>
      <w:r>
        <w:br/>
        <w:t>Вона не забавка дитинна,&lt;br /&gt;</w:t>
        <w:br/>
        <w:t>Вона не мрія золота,&lt;br /&gt;</w:t>
        <w:br/>
        <w:t>Вона не ніжная, невинна&lt;br /&gt;</w:t>
        <w:br/>
        <w:t>І несвідуща красота.</w:t>
      </w:r>
    </w:p>
    <w:p>
      <w:r>
        <w:br/>
        <w:t>Вона не пестощі любови,&lt;br /&gt;</w:t>
        <w:br/>
        <w:t>Не вітру шум, не шепіт хвиль.&lt;br /&gt;</w:t>
        <w:br/>
        <w:t>Вона тверде, рішуче слово,&lt;br /&gt;</w:t>
        <w:br/>
        <w:t>Вна оклик духу голосний.</w:t>
      </w:r>
    </w:p>
    <w:p>
      <w:r>
        <w:br/>
        <w:t>Вна дзвін той, що народ скликає&lt;br /&gt;</w:t>
        <w:br/>
        <w:t>В добі нещасть до дружних діл,&lt;br /&gt;</w:t>
        <w:br/>
        <w:t>Потужна пісня бойовая,&lt;br /&gt;</w:t>
        <w:br/>
        <w:t>Защита серед граду стріл.</w:t>
      </w:r>
    </w:p>
    <w:p>
      <w:r>
        <w:br/>
        <w:t>Вона огнистая лучина,&lt;br /&gt;</w:t>
        <w:br/>
        <w:t>Що жару в серця долива,&lt;br /&gt;</w:t>
        <w:br/>
        <w:t>В машині поступу пружина,&lt;br /&gt;</w:t>
        <w:br/>
        <w:t>Непоборима і жива.</w:t>
      </w:r>
    </w:p>
    <w:p>
      <w:r>
        <w:br/>
        <w:t>Не в сріблі, злоті, оксамиті&lt;br /&gt;</w:t>
        <w:br/>
        <w:t>Вона зближається до вас, —&lt;br /&gt;</w:t>
        <w:br/>
        <w:t>Вона робітниця і в світі&lt;br /&gt;</w:t>
        <w:br/>
        <w:t>Свою роботу зробить раз.</w:t>
      </w:r>
    </w:p>
    <w:p>
      <w:r>
        <w:br/>
        <w:t>Вна в серці криє біль пекучий,&lt;br /&gt;</w:t>
        <w:br/>
        <w:t>Но вна не вмерла ще проте,&lt;br /&gt;</w:t>
        <w:br/>
        <w:t>Вона жива, як люд робучий,&lt;br /&gt;</w:t>
        <w:br/>
        <w:t>В котрім все людськості життє.</w:t>
      </w:r>
    </w:p>
    <w:p>
      <w:r>
        <w:br/>
        <w:t>Вона горда і перед силов&lt;br /&gt;</w:t>
        <w:br/>
        <w:t>Ніколи не зігне чола.&lt;br /&gt;</w:t>
        <w:br/>
        <w:t>Вна дуб потужний над могилов,&lt;br /&gt;</w:t>
        <w:br/>
        <w:t>Посеред хвиль бурних скала.</w:t>
      </w:r>
    </w:p>
    <w:p>
      <w:r>
        <w:br/>
        <w:t>Вна ясним оком заглядала&lt;br /&gt;</w:t>
        <w:br/>
        <w:t>У грудь відвічних поколінь,&lt;br /&gt;</w:t>
        <w:br/>
        <w:t>Століть громада пролітала&lt;br /&gt;</w:t>
        <w:br/>
        <w:t>Поперед нею, наче тінь.</w:t>
      </w:r>
    </w:p>
    <w:p>
      <w:r>
        <w:br/>
        <w:t>Вна горя людського страшного&lt;br /&gt;</w:t>
        <w:br/>
        <w:t>Нори гляділа з давніх літ,&lt;br /&gt;</w:t>
        <w:br/>
        <w:t>Вона боліла, мліла много,&lt;br /&gt;</w:t>
        <w:br/>
        <w:t>Заким на ясний вийшла світ.</w:t>
      </w:r>
    </w:p>
    <w:p>
      <w:r>
        <w:br/>
        <w:t>Тож не цурайтесь видом бідним,&lt;br /&gt;</w:t>
        <w:br/>
        <w:t>Нескладним гомоном її,&lt;br /&gt;</w:t>
        <w:br/>
        <w:t>А серцем щирим і свобідним&lt;br /&gt;</w:t>
        <w:br/>
        <w:t>Прийміть і полюбіть її.</w:t>
      </w:r>
    </w:p>
    <w:p>
      <w:r>
        <w:br/>
        <w:t>Тож не цурайтеся, що стони&lt;br /&gt;</w:t>
        <w:br/>
        <w:t>Часом крізь пісню ся прорвуть;&lt;br /&gt;</w:t>
        <w:br/>
        <w:t>Се ж серць терплячих міліони&lt;br /&gt;</w:t>
        <w:br/>
        <w:t>В тій пісні дружним боєм б'ють.</w:t>
      </w:r>
    </w:p>
    <w:p>
      <w:r>
        <w:br/>
        <w:t>Прислухайтесь до того бою,&lt;br /&gt;</w:t>
        <w:br/>
        <w:t>До зітхань горя в чорній тьмі,&lt;br /&gt;</w:t>
        <w:br/>
        <w:t>Пригляньтесь до життя з любвою, —&lt;br /&gt;</w:t>
        <w:br/>
        <w:t>А ви полюбите й її.&lt;br /&gt;</w:t>
        <w:br/>
        <w:t>Написано 1880 р., досі не друковано</w:t>
      </w:r>
    </w:p>
    <w:p>
      <w:r>
        <w:br/>
        <w:t>НЕ ВСЕ ІЩЕ БУЛО, ЩО МОЖЕ БУТИ...</w:t>
      </w:r>
    </w:p>
    <w:p>
      <w:r>
        <w:br/>
        <w:t>Не все іще було, що може бути.&lt;br /&gt;</w:t>
        <w:br/>
        <w:t>Не все, що мож розумного гадать,&lt;br /&gt;</w:t>
        <w:br/>
        <w:t>було вже гадано. По тій же пути&lt;br /&gt;</w:t>
        <w:br/>
        <w:t>не все історії колеса мчать.</w:t>
      </w:r>
    </w:p>
    <w:p>
      <w:r>
        <w:br/>
        <w:t>Та тільки що розумного творилось,&lt;br /&gt;</w:t>
        <w:br/>
        <w:t>розумного гадалось до сих днів, —&lt;br /&gt;</w:t>
        <w:br/>
        <w:t>найменш у мозках одиниць зродилось,&lt;br /&gt;</w:t>
        <w:br/>
        <w:t>найбільш народ зробив і виповів.</w:t>
      </w:r>
    </w:p>
    <w:p>
      <w:r>
        <w:br/>
        <w:t>СМЕРТЬ УБІЙЦІ</w:t>
      </w:r>
    </w:p>
    <w:p>
      <w:r>
        <w:br/>
        <w:t>Вмирав мужик. Ну, що за диво?&lt;br /&gt;</w:t>
        <w:br/>
        <w:t>Таж тисячі іх мруть щодня,&lt;br /&gt;</w:t>
        <w:br/>
        <w:t>спокійно мруть, від смерті ждучи,&lt;br /&gt;</w:t>
        <w:br/>
        <w:t>чого не мали від життя.</w:t>
      </w:r>
    </w:p>
    <w:p>
      <w:r>
        <w:br/>
        <w:t>І сей так умирав. Сусіди&lt;br /&gt;</w:t>
        <w:br/>
        <w:t>зійшлися, гуторять, дітий,&lt;br /&gt;</w:t>
        <w:br/>
        <w:t>уже дорослих, розважають, —&lt;br /&gt;</w:t>
        <w:br/>
        <w:t>аж з ліжка обізвавсь старий:</w:t>
      </w:r>
    </w:p>
    <w:p>
      <w:r>
        <w:br/>
        <w:t>"Хтів сповідатись я попові,&lt;br /&gt;</w:t>
        <w:br/>
        <w:t>та передумав; що вже крить?&lt;br /&gt;</w:t>
        <w:br/>
        <w:t>Один гріх в мене на сумлінні,&lt;br /&gt;</w:t>
        <w:br/>
        <w:t>та з нього піп не розгрішить.</w:t>
      </w:r>
    </w:p>
    <w:p>
      <w:r>
        <w:br/>
        <w:t>Громадський гріх се, тож прилюдно&lt;br /&gt;</w:t>
        <w:br/>
        <w:t>його сповімся, — ви судіть&lt;br /&gt;</w:t>
        <w:br/>
        <w:t>і, як вам каже совість ваша,&lt;br /&gt;</w:t>
        <w:br/>
        <w:t>виніть мя або розгрішіть.</w:t>
      </w:r>
    </w:p>
    <w:p>
      <w:r>
        <w:br/>
        <w:t>І ви, мої кохані діти,&lt;br /&gt;</w:t>
        <w:br/>
        <w:t>сю сповідь слухайте, щоб знать,&lt;br /&gt;</w:t>
        <w:br/>
        <w:t>чию хороните ви пам'ять,&lt;br /&gt;</w:t>
        <w:br/>
        <w:t>чим батька свойого назвать.</w:t>
      </w:r>
    </w:p>
    <w:p>
      <w:r>
        <w:br/>
        <w:t>Ви — діти вбійці! Не жахайтесь!&lt;br /&gt;</w:t>
        <w:br/>
        <w:t>Ось близько сорок літ уже&lt;br /&gt;</w:t>
        <w:br/>
        <w:t>я гріх той ношу на сумлінні,&lt;br /&gt;</w:t>
        <w:br/>
        <w:t>а він сумління не пече.</w:t>
      </w:r>
    </w:p>
    <w:p>
      <w:r>
        <w:br/>
        <w:t>Так, дорогі мої сусіди, —&lt;br /&gt;</w:t>
        <w:br/>
        <w:t>я людську жизнь на душу взяв!&lt;br /&gt;</w:t>
        <w:br/>
        <w:t>Чи бог простив мя, чи по смерті&lt;br /&gt;</w:t>
        <w:br/>
        <w:t>віддасть, що ту ми не віддав?..</w:t>
      </w:r>
    </w:p>
    <w:p>
      <w:r>
        <w:br/>
        <w:t>Бо всяке вбійство, кажуть люди,&lt;br /&gt;</w:t>
        <w:br/>
        <w:t>бог тяжко-тяжко відплатить…&lt;br /&gt;</w:t>
        <w:br/>
        <w:t>Я суду божого не знаю,&lt;br /&gt;</w:t>
        <w:br/>
        <w:t>но серце в мене не дрижить.</w:t>
      </w:r>
    </w:p>
    <w:p>
      <w:r>
        <w:br/>
        <w:t>Вже тому сорок літ без мала, —&lt;br /&gt;</w:t>
        <w:br/>
        <w:t>то ще за панщини було, —&lt;br /&gt;</w:t>
        <w:br/>
        <w:t>під панською руков дрижало,&lt;br /&gt;</w:t>
        <w:br/>
        <w:t>стогнало стоном все село.</w:t>
      </w:r>
    </w:p>
    <w:p>
      <w:r>
        <w:br/>
        <w:t>А пан наш був, мов звір той, лютий, —&lt;br /&gt;</w:t>
        <w:br/>
        <w:t>лиш чоловіком дарма звавсь;&lt;br /&gt;</w:t>
        <w:br/>
        <w:t>він крові нашої всисався,&lt;br /&gt;</w:t>
        <w:br/>
        <w:t>а горем нашим потішавсь.</w:t>
      </w:r>
    </w:p>
    <w:p>
      <w:r>
        <w:br/>
        <w:t>Бувало, вечором з роботи&lt;br /&gt;</w:t>
        <w:br/>
        <w:t>прийдем, під ґанком станем в ряд, —&lt;br /&gt;</w:t>
        <w:br/>
        <w:t>виходить пан карати "виних",&lt;br /&gt;</w:t>
        <w:br/>
        <w:t>а всі вже наперед дрижать.</w:t>
      </w:r>
    </w:p>
    <w:p>
      <w:r>
        <w:br/>
        <w:t>Хто винен, в'язано до стовпа,&lt;br /&gt;</w:t>
        <w:br/>
        <w:t>а нам всім в очі му плювать, —&lt;br /&gt;</w:t>
        <w:br/>
        <w:t>а хто не плюнув, тому цюри&lt;br /&gt;</w:t>
        <w:br/>
        <w:t>як стій вліпили двадцять п'ять.</w:t>
      </w:r>
    </w:p>
    <w:p>
      <w:r>
        <w:br/>
        <w:t>Хто на роботу запізнився,&lt;br /&gt;</w:t>
        <w:br/>
        <w:t>той голий в будяки лягав;&lt;br /&gt;</w:t>
        <w:br/>
        <w:t>хто з отаманом посварився,&lt;br /&gt;</w:t>
        <w:br/>
        <w:t>той глини повен рот дістав.</w:t>
      </w:r>
    </w:p>
    <w:p>
      <w:r>
        <w:br/>
        <w:t>Дівчат з села для свої втіхи&lt;br /&gt;</w:t>
        <w:br/>
        <w:t>він глину заставляв місить&lt;br /&gt;</w:t>
        <w:br/>
        <w:t>і тішивсь, як по пояс в глині&lt;br /&gt;</w:t>
        <w:br/>
        <w:t>весь день ся мусили крутить.</w:t>
      </w:r>
    </w:p>
    <w:p>
      <w:r>
        <w:br/>
        <w:t>Що катував, що збиткувався,&lt;br /&gt;</w:t>
        <w:br/>
        <w:t>останні цомоги з нас ссав,&lt;br /&gt;</w:t>
        <w:br/>
        <w:t>що працев нашов наїдався, —&lt;br /&gt;</w:t>
        <w:br/>
        <w:t>народ терпів все і мовчав.</w:t>
      </w:r>
    </w:p>
    <w:p>
      <w:r>
        <w:br/>
        <w:t>І я терпів не раз і гнувся,&lt;br /&gt;</w:t>
        <w:br/>
        <w:t>но мій терпець вкінці пропав:&lt;br /&gt;</w:t>
        <w:br/>
        <w:t>ну, мою милу — вашу матір —&lt;br /&gt;</w:t>
        <w:br/>
        <w:t>до себе пан в покої взяв!</w:t>
      </w:r>
    </w:p>
    <w:p>
      <w:r>
        <w:br/>
        <w:t>Та й ще, — шептали стиха люди, —&lt;br /&gt;</w:t>
        <w:br/>
        <w:t>мене в рекрути хоче дать…&lt;br /&gt;</w:t>
        <w:br/>
        <w:t>Я чув, що лихо не минеться,&lt;br /&gt;</w:t>
        <w:br/>
        <w:t>і я рішився — хвилі ждать.</w:t>
      </w:r>
    </w:p>
    <w:p>
      <w:r>
        <w:br/>
        <w:t>Сейчас на другий день погнали&lt;br /&gt;</w:t>
        <w:br/>
        <w:t>нас, може, двадцять парубків,&lt;br /&gt;</w:t>
        <w:br/>
        <w:t>у панський сад, — бач, захотів пан&lt;br /&gt;</w:t>
        <w:br/>
        <w:t>в саду кручених хідників.</w:t>
      </w:r>
    </w:p>
    <w:p>
      <w:r>
        <w:br/>
        <w:t>Розставив нас тивон, відмірив,&lt;br /&gt;</w:t>
        <w:br/>
        <w:t>що кождий мав за день скопать…&lt;br /&gt;</w:t>
        <w:br/>
        <w:t>Мене в такий дав закамарок,&lt;br /&gt;</w:t>
        <w:br/>
        <w:t>що вкруг нікого не видать.</w:t>
      </w:r>
    </w:p>
    <w:p>
      <w:r>
        <w:br/>
        <w:t>Направо гліг розлогий, груші,&lt;br /&gt;</w:t>
        <w:br/>
        <w:t>іззаду возівні стіна,&lt;br /&gt;</w:t>
        <w:br/>
        <w:t>край неї хвірточка маленька…&lt;br /&gt;</w:t>
        <w:br/>
        <w:t>Ну, став я. Холод, тишина,</w:t>
      </w:r>
    </w:p>
    <w:p>
      <w:r>
        <w:br/>
        <w:t>крізь листя сонечко меркоче,&lt;br /&gt;</w:t>
        <w:br/>
        <w:t>мов злоті шнури в густині…&lt;br /&gt;</w:t>
        <w:br/>
        <w:t>Я став, — так якось важко, сумно&lt;br /&gt;</w:t>
        <w:br/>
        <w:t>в душі зробилося мені…</w:t>
      </w:r>
    </w:p>
    <w:p>
      <w:r>
        <w:br/>
        <w:t>Рискаль з рук випав. Я подував:&lt;br /&gt;</w:t>
        <w:br/>
        <w:t>"Бог вість, чи довго ще на сей&lt;br /&gt;</w:t>
        <w:br/>
        <w:t>хороший світ буду глядіти?"&lt;br /&gt;</w:t>
        <w:br/>
        <w:t>І сльози бризнули з очей.</w:t>
      </w:r>
    </w:p>
    <w:p>
      <w:r>
        <w:br/>
        <w:t>Аж гілка хрусь! Я обзираюсь —&lt;br /&gt;</w:t>
        <w:br/>
        <w:t>передо мною пан стоїть,&lt;br /&gt;</w:t>
        <w:br/>
        <w:t>цілий почервонів зо злості,&lt;br /&gt;</w:t>
        <w:br/>
        <w:t>в руці шнур зложений держить.</w:t>
      </w:r>
    </w:p>
    <w:p>
      <w:r>
        <w:br/>
        <w:t>"Га, — крикнув, — шельмо, так ти робиш!"&lt;br /&gt;</w:t>
        <w:br/>
        <w:t>На мене шнуром замахнувсь, —&lt;br /&gt;</w:t>
        <w:br/>
        <w:t>і в мні мов блисло: все ми одно!&lt;br /&gt;</w:t>
        <w:br/>
        <w:t>Я скочив, наче вуж звинувсь,</w:t>
      </w:r>
    </w:p>
    <w:p>
      <w:r>
        <w:br/>
        <w:t>з руки му вирвав шнур, в тій хвилі&lt;br /&gt;</w:t>
        <w:br/>
        <w:t>заверг на шию, зашморгнув&lt;br /&gt;</w:t>
        <w:br/>
        <w:t>і, пок ще пан скричати здужав,&lt;br /&gt;</w:t>
        <w:br/>
        <w:t>на конар груші відтягнув.</w:t>
      </w:r>
    </w:p>
    <w:p>
      <w:r>
        <w:br/>
        <w:t>Затріпавсь пан — коротку хвилю…&lt;br /&gt;</w:t>
        <w:br/>
        <w:t>Я в другий кут — хоть весь дрижав —&lt;br /&gt;</w:t>
        <w:br/>
        <w:t>став, так коплю, так працюю…&lt;br /&gt;</w:t>
        <w:br/>
        <w:t>Ну, дав біг, я спокійний став.</w:t>
      </w:r>
    </w:p>
    <w:p>
      <w:r>
        <w:br/>
        <w:t>Гляджу: тиша, нема нікого,&lt;br /&gt;</w:t>
        <w:br/>
        <w:t>пан висить… От тоді я в крик:&lt;br /&gt;</w:t>
        <w:br/>
        <w:t>"Рятуйте! Гвалту! Пан повісивсь!"&lt;br /&gt;</w:t>
        <w:br/>
        <w:t>На крик летить тивон, візник,</w:t>
      </w:r>
    </w:p>
    <w:p>
      <w:r>
        <w:br/>
        <w:t>летять робітники і слуги…&lt;br /&gt;</w:t>
        <w:br/>
        <w:t>Круг груші стали і глядять,&lt;br /&gt;</w:t>
        <w:br/>
        <w:t>мов остовпілі, — не рятують,&lt;br /&gt;</w:t>
        <w:br/>
        <w:t>не відтинають, а мовчать.</w:t>
      </w:r>
    </w:p>
    <w:p>
      <w:r>
        <w:br/>
        <w:t>А далі слуги всі розбіглись&lt;br /&gt;</w:t>
        <w:br/>
        <w:t>на всі боки: хто дещо мав&lt;br /&gt;</w:t>
        <w:br/>
        <w:t>накрадене — побіг ховати,&lt;br /&gt;</w:t>
        <w:br/>
        <w:t>а красти, хто ще не накрав.</w:t>
      </w:r>
    </w:p>
    <w:p>
      <w:r>
        <w:br/>
        <w:t>Почула й пані, що ся стало, —&lt;br /&gt;</w:t>
        <w:br/>
        <w:t>не вийшла навіть, — ми самі&lt;br /&gt;</w:t>
        <w:br/>
        <w:t>відтяли го, внесли у сіни&lt;br /&gt;</w:t>
        <w:br/>
        <w:t>і положили на столі.</w:t>
      </w:r>
    </w:p>
    <w:p>
      <w:r>
        <w:br/>
        <w:t>Моя ж Оришка як почула,&lt;br /&gt;</w:t>
        <w:br/>
        <w:t>що пана вже нема, вікном —&lt;br /&gt;</w:t>
        <w:br/>
        <w:t>покій був замкнений — гульнула&lt;br /&gt;</w:t>
        <w:br/>
        <w:t>і, мов скажена, вділ селом</w:t>
      </w:r>
    </w:p>
    <w:p>
      <w:r>
        <w:br/>
        <w:t>домів побігла, мовби гнав хто&lt;br /&gt;</w:t>
        <w:br/>
        <w:t>за нею, — вилізла на під&lt;br /&gt;</w:t>
        <w:br/>
        <w:t>і там просиділа до ночі…&lt;br /&gt;</w:t>
        <w:br/>
        <w:t>От так-то пасмо наших бід</w:t>
      </w:r>
    </w:p>
    <w:p>
      <w:r>
        <w:br/>
        <w:t>урвалося. Ніхто за паном,&lt;br /&gt;</w:t>
        <w:br/>
        <w:t>за катом людським, не жалів.&lt;br /&gt;</w:t>
        <w:br/>
        <w:t>Мене ні про що не питали,&lt;br /&gt;</w:t>
        <w:br/>
        <w:t>і я нічого не повів…"</w:t>
      </w:r>
    </w:p>
    <w:p>
      <w:r>
        <w:br/>
        <w:t>Замовк старий. Стояли люди,&lt;br /&gt;</w:t>
        <w:br/>
        <w:t>мов хмара давніх, вічних бід&lt;br /&gt;</w:t>
        <w:br/>
        <w:t>овіяла їх душу сумом.&lt;br /&gt;</w:t>
        <w:br/>
        <w:t>"Ну, що ж, сусіди, осудіть!"</w:t>
      </w:r>
    </w:p>
    <w:p>
      <w:r>
        <w:br/>
        <w:t>І враз сказали всі сусіди:&lt;br /&gt;</w:t>
        <w:br/>
        <w:t>"Сам бог, як бачим, тя простив,&lt;br /&gt;</w:t>
        <w:br/>
        <w:t>то й людська совість тя прощає".&lt;br /&gt;</w:t>
        <w:br/>
        <w:t>Розкішний усміх прояснив</w:t>
      </w:r>
    </w:p>
    <w:p>
      <w:r>
        <w:br/>
        <w:t>лице старого. Як зірниця&lt;br /&gt;</w:t>
        <w:br/>
        <w:t>заходить тихо над Ділом,&lt;br /&gt;</w:t>
        <w:br/>
        <w:t>так тихо, радісно, спокійно&lt;br /&gt;</w:t>
        <w:br/>
        <w:t>заснув убійця вічним сном.</w:t>
      </w:r>
    </w:p>
    <w:p>
      <w:r>
        <w:br/>
        <w:t>ОСІННІЙ ВІТРЕ, ЩО МОГУЧИМ СТОНОМ...</w:t>
      </w:r>
    </w:p>
    <w:p>
      <w:r>
        <w:br/>
        <w:t>Осінній вітре, що могучим стоном&lt;br /&gt;</w:t>
        <w:br/>
        <w:t>Над лісом стогнеш, мов над сином мати,&lt;br /&gt;</w:t>
        <w:br/>
        <w:t>Що хмари люто гониш небосклоном,&lt;br /&gt;</w:t>
        <w:br/>
        <w:t>Мов хочеш зиму, сон і смерть прогнати —</w:t>
      </w:r>
    </w:p>
    <w:p>
      <w:r>
        <w:br/>
        <w:t>Що у щілинах диким виєш тоном&lt;br /&gt;</w:t>
        <w:br/>
        <w:t>І рвеш солому із сільської хати,&lt;br /&gt;</w:t>
        <w:br/>
        <w:t>Зів'яле листя гоном перегоном&lt;br /&gt;</w:t>
        <w:br/>
        <w:t>По полю котиш, — вітре мій крилатий!</w:t>
      </w:r>
    </w:p>
    <w:p>
      <w:r>
        <w:br/>
        <w:t>Я довго, пильно слухав стону твого&lt;br /&gt;</w:t>
        <w:br/>
        <w:t>І знаю, чом так стогнеш ти і плачеш:&lt;br /&gt;</w:t>
        <w:br/>
        <w:t>Тобі жаль сонця, цвіту, дня літнього!</w:t>
      </w:r>
    </w:p>
    <w:p>
      <w:r>
        <w:br/>
        <w:t>О вітре, брате! Як мене побачиш&lt;br /&gt;</w:t>
        <w:br/>
        <w:t>Старим, зів'ялим, чи й по мні заплачеш,&lt;br /&gt;</w:t>
        <w:br/>
        <w:t>Чи гнівно слід буття завієш мого?..&lt;br /&gt;</w:t>
        <w:br/>
        <w:t>1882</w:t>
      </w:r>
    </w:p>
    <w:p>
      <w:r>
        <w:br/>
        <w:t>ЯК ДВОЄ ЛЮБЛЯТЬСЯ, А ЖДУТЬ...</w:t>
      </w:r>
    </w:p>
    <w:p>
      <w:r>
        <w:br/>
        <w:t>Як двоє любляться, а ждуть&lt;br /&gt;</w:t>
        <w:br/>
        <w:t>Розлуки хоч би на часок,&lt;br /&gt;</w:t>
        <w:br/>
        <w:t>То одно одному дають&lt;br /&gt;</w:t>
        <w:br/>
        <w:t>На пам'ять незабудь-цвіток.</w:t>
      </w:r>
    </w:p>
    <w:p>
      <w:r>
        <w:br/>
        <w:t>Я теж люблю. Палка, важка,&lt;br /&gt;</w:t>
        <w:br/>
        <w:t>Нерадісна моя любов;&lt;br /&gt;</w:t>
        <w:br/>
        <w:t>Вона, мов слабість десь яка,&lt;br /&gt;</w:t>
        <w:br/>
        <w:t>Ввійшла мені вже в кість і кров.</w:t>
      </w:r>
    </w:p>
    <w:p>
      <w:r>
        <w:br/>
        <w:t>Та хоч би й нині жизнь моя&lt;br /&gt;</w:t>
        <w:br/>
        <w:t>Попала в жертву ворогам,&lt;br /&gt;</w:t>
        <w:br/>
        <w:t>Тому, кого кохаю я,&lt;br /&gt;</w:t>
        <w:br/>
        <w:t>Я незабудьки не подам.</w:t>
      </w:r>
    </w:p>
    <w:p>
      <w:r>
        <w:br/>
        <w:t>Забудь мене, народе мій,&lt;br /&gt;</w:t>
        <w:br/>
        <w:t>Коли щасливий і міцний,&lt;br /&gt;</w:t>
        <w:br/>
        <w:t>До праці станеш на свій лан&lt;br /&gt;</w:t>
        <w:br/>
        <w:t>І в своїй хаті будеш пан;</w:t>
      </w:r>
    </w:p>
    <w:p>
      <w:r>
        <w:br/>
        <w:t>Коли не буде між тобою&lt;br /&gt;</w:t>
        <w:br/>
        <w:t>Ані голодних, ні трудних,&lt;br /&gt;</w:t>
        <w:br/>
        <w:t>Ані обійдених судьбою,&lt;br /&gt;</w:t>
        <w:br/>
        <w:t>Ні слуг, ані панів бутних;</w:t>
      </w:r>
    </w:p>
    <w:p>
      <w:r>
        <w:br/>
        <w:t>Коли у всіх твоїх дітий&lt;br /&gt;</w:t>
        <w:br/>
        <w:t>Чуття та мислі розцвітуть,&lt;br /&gt;</w:t>
        <w:br/>
        <w:t>Ти станеш чистий, мов святий,&lt;br /&gt;</w:t>
        <w:br/>
        <w:t>Тоді про мене ти забудь.&lt;br /&gt;</w:t>
        <w:br/>
        <w:t>Написано в р.1883.</w:t>
      </w:r>
    </w:p>
    <w:p>
      <w:r>
        <w:br/>
        <w:t>СМЕРТЕЛЬНО РАНЕНИЙ</w:t>
      </w:r>
    </w:p>
    <w:p>
      <w:r>
        <w:br/>
        <w:t>Спинили кров. Пощо спиняти?&lt;br /&gt;</w:t>
        <w:br/>
        <w:t>Нехай тече та клекотить,&lt;br /&gt;</w:t>
        <w:br/>
        <w:t>Як та криниця! Час вмирати,&lt;br /&gt;</w:t>
        <w:br/>
        <w:t>Бо страшно, тяжко в світі жить.&lt;br /&gt;</w:t>
        <w:br/>
        <w:t>Ох, як болить! Та се лиш хвилю.&lt;br /&gt;</w:t>
        <w:br/>
        <w:t>Вже полекша, знать, настає…&lt;br /&gt;</w:t>
        <w:br/>
        <w:t>Великий пан прийде, похилю&lt;br /&gt;</w:t>
        <w:br/>
        <w:t>Остатній раз чоло своє&lt;br /&gt;</w:t>
        <w:br/>
        <w:t>Під сильною його рукою&lt;br /&gt;</w:t>
        <w:br/>
        <w:t>Й війду у царство супокою.</w:t>
      </w:r>
    </w:p>
    <w:p>
      <w:r>
        <w:br/>
        <w:t>Що там за гомін? Надо мною&lt;br /&gt;</w:t>
        <w:br/>
        <w:t>Лавиною він кам'яною&lt;br /&gt;</w:t>
        <w:br/>
        <w:t>Гримить, мов чорная гора.&lt;br /&gt;</w:t>
        <w:br/>
        <w:t>Що то за крик? Ах, знаю, знаю!&lt;br /&gt;</w:t>
        <w:br/>
        <w:t>Виразно, ясно споминаю:&lt;br /&gt;</w:t>
        <w:br/>
        <w:t>Се та сподівана пора!&lt;br /&gt;</w:t>
        <w:br/>
        <w:t>Там вулицями стугонить&lt;br /&gt;</w:t>
        <w:br/>
        <w:t>Ріка народу і валить&lt;br /&gt;</w:t>
        <w:br/>
        <w:t>Тиранський трон! Гармати грають,&lt;br /&gt;</w:t>
        <w:br/>
        <w:t>Реве пожежа, кровця рине,&lt;br /&gt;</w:t>
        <w:br/>
        <w:t>А люди вереск підіймають,&lt;br /&gt;</w:t>
        <w:br/>
        <w:t>Страх їм замовкнуть не дає.&lt;br /&gt;</w:t>
        <w:br/>
        <w:t>То революція, єдине,&lt;br /&gt;</w:t>
        <w:br/>
        <w:t>Коханеє дитя моє.</w:t>
      </w:r>
    </w:p>
    <w:p>
      <w:r>
        <w:br/>
        <w:t>Га, де я? Чом я не між ними,&lt;br /&gt;</w:t>
        <w:br/>
        <w:t>Не між борцями молодими,&lt;br /&gt;</w:t>
        <w:br/>
        <w:t>Не в вирі лютої війни?&lt;br /&gt;</w:t>
        <w:br/>
        <w:t>О боже! Трони і тирани&lt;br /&gt;</w:t>
        <w:br/>
        <w:t>Втонуть у крові, а вони&lt;br /&gt;</w:t>
        <w:br/>
        <w:t>Сказать готові:"Де ж був ти?&lt;br /&gt;</w:t>
        <w:br/>
        <w:t>Чому не бився разом з нами&lt;br /&gt;</w:t>
        <w:br/>
        <w:t>Проти неволі й темноти?"&lt;br /&gt;</w:t>
        <w:br/>
        <w:t>Я ж довго, тяжко працював&lt;br /&gt;</w:t>
        <w:br/>
        <w:t>І слушного часу все ждав, —&lt;br /&gt;</w:t>
        <w:br/>
        <w:t>Де ж я тепер? Куди попав?</w:t>
      </w:r>
    </w:p>
    <w:p>
      <w:r>
        <w:br/>
        <w:t>Понурі стіни і склепіння&lt;br /&gt;</w:t>
        <w:br/>
        <w:t>Злорадо пнуться наді мною,&lt;br /&gt;</w:t>
        <w:br/>
        <w:t>Мов вороги, — бліде проміння&lt;br /&gt;</w:t>
        <w:br/>
        <w:t>Ледве тісненькою шпарою&lt;br /&gt;</w:t>
        <w:br/>
        <w:t>Знадвору ллється. Прояснилось…&lt;br /&gt;</w:t>
        <w:br/>
        <w:t>На мні, довкола мене кров…&lt;br /&gt;</w:t>
        <w:br/>
        <w:t>Не можу встати… Чи то снилось,&lt;br /&gt;</w:t>
        <w:br/>
        <w:t>Що в пропасть впав я стімголов?&lt;br /&gt;</w:t>
        <w:br/>
        <w:t>Немов потовчене все тіло…&lt;br /&gt;</w:t>
        <w:br/>
        <w:t>А там… а там кипить десь діло,&lt;br /&gt;</w:t>
        <w:br/>
        <w:t>Що час його тепер прийшов.</w:t>
      </w:r>
    </w:p>
    <w:p>
      <w:r>
        <w:br/>
        <w:t>Година тому — я дав знак&lt;br /&gt;</w:t>
        <w:br/>
        <w:t>До лютого, страшного бою.&lt;br /&gt;</w:t>
        <w:br/>
        <w:t>Я сильний був, здоров… О, як&lt;br /&gt;</w:t>
        <w:br/>
        <w:t>Бажав я кинуться стрілою…&lt;br /&gt;</w:t>
        <w:br/>
        <w:t>Хоч наложити головою,&lt;br /&gt;</w:t>
        <w:br/>
        <w:t>Аби лиш ворога зламать!&lt;br /&gt;</w:t>
        <w:br/>
        <w:t>І впав я в першому ряду.&lt;br /&gt;</w:t>
        <w:br/>
        <w:t>Куди піду, туди піду, —&lt;br /&gt;</w:t>
        <w:br/>
        <w:t>Чи буде хто про мене знать,&lt;br /&gt;</w:t>
        <w:br/>
        <w:t>Чи ні, байдуже се мені.&lt;br /&gt;</w:t>
        <w:br/>
        <w:t>Зробив я те, що міг зробити;&lt;br /&gt;</w:t>
        <w:br/>
        <w:t>Чи добре — не мені судити,&lt;br /&gt;</w:t>
        <w:br/>
        <w:t>А те, що жде по кінчині,&lt;br /&gt;</w:t>
        <w:br/>
        <w:t>Ось-ось ввижається, немов у сні.&lt;br /&gt;</w:t>
        <w:br/>
        <w:t>Написано 1883 р., докінчено д[ня] 15 вересня 1914.</w:t>
      </w:r>
    </w:p>
    <w:p>
      <w:r>
        <w:br/>
        <w:t>НЕ СХИЛЯЙ СВОЄ ЛИЧКО ПРЕКРАСНЕ...</w:t>
      </w:r>
    </w:p>
    <w:p>
      <w:r>
        <w:br/>
        <w:t>Не схиляй своє личко прекрасне,&lt;br /&gt;</w:t>
        <w:br/>
        <w:t>Не затулюй повіками віч,&lt;br /&gt;</w:t>
        <w:br/>
        <w:t>Із котрих то мигоче, то гасне&lt;br /&gt;</w:t>
        <w:br/>
        <w:t>Промінь світла в життя мого ніч.</w:t>
      </w:r>
    </w:p>
    <w:p>
      <w:r>
        <w:br/>
        <w:t>Дай мені ссать з жагою голодного&lt;br /&gt;</w:t>
        <w:br/>
        <w:t>Теє райське проміння живе,&lt;br /&gt;</w:t>
        <w:br/>
        <w:t>Що з таємних глибин благородного,&lt;br /&gt;</w:t>
        <w:br/>
        <w:t>Непорочного серця пливе!</w:t>
      </w:r>
    </w:p>
    <w:p>
      <w:r>
        <w:br/>
        <w:t>Щоб, тебе над життя я кохаючи,&lt;br /&gt;</w:t>
        <w:br/>
        <w:t>Так добро теж і правду кохав,&lt;br /&gt;</w:t>
        <w:br/>
        <w:t>Про твоє ущасливлення дбаючи,&lt;br /&gt;</w:t>
        <w:br/>
        <w:t>Я й про бідних, покривджених дбав.</w:t>
      </w:r>
    </w:p>
    <w:p>
      <w:r>
        <w:br/>
        <w:t>Ти будь іскрою в мні громовинною,&lt;br /&gt;</w:t>
        <w:br/>
        <w:t>Що і в мертвому збуджує рух,&lt;br /&gt;</w:t>
        <w:br/>
        <w:t>Будь вітхнення струєю невпинною,&lt;br /&gt;</w:t>
        <w:br/>
        <w:t>Що рве вгору і серце, і дух.</w:t>
      </w:r>
    </w:p>
    <w:p>
      <w:r>
        <w:br/>
        <w:t>Хай у серденьку віру в будущеє&lt;br /&gt;</w:t>
        <w:br/>
        <w:t>Відновлять твої ніжні слова,&lt;br /&gt;</w:t>
        <w:br/>
        <w:t>Відновлять пісень джерло цілющеє,&lt;br /&gt;</w:t>
        <w:br/>
        <w:t>Що зморозила жизні зима.</w:t>
      </w:r>
    </w:p>
    <w:p>
      <w:r>
        <w:br/>
        <w:t>Розігнавши всі сумніви й муку,&lt;br /&gt;</w:t>
        <w:br/>
        <w:t>Ти цілим мене мужем зроби,&lt;br /&gt;</w:t>
        <w:br/>
        <w:t>Щоб з тобою я жив рука в руку&lt;br /&gt;</w:t>
        <w:br/>
        <w:t>Для добра, для людей, для борби.&lt;br /&gt;</w:t>
        <w:br/>
        <w:t>Написано в Станіславові в вересні 1883</w:t>
      </w:r>
    </w:p>
    <w:p>
      <w:r>
        <w:br/>
        <w:t>Я ЗАБУВ</w:t>
      </w:r>
    </w:p>
    <w:p>
      <w:r>
        <w:br/>
        <w:t>Я й забув, що то осінь холодна,&lt;br /&gt;</w:t>
        <w:br/>
        <w:t>Я й забув, що то смерті пора,&lt;br /&gt;</w:t>
        <w:br/>
        <w:t>Я й забув, що ти кров благородна,&lt;br /&gt;</w:t>
        <w:br/>
        <w:t>Що між нами безодня стара,&lt;br /&gt;</w:t>
        <w:br/>
        <w:t>Що між нами народнії сльози,&lt;br /&gt;</w:t>
        <w:br/>
        <w:t>Що любиться нам зовсім не слід;&lt;br /&gt;</w:t>
        <w:br/>
        <w:t>Я й забув, що столітні погрози&lt;br /&gt;</w:t>
        <w:br/>
        <w:t>Відлучили від мого твій рід.</w:t>
      </w:r>
    </w:p>
    <w:p>
      <w:r>
        <w:br/>
        <w:t>Я забув — ні, я думав, безумний,&lt;br /&gt;</w:t>
        <w:br/>
        <w:t>Що засипана прірва стара,&lt;br /&gt;</w:t>
        <w:br/>
        <w:t>Заповнили її трупи й трумни…&lt;br /&gt;</w:t>
        <w:br/>
        <w:t>Отже ж ні! Ще, мабуть, не пора!&lt;br /&gt;</w:t>
        <w:br/>
        <w:t>О, забув я про тин той спижевий,&lt;br /&gt;</w:t>
        <w:br/>
        <w:t>Що між нами границею став,&lt;br /&gt;</w:t>
        <w:br/>
        <w:t>І тебе я, мій цвіте рожевий,&lt;br /&gt;</w:t>
        <w:br/>
        <w:t>Як лиш міг, як умів, покохав!</w:t>
      </w:r>
    </w:p>
    <w:p>
      <w:r>
        <w:br/>
        <w:t>Я й забув, що вже квіти пов'яли&lt;br /&gt;</w:t>
        <w:br/>
        <w:t>І ні з чого віночка плести,&lt;br /&gt;</w:t>
        <w:br/>
        <w:t>Що вони й не мені розцвітали, —&lt;br /&gt;</w:t>
        <w:br/>
        <w:t>Я забув, і тяжкую нести&lt;br /&gt;</w:t>
        <w:br/>
        <w:t>Доведесь мені кару за теє!&lt;br /&gt;</w:t>
        <w:br/>
        <w:t>Я забув, моя біла лілеє,&lt;br /&gt;</w:t>
        <w:br/>
        <w:t>Що моєю не можеш назватися ти, —&lt;br /&gt;</w:t>
        <w:br/>
        <w:t>Я забувся, прости!&lt;br /&gt;</w:t>
        <w:br/>
        <w:t>Написано д[ня] 10 падолиста 1883 р.</w:t>
      </w:r>
    </w:p>
    <w:p>
      <w:r>
        <w:br/>
        <w:t>ОСТОРОГА</w:t>
      </w:r>
    </w:p>
    <w:p>
      <w:r>
        <w:br/>
        <w:t>Ей, не люби мене, дівчино!&lt;br /&gt;</w:t>
        <w:br/>
        <w:t>Як хочеш любощів речистих,&lt;br /&gt;</w:t>
        <w:br/>
        <w:t>Як хочеш розкоші й огнистих&lt;br /&gt;</w:t>
        <w:br/>
        <w:t>Присяг, заклять і зітхань много,&lt;br /&gt;</w:t>
        <w:br/>
        <w:t>Щоб нерви мліли, дух спирало,&lt;br /&gt;</w:t>
        <w:br/>
        <w:t>Кров билась бурно, безупинно&lt;br /&gt;</w:t>
        <w:br/>
        <w:t>І серце в груді завмирало, —&lt;br /&gt;</w:t>
        <w:br/>
        <w:t>Коли бажаєш всього того,&lt;br /&gt;</w:t>
        <w:br/>
        <w:t>То не люби мене, дівчино!</w:t>
      </w:r>
    </w:p>
    <w:p>
      <w:r>
        <w:br/>
        <w:t>Ей, не люби мене, дівчино,&lt;br /&gt;</w:t>
        <w:br/>
        <w:t>Як хочеш жити в супокою,&lt;br /&gt;</w:t>
        <w:br/>
        <w:t>Плідне мов древо над рікою,&lt;br /&gt;</w:t>
        <w:br/>
        <w:t>Діток коханих годувати,&lt;br /&gt;</w:t>
        <w:br/>
        <w:t>Синів давати в школу, в люде,&lt;br /&gt;</w:t>
        <w:br/>
        <w:t>Дочкам готовить нишком віно,&lt;br /&gt;</w:t>
        <w:br/>
        <w:t>На власну путь благословляти, —&lt;br /&gt;</w:t>
        <w:br/>
        <w:t>Зо мною, хто зна, чи те буде,&lt;br /&gt;</w:t>
        <w:br/>
        <w:t>Тож не люби мене, дівчино!</w:t>
      </w:r>
    </w:p>
    <w:p>
      <w:r>
        <w:br/>
        <w:t>Бо я борець, моя рибчино!&lt;br /&gt;</w:t>
        <w:br/>
        <w:t>Бо я робітник твердорукий,&lt;br /&gt;</w:t>
        <w:br/>
        <w:t>Мене труди ждуть, бої й муки,&lt;br /&gt;</w:t>
        <w:br/>
        <w:t>Мене ждуть бурі громовії,&lt;br /&gt;</w:t>
        <w:br/>
        <w:t>Що, може, й розіб'ють судно те,&lt;br /&gt;</w:t>
        <w:br/>
        <w:t>В котрім ми попливем, дитино!&lt;br /&gt;</w:t>
        <w:br/>
        <w:t>Як зможеш ти тягти весло те&lt;br /&gt;</w:t>
        <w:br/>
        <w:t>І не злякають бурі тії,&lt;br /&gt;</w:t>
        <w:br/>
        <w:t>Тоді люби мене, дівчино!&lt;br /&gt;</w:t>
        <w:br/>
        <w:t>Написано 10 падолиста 1883 р., досі не друковано.</w:t>
      </w:r>
    </w:p>
    <w:p>
      <w:r>
        <w:br/>
        <w:t>АПОСТРОФА</w:t>
      </w:r>
    </w:p>
    <w:p>
      <w:r>
        <w:br/>
        <w:t>Квітко осінняя,&lt;br /&gt;</w:t>
        <w:br/>
        <w:t>Квітко бліда!&lt;br /&gt;</w:t>
        <w:br/>
        <w:t>Вже пора змінная,&lt;br /&gt;</w:t>
        <w:br/>
        <w:t>Сльоти, біда,&lt;br /&gt;</w:t>
        <w:br/>
        <w:t>Ранки з морозами,&lt;br /&gt;</w:t>
        <w:br/>
        <w:t>Млистії дні, —&lt;br /&gt;</w:t>
        <w:br/>
        <w:t>Вмитая сльозами&lt;br /&gt;</w:t>
        <w:br/>
        <w:t>Зв'янеш на пні.</w:t>
      </w:r>
    </w:p>
    <w:p>
      <w:r>
        <w:br/>
        <w:t>Ох, не розвивши ще&lt;br /&gt;</w:t>
        <w:br/>
        <w:t>Сил весь засіб&lt;br /&gt;</w:t>
        <w:br/>
        <w:t>І не нажившись ще,&lt;br /&gt;</w:t>
        <w:br/>
        <w:t>Ляжеш у гріб.</w:t>
      </w:r>
    </w:p>
    <w:p>
      <w:r>
        <w:br/>
        <w:t>Квітко осінняя,&lt;br /&gt;</w:t>
        <w:br/>
        <w:t>Що се тобі,&lt;br /&gt;</w:t>
        <w:br/>
        <w:t>Що не розвилась ти&lt;br /&gt;</w:t>
        <w:br/>
        <w:t>В раншій добі?&lt;br /&gt;</w:t>
        <w:br/>
        <w:t>Чи доля лютая,&lt;br /&gt;</w:t>
        <w:br/>
        <w:t>Мачуха, знай,&lt;br /&gt;</w:t>
        <w:br/>
        <w:t>Не привела тебе&lt;br /&gt;</w:t>
        <w:br/>
        <w:t>В легітний май?&lt;br /&gt;</w:t>
        <w:br/>
        <w:t>Чи з милосердя&lt;br /&gt;</w:t>
        <w:br/>
        <w:t>Далась ти на глум,&lt;br /&gt;</w:t>
        <w:br/>
        <w:t>Щоб потішати наш&lt;br /&gt;</w:t>
        <w:br/>
        <w:t>Осінній сум?&lt;br /&gt;</w:t>
        <w:br/>
        <w:t>Написано д[ня] 11 падолиста 1883, досі не друковано.</w:t>
      </w:r>
    </w:p>
    <w:p>
      <w:r>
        <w:br/>
        <w:t>ПЕРСПЕКТИВА</w:t>
      </w:r>
    </w:p>
    <w:p>
      <w:r>
        <w:br/>
        <w:t>Квітко осінняя,&lt;br /&gt;</w:t>
        <w:br/>
        <w:t>Бита сльотою, —&lt;br /&gt;</w:t>
        <w:br/>
        <w:t>Чом так тяжкий мені&lt;br /&gt;</w:t>
        <w:br/>
        <w:t>Жаль за тобою?&lt;br /&gt;</w:t>
        <w:br/>
        <w:t>Стрівши мельком тебе&lt;br /&gt;</w:t>
        <w:br/>
        <w:t>На своїй пути,&lt;br /&gt;</w:t>
        <w:br/>
        <w:t>Чом же не можу я&lt;br /&gt;</w:t>
        <w:br/>
        <w:t>Тебе забути?&lt;br /&gt;</w:t>
        <w:br/>
        <w:t>Чом в самоті мені,&lt;br /&gt;</w:t>
        <w:br/>
        <w:t>В хвилях задуми,&lt;br /&gt;</w:t>
        <w:br/>
        <w:t>Чуються ті грізні&lt;br /&gt;</w:t>
        <w:br/>
        <w:t>Бурі та шуми,&lt;br /&gt;</w:t>
        <w:br/>
        <w:t>Плеще холодний дощ,&lt;br /&gt;</w:t>
        <w:br/>
        <w:t>Вітри ревуть,&lt;br /&gt;</w:t>
        <w:br/>
        <w:t>Що тебе до землі&lt;br /&gt;</w:t>
        <w:br/>
        <w:t>Топчуть і гнуть?&lt;br /&gt;</w:t>
        <w:br/>
        <w:t>Чом у самітньому&lt;br /&gt;</w:t>
        <w:br/>
        <w:t>Важкому сні&lt;br /&gt;</w:t>
        <w:br/>
        <w:t>Бачиться твій сумний&lt;br /&gt;</w:t>
        <w:br/>
        <w:t>Образ мені?&lt;br /&gt;</w:t>
        <w:br/>
        <w:t>І те лице бліде,&lt;br /&gt;</w:t>
        <w:br/>
        <w:t>Зблідле від горя,&lt;br /&gt;</w:t>
        <w:br/>
        <w:t>Й око глибоке те,&lt;br /&gt;</w:t>
        <w:br/>
        <w:t>Мов бездна моря;&lt;br /&gt;</w:t>
        <w:br/>
        <w:t>Руки дитячії&lt;br /&gt;</w:t>
        <w:br/>
        <w:t>З труду обвисли&lt;br /&gt;</w:t>
        <w:br/>
        <w:t>І на чолі блідім&lt;br /&gt;</w:t>
        <w:br/>
        <w:t>Ясний знак мисли;&lt;br /&gt;</w:t>
        <w:br/>
        <w:t>Ніжні уста, любих&lt;br /&gt;</w:t>
        <w:br/>
        <w:t>Слів джерело,&lt;br /&gt;</w:t>
        <w:br/>
        <w:t>Шо з них нарікання&lt;br /&gt;</w:t>
        <w:br/>
        <w:t>Ще не плило?&lt;br /&gt;</w:t>
        <w:br/>
        <w:t>Світла і чистая,&lt;br /&gt;</w:t>
        <w:br/>
        <w:t>З нічної темені&lt;br /&gt;</w:t>
        <w:br/>
        <w:t>Чом так жалібно ти&lt;br /&gt;</w:t>
        <w:br/>
        <w:t>Глядиш в лице мені?&lt;br /&gt;</w:t>
        <w:br/>
        <w:t>Чом твоє тихеє,&lt;br /&gt;</w:t>
        <w:br/>
        <w:t>Добреє око&lt;br /&gt;</w:t>
        <w:br/>
        <w:t>Так проника мені&lt;br /&gt;</w:t>
        <w:br/>
        <w:t>В душу глибоко?&lt;br /&gt;</w:t>
        <w:br/>
        <w:t>І пробира мене&lt;br /&gt;</w:t>
        <w:br/>
        <w:t>Трепет таємний,&lt;br /&gt;</w:t>
        <w:br/>
        <w:t>Але втиша мене&lt;br /&gt;</w:t>
        <w:br/>
        <w:t>Голос неземний:&lt;br /&gt;</w:t>
        <w:br/>
        <w:t>"Ні, друже, ні, не нам&lt;br /&gt;</w:t>
        <w:br/>
        <w:t>Снить про жизнь любу,&lt;br /&gt;</w:t>
        <w:br/>
        <w:t>Буря осіння нам&lt;br /&gt;</w:t>
        <w:br/>
        <w:t>Гра — не до шлюбу.&lt;br /&gt;</w:t>
        <w:br/>
        <w:t>Рада б життя прожить,&lt;br /&gt;</w:t>
        <w:br/>
        <w:t>Друже, при тобі,&lt;br /&gt;</w:t>
        <w:br/>
        <w:t>Та вже зима біжить,&lt;br /&gt;</w:t>
        <w:br/>
        <w:t>Що, може, нас зложить&lt;br /&gt;</w:t>
        <w:br/>
        <w:t>В спільному гробі".&lt;br /&gt;</w:t>
        <w:br/>
        <w:t>Написано д[ня] 14 падолиста 1883 р. досі не друковано.</w:t>
      </w:r>
    </w:p>
    <w:p>
      <w:r>
        <w:br/>
        <w:t>ЗВІРЯЧИЙ ПАРЛАМЕНТ</w:t>
      </w:r>
    </w:p>
    <w:p>
      <w:r>
        <w:br/>
        <w:t>(Уривок політичної байки)</w:t>
      </w:r>
    </w:p>
    <w:p>
      <w:r>
        <w:br/>
        <w:t>Надоїло самовладно Львові панувати&lt;br /&gt;</w:t>
        <w:br/>
        <w:t>Довелося volens nolens [1] конституц'ю дати.&lt;br /&gt;</w:t>
        <w:br/>
        <w:t>Радість у звірячім царстві. "От тепер нам гарно!&lt;br /&gt;</w:t>
        <w:br/>
        <w:t>Бо хоч будуть брати й драти, то парламентарно".</w:t>
      </w:r>
    </w:p>
    <w:p>
      <w:r>
        <w:br/>
        <w:t>От розписано вибори. Ну, се кождий знає,&lt;br /&gt;</w:t>
        <w:br/>
        <w:t>Як то при таких виборах у звірів буває.&lt;br /&gt;</w:t>
        <w:br/>
        <w:t>Вівці, що найбільшу в краю представляли масу,&lt;br /&gt;</w:t>
        <w:br/>
        <w:t>Вибрали Вовків послами, що прибігли "з лясу".&lt;br /&gt;</w:t>
        <w:br/>
        <w:t>А лиш трьох зі свого роду. Посумніли Вівці:&lt;br /&gt;</w:t>
        <w:br/>
        <w:t>"От, бач, штука! Конституц'я із Вовками в спілці!"</w:t>
      </w:r>
    </w:p>
    <w:p>
      <w:r>
        <w:br/>
        <w:t>От зійшлись посли звірячі на сеймове віче, —&lt;br /&gt;</w:t>
        <w:br/>
        <w:t>Лис Микита був маршалком, Носоріг був віце,&lt;br /&gt;</w:t>
        <w:br/>
        <w:t>А від Льва Медвідь Заліський мав верховну владу.&lt;br /&gt;</w:t>
        <w:br/>
        <w:t>Лис Микита, вклонившися, отворив нараду:</w:t>
      </w:r>
    </w:p>
    <w:p>
      <w:r>
        <w:br/>
        <w:t>"Чесне собраніє!&lt;br /&gt;</w:t>
        <w:br/>
        <w:t>Дуже я рад,&lt;br /&gt;</w:t>
        <w:br/>
        <w:t>Що де не гляну я, —&lt;br /&gt;</w:t>
        <w:br/>
        <w:t>Згода та лад.</w:t>
      </w:r>
    </w:p>
    <w:p>
      <w:r>
        <w:br/>
        <w:t>Мов на прагнущії&lt;br /&gt;</w:t>
        <w:br/>
        <w:t>Діти краси&lt;br /&gt;</w:t>
        <w:br/>
        <w:t>Впали цілющії&lt;br /&gt;</w:t>
        <w:br/>
        <w:t>Краплі роси,&lt;br /&gt;</w:t>
        <w:br/>
        <w:t>Так і в суспільності&lt;br /&gt;</w:t>
        <w:br/>
        <w:t>В нашій землі&lt;br /&gt;</w:t>
        <w:br/>
        <w:t>Сімена спільності&lt;br /&gt;</w:t>
        <w:br/>
        <w:t>Й згоди зійшли.&lt;br /&gt;</w:t>
        <w:br/>
        <w:t>Вороги знатнії&lt;br /&gt;</w:t>
        <w:br/>
        <w:t>Предовгий час&lt;br /&gt;</w:t>
        <w:br/>
        <w:t>Сіяли братнії&lt;br /&gt;</w:t>
        <w:br/>
        <w:t>Розлади в нас,&lt;br /&gt;</w:t>
        <w:br/>
        <w:t>Визивали розличнії&lt;br /&gt;</w:t>
        <w:br/>
        <w:t>Мари грізні,&lt;br /&gt;</w:t>
        <w:br/>
        <w:t>Систематичнії&lt;br /&gt;</w:t>
        <w:br/>
        <w:t>Плели брехні,&lt;br /&gt;</w:t>
        <w:br/>
        <w:t>Щоб молодечую&lt;br /&gt;</w:t>
        <w:br/>
        <w:t>Згоду зірвать,&lt;br /&gt;</w:t>
        <w:br/>
        <w:t>Масу овечую&lt;br /&gt;</w:t>
        <w:br/>
        <w:t>Підбунтувать,&lt;br /&gt;</w:t>
        <w:br/>
        <w:t>Щоб плем'я вовчеє&lt;br /&gt;</w:t>
        <w:br/>
        <w:t>Слабло само,&lt;br /&gt;</w:t>
        <w:br/>
        <w:t>Всіх в якнайдовшеє&lt;br /&gt;</w:t>
        <w:br/>
        <w:t>Впрягти ярмо.</w:t>
      </w:r>
    </w:p>
    <w:p>
      <w:r>
        <w:br/>
        <w:t>Та міць господняя&lt;br /&gt;</w:t>
        <w:br/>
        <w:t>Розбила їх,&lt;br /&gt;</w:t>
        <w:br/>
        <w:t>Підлість б[ез]одняя&lt;br /&gt;</w:t>
        <w:br/>
        <w:t>Сповзла, мов сніг.&lt;br /&gt;</w:t>
        <w:br/>
        <w:t>В щирім довірії&lt;br /&gt;</w:t>
        <w:br/>
        <w:t>Вівці к братам&lt;br /&gt;</w:t>
        <w:br/>
        <w:t>В обійми сірії&lt;br /&gt;</w:t>
        <w:br/>
        <w:t>Верглись Вовкам.&lt;br /&gt;</w:t>
        <w:br/>
        <w:t>Раді традиції&lt;br /&gt;</w:t>
        <w:br/>
        <w:t>Давні держать,&lt;br /&gt;</w:t>
        <w:br/>
        <w:t>В вовчій опіці і&lt;br /&gt;</w:t>
        <w:br/>
        <w:t>Жить, і вмирать.&lt;br /&gt;</w:t>
        <w:br/>
        <w:t>Раді повинності&lt;br /&gt;</w:t>
        <w:br/>
        <w:t>Давні нести&lt;br /&gt;</w:t>
        <w:br/>
        <w:t>Без супротивності&lt;br /&gt;</w:t>
        <w:br/>
        <w:t>Й хитрої мсти".&lt;br /&gt;</w:t>
        <w:br/>
        <w:t>Написано д[ня] 15 вересня 1883, досі не друковано.</w:t>
      </w:r>
    </w:p>
    <w:p>
      <w:r>
        <w:br/>
        <w:t>НЕ БЕЗ АЛЕ</w:t>
      </w:r>
    </w:p>
    <w:p>
      <w:r>
        <w:br/>
        <w:t>Гарна дівчино, ти, цвіте розвитий,&lt;br /&gt;</w:t>
        <w:br/>
        <w:t>Глянуть на тебе — значить полюбити,&lt;br /&gt;</w:t>
        <w:br/>
        <w:t>Глянуть в ті очі, як море без дна,&lt;br /&gt;</w:t>
        <w:br/>
        <w:t>Вчути той голос, дзвінкий, як струна,</w:t>
      </w:r>
    </w:p>
    <w:p>
      <w:r>
        <w:br/>
        <w:t>Вчути той тихий сміх,&lt;br /&gt;</w:t>
        <w:br/>
        <w:t>Сумом повитий, —&lt;br /&gt;</w:t>
        <w:br/>
        <w:t>Як же тебе би міг&lt;br /&gt;</w:t>
        <w:br/>
        <w:t>Хто не любити?</w:t>
      </w:r>
    </w:p>
    <w:p>
      <w:r>
        <w:br/>
        <w:t>Гарна дівчино, блідавая зірко,&lt;br /&gt;</w:t>
        <w:br/>
        <w:t>Думать про тебе і сумно, і гірко.&lt;br /&gt;</w:t>
        <w:br/>
        <w:t>Написано д[ня] 16 марта1884 р., досі не друковано.</w:t>
      </w:r>
    </w:p>
    <w:p>
      <w:r>
        <w:br/>
        <w:t>ПЕРША ВЧИТЕЛЬКА</w:t>
      </w:r>
    </w:p>
    <w:p>
      <w:r>
        <w:br/>
        <w:t>Говорить вість, що перша в раю Єва&lt;br /&gt;</w:t>
        <w:br/>
        <w:t>Згрішила пізнанням добра і зла,&lt;br /&gt;</w:t>
        <w:br/>
        <w:t>Вкусивши плід з заказаного древа,&lt;br /&gt;</w:t>
        <w:br/>
        <w:t>І плоду того мужеві дала.</w:t>
      </w:r>
    </w:p>
    <w:p>
      <w:r>
        <w:br/>
        <w:t>Хто хоче, може вірить тому,&lt;br /&gt;</w:t>
        <w:br/>
        <w:t>Та тут же й заковика немала,&lt;br /&gt;</w:t>
        <w:br/>
        <w:t>Що в доброму порівно, як і в злому,&lt;br /&gt;</w:t>
        <w:br/>
        <w:t>Жона для мужа вчителька була.&lt;br /&gt;</w:t>
        <w:br/>
        <w:t>Написано д[ня] 10 вересня 1884, досі не друковано.</w:t>
      </w:r>
    </w:p>
    <w:p>
      <w:r>
        <w:br/>
        <w:t>ПІДГІР'Я ВЗИМІ</w:t>
      </w:r>
    </w:p>
    <w:p>
      <w:r>
        <w:br/>
        <w:t>"Підгір'я, любов ненаглядна моя!&lt;br /&gt;</w:t>
        <w:br/>
        <w:t>Ось ти, пеленою сніжною&lt;br /&gt;</w:t>
        <w:br/>
        <w:t>Покрите, неначе красавиці труп,&lt;br /&gt;</w:t>
        <w:br/>
        <w:t>Без духу лежиш предо мною.</w:t>
      </w:r>
    </w:p>
    <w:p>
      <w:r>
        <w:br/>
        <w:t>Туманом покрилося небо важким,&lt;br /&gt;</w:t>
        <w:br/>
        <w:t>Туманом насупились гори,&lt;br /&gt;</w:t>
        <w:br/>
        <w:t>І річка під снігом замерла, і ліс&lt;br /&gt;</w:t>
        <w:br/>
        <w:t>Шумні позабув розговори.</w:t>
      </w:r>
    </w:p>
    <w:p>
      <w:r>
        <w:br/>
        <w:t>Морозом тріскучим зціпило тебе.&lt;br /&gt;</w:t>
        <w:br/>
        <w:t>У кригу важку окувало,&lt;br /&gt;</w:t>
        <w:br/>
        <w:t>У сугорбах снігу заглухло село,&lt;br /&gt;</w:t>
        <w:br/>
        <w:t>Життя мов і там вже не стало.</w:t>
      </w:r>
    </w:p>
    <w:p>
      <w:r>
        <w:br/>
        <w:t>Лиш місяць блідий крізь туман прозира,&lt;br /&gt;</w:t>
        <w:br/>
        <w:t>Мов лампа посмертна зіходить,&lt;br /&gt;</w:t>
        <w:br/>
        <w:t>І вовк зголоднілий в яру завива&lt;br /&gt;</w:t>
        <w:br/>
        <w:t>Мов п'яная плачка заводить.</w:t>
      </w:r>
    </w:p>
    <w:p>
      <w:r>
        <w:br/>
        <w:t>Невже-таки вимерло всяке життя,&lt;br /&gt;</w:t>
        <w:br/>
        <w:t>Змагання не бореться жадне&lt;br /&gt;</w:t>
        <w:br/>
        <w:t>З всесильною смертю, з туманом отим,&lt;br /&gt;</w:t>
        <w:br/>
        <w:t>Невже ж ти направду спиш сном гробовим,&lt;br /&gt;</w:t>
        <w:br/>
        <w:t>Підгір'я моє ненаглядне?"</w:t>
      </w:r>
    </w:p>
    <w:p>
      <w:r>
        <w:br/>
        <w:t>Так думав я, їдучи в сумрачну ніч&lt;br /&gt;</w:t>
        <w:br/>
        <w:t>Невтертим ще шляхом к неблизькій ще ціли,&lt;br /&gt;</w:t>
        <w:br/>
        <w:t>І форкали коні, в затвердлім снігу&lt;br /&gt;</w:t>
        <w:br/>
        <w:t>Санки, мов гадюка, шипіли.</w:t>
      </w:r>
    </w:p>
    <w:p>
      <w:r>
        <w:br/>
        <w:t>Підгірська долина, немов домовина,&lt;br /&gt;</w:t>
        <w:br/>
        <w:t>Лежала, мертва, хоч широка, —&lt;br /&gt;</w:t>
        <w:br/>
        <w:t>В морозі, в тумані ні крил, ні пристані&lt;br /&gt;</w:t>
        <w:br/>
        <w:t>Для думки, для серця, для ока.</w:t>
      </w:r>
    </w:p>
    <w:p>
      <w:r>
        <w:br/>
        <w:t>І, тулячись міцно в немудрий кожух,&lt;br /&gt;</w:t>
        <w:br/>
        <w:t>Я думав нерадісну думу&lt;br /&gt;</w:t>
        <w:br/>
        <w:t>Про край сей, про люд сей, — туман і мороз&lt;br /&gt;</w:t>
        <w:br/>
        <w:t>Ще більше наводили суму.</w:t>
      </w:r>
    </w:p>
    <w:p>
      <w:r>
        <w:br/>
        <w:t>Я думав про тьму, що в тих селах царить,&lt;br /&gt;</w:t>
        <w:br/>
        <w:t>Про бідність, про голод, про муку,&lt;br /&gt;</w:t>
        <w:br/>
        <w:t>Про хорих дітей, що тут сотнями мруть,&lt;br /&gt;</w:t>
        <w:br/>
        <w:t>Про ту безпросвітну розпуку.</w:t>
      </w:r>
    </w:p>
    <w:p>
      <w:r>
        <w:br/>
        <w:t>Я думав про тисячі людських п'явок,&lt;br /&gt;</w:t>
        <w:br/>
        <w:t>Що кров ссуть із люду найлуччу,&lt;br /&gt;</w:t>
        <w:br/>
        <w:t>Про тисячі кривд, і неправд, і оскорб,&lt;br /&gt;</w:t>
        <w:br/>
        <w:t>Що рвуть і брудять його душу.</w:t>
      </w:r>
    </w:p>
    <w:p>
      <w:r>
        <w:br/>
        <w:t>І як же тут духові, думці якій&lt;br /&gt;</w:t>
        <w:br/>
        <w:t>З-під криги такої підняться?&lt;br /&gt;</w:t>
        <w:br/>
        <w:t>І як же тут людським змаганням живим&lt;br /&gt;</w:t>
        <w:br/>
        <w:t>У пеклі такім наклюваться?</w:t>
      </w:r>
    </w:p>
    <w:p>
      <w:r>
        <w:br/>
        <w:t>Шипіли санки, мов гадюки, в снігу,&lt;br /&gt;</w:t>
        <w:br/>
        <w:t>І форкали коні, грудками&lt;br /&gt;</w:t>
        <w:br/>
        <w:t>Сніг рвавсь з-під копит їх, я мерз і туливсь.&lt;br /&gt;</w:t>
        <w:br/>
        <w:t>І мучився тими думками.&lt;br /&gt;</w:t>
        <w:br/>
        <w:t>Написано в грудні 1885 р.</w:t>
      </w:r>
    </w:p>
    <w:p>
      <w:r>
        <w:br/>
        <w:t>У ТЕМНУ НІЧ Я МІСТОМ ТИХО БРИВ...</w:t>
      </w:r>
    </w:p>
    <w:p>
      <w:r>
        <w:br/>
        <w:t>У темну ніч я містом тихо брив&lt;br /&gt;</w:t>
        <w:br/>
        <w:t>І в серці ніс своє таємне горе.&lt;br /&gt;</w:t>
        <w:br/>
        <w:t>Кругом життя кипіло, наче море,&lt;br /&gt;</w:t>
        <w:br/>
        <w:t>І блискіт ламп мене дразнив, тіснив.</w:t>
      </w:r>
    </w:p>
    <w:p>
      <w:r>
        <w:br/>
        <w:t>Кай мене шугали швидкії тіні&lt;br /&gt;</w:t>
        <w:br/>
        <w:t>В театр, на бал, у клуб, в шинок, домів,&lt;br /&gt;</w:t>
        <w:br/>
        <w:t>Фіакри гуркотали по камінні,&lt;br /&gt;</w:t>
        <w:br/>
        <w:t>А в далі дзвін понуро щось гримів.</w:t>
      </w:r>
    </w:p>
    <w:p>
      <w:r>
        <w:br/>
        <w:t>Втім тінь одна шугнула поуз мене:&lt;br /&gt;</w:t>
        <w:br/>
        <w:t>Вся в чорнім, тихо, звільна йшла вона.&lt;br /&gt;</w:t>
        <w:br/>
        <w:t>Зирнула — і з душі з самого дна&lt;br /&gt;</w:t>
        <w:br/>
        <w:t>Знов піднялось все горе утаєне.</w:t>
      </w:r>
    </w:p>
    <w:p>
      <w:r>
        <w:br/>
        <w:t>Лиш раз зирнула, і крізь пітьму ночі&lt;br /&gt;</w:t>
        <w:br/>
        <w:t>Той погляд вбився в грудь мою, мов ніж.&lt;br /&gt;</w:t>
        <w:br/>
        <w:t>О, щоб були мої осліпли очі,&lt;br /&gt;</w:t>
        <w:br/>
        <w:t>Було б в душі ясніш і спокійніш!</w:t>
      </w:r>
    </w:p>
    <w:p>
      <w:r>
        <w:br/>
        <w:t>МОЇЙ ДРУЖИНІ</w:t>
      </w:r>
    </w:p>
    <w:p>
      <w:r>
        <w:br/>
        <w:t>Спасибі тобі, моє сонечко,&lt;br /&gt;</w:t>
        <w:br/>
        <w:t>За промінчик твій — щире словечко!&lt;br /&gt;</w:t>
        <w:br/>
        <w:t>Як промінчика не здобуть притьмом,&lt;br /&gt;</w:t>
        <w:br/>
        <w:t>Слова щирого не купить сріблом.</w:t>
      </w:r>
    </w:p>
    <w:p>
      <w:r>
        <w:br/>
        <w:t>В сльоту зимнюю, в днину млистую&lt;br /&gt;</w:t>
        <w:br/>
        <w:t>Я дорогою йду тернистою;&lt;br /&gt;</w:t>
        <w:br/>
        <w:t>Кого я любив, ті забулися,&lt;br /&gt;</w:t>
        <w:br/>
        <w:t>А з ким я дружив — відвернулися.</w:t>
      </w:r>
    </w:p>
    <w:p>
      <w:r>
        <w:br/>
        <w:t>Відвернулися та й цураються,&lt;br /&gt;</w:t>
        <w:br/>
        <w:t>З труду мойого посміхаються,&lt;br /&gt;</w:t>
        <w:br/>
        <w:t>В порох топчуть те, що мені святе, —&lt;br /&gt;</w:t>
        <w:br/>
        <w:t>А недоля й тьма все росте й росте.</w:t>
      </w:r>
    </w:p>
    <w:p>
      <w:r>
        <w:br/>
        <w:t>Важко дерево з корнем вирвати,&lt;br /&gt;</w:t>
        <w:br/>
        <w:t>Друга давнього з серця вигнати.&lt;br /&gt;</w:t>
        <w:br/>
        <w:t>Важко в пітьмі йти, ще й грязюкою,&lt;br /&gt;</w:t>
        <w:br/>
        <w:t>Де брехня сичить вкруг гадюкою.</w:t>
      </w:r>
    </w:p>
    <w:p>
      <w:r>
        <w:br/>
        <w:t>Та як радісно серед трудного&lt;br /&gt;</w:t>
        <w:br/>
        <w:t>Шляху темного і безлюдного&lt;br /&gt;</w:t>
        <w:br/>
        <w:t>Вгледіть — світиться десь оконечко!..&lt;br /&gt;</w:t>
        <w:br/>
        <w:t>Так у горі нам — щире словечко.</w:t>
      </w:r>
    </w:p>
    <w:p>
      <w:r>
        <w:br/>
        <w:t>То ж за дар малий, а безцінний твій,&lt;br /&gt;</w:t>
        <w:br/>
        <w:t>Що, мов цвіт, скрасив шлях осінній мій,&lt;br /&gt;</w:t>
        <w:br/>
        <w:t>За той усміх твій не вдослід журбі&lt;br /&gt;</w:t>
        <w:br/>
        <w:t>Спасибі тобі! Спасибі тобі!&lt;br /&gt;</w:t>
        <w:br/>
        <w:t>Написано д[ня] 27 січня 1887 р., досі не друковано.</w:t>
      </w:r>
    </w:p>
    <w:p>
      <w:r>
        <w:br/>
        <w:t>НЕЯСНА ДЛЯ ВАС ЦЯ ЛЕГЕНДА...</w:t>
      </w:r>
    </w:p>
    <w:p>
      <w:r>
        <w:br/>
        <w:t>Неясна для вас ця легенда&lt;br /&gt;</w:t>
        <w:br/>
        <w:t>І чудно читати її?&lt;br /&gt;</w:t>
        <w:br/>
        <w:t>Не личить стара реверенда&lt;br /&gt;</w:t>
        <w:br/>
        <w:t>На хлопськії плечі мої.</w:t>
      </w:r>
    </w:p>
    <w:p>
      <w:r>
        <w:br/>
        <w:t>Що ж, пані, ті вірші неясні —&lt;br /&gt;</w:t>
        <w:br/>
        <w:t>То власная повість моя:&lt;br /&gt;</w:t>
        <w:br/>
        <w:t>Мої розчаровання власні&lt;br /&gt;</w:t>
        <w:br/>
        <w:t>І лютая мука-змія.</w:t>
      </w:r>
    </w:p>
    <w:p>
      <w:r>
        <w:br/>
        <w:t>Колись за невласні провини&lt;br /&gt;</w:t>
        <w:br/>
        <w:t>Цурались мене і кляли, —&lt;br /&gt;</w:t>
        <w:br/>
        <w:t>Мов Каїн отой по пустини,&lt;br /&gt;</w:t>
        <w:br/>
        <w:t>Блудив я по рідній земли.</w:t>
      </w:r>
    </w:p>
    <w:p>
      <w:r>
        <w:br/>
        <w:t>Докори зносив я і труди&lt;br /&gt;</w:t>
        <w:br/>
        <w:t>І, хоч їх тягар мя ломив,&lt;br /&gt;</w:t>
        <w:br/>
        <w:t>Я привидом, з власної груди&lt;br /&gt;</w:t>
        <w:br/>
        <w:t>Розснованим, душу кормив.</w:t>
      </w:r>
    </w:p>
    <w:p>
      <w:r>
        <w:br/>
        <w:t>Я з власного серця і крові&lt;br /&gt;</w:t>
        <w:br/>
        <w:t>Творив собі радісний світ,&lt;br /&gt;</w:t>
        <w:br/>
        <w:t>Щоб скарб весь своєї любові&lt;br /&gt;</w:t>
        <w:br/>
        <w:t>У нім помістити як слід.</w:t>
      </w:r>
    </w:p>
    <w:p>
      <w:r>
        <w:br/>
        <w:t>А нині, коли я вертаю&lt;br /&gt;</w:t>
        <w:br/>
        <w:t>З словами любві до братів,&lt;br /&gt;</w:t>
        <w:br/>
        <w:t>Чи ж "щирі" сліпці не пускають&lt;br /&gt;</w:t>
        <w:br/>
        <w:t>На мене затроєних стріл?</w:t>
      </w:r>
    </w:p>
    <w:p>
      <w:r>
        <w:br/>
        <w:t>Важка моя пісня, о пані,&lt;br /&gt;</w:t>
        <w:br/>
        <w:t>Бо важко на серці мені:&lt;br /&gt;</w:t>
        <w:br/>
        <w:t>Мов човен під ніч відірвавсь&lt;br /&gt;</w:t>
        <w:br/>
        <w:t>від пристані,</w:t>
      </w:r>
    </w:p>
    <w:p>
      <w:r>
        <w:br/>
        <w:t>Хитають ним хвилі, шаругою гнані,&lt;br /&gt;</w:t>
        <w:br/>
        <w:t>На небі ні зірки, внизу ж у отхлані&lt;br /&gt;</w:t>
        <w:br/>
        <w:t>Таємні мигочуть огні.&lt;br /&gt;</w:t>
        <w:br/>
        <w:t>28/3 1889</w:t>
      </w:r>
    </w:p>
    <w:p>
      <w:r>
        <w:br/>
        <w:t>НІ, ВДУРІТИ ДОВЕДЕТЬСЯ...</w:t>
      </w:r>
    </w:p>
    <w:p>
      <w:r>
        <w:br/>
        <w:t>Ні, вдуріти доведеться,&lt;br /&gt;</w:t>
        <w:br/>
        <w:t>роком кождий миг стається,&lt;br /&gt;</w:t>
        <w:br/>
        <w:t>дні повзуть важкі, німі&lt;br /&gt;</w:t>
        <w:br/>
        <w:t>із неволі у тюрмі.&lt;br /&gt;</w:t>
        <w:br/>
        <w:t>Діла, праці, хоч би злуди,&lt;br /&gt;</w:t>
        <w:br/>
        <w:t>щоб не ритись в власній груди,&lt;br /&gt;</w:t>
        <w:br/>
        <w:t>щоб забуть невольний стан,&lt;br /&gt;</w:t>
        <w:br/>
        <w:t>не ятрити давніх ран.&lt;br /&gt;</w:t>
        <w:br/>
        <w:t>Чарівнице злотокрила,&lt;br /&gt;</w:t>
        <w:br/>
        <w:t>пісне ніжна, пісне мила,&lt;br /&gt;</w:t>
        <w:br/>
        <w:t>ти візьми мя, не лиши,&lt;br /&gt;</w:t>
        <w:br/>
        <w:t>в край чудовий занеси!&lt;br /&gt;</w:t>
        <w:br/>
        <w:t>В край чудовий, в край казочний,&lt;br /&gt;</w:t>
        <w:br/>
        <w:t>де бездонний, непорочний&lt;br /&gt;</w:t>
        <w:br/>
        <w:t>сяє і смієсь блакіт,&lt;br /&gt;</w:t>
        <w:br/>
        <w:t>в чистий, ясний, кращий світ.&lt;br /&gt;</w:t>
        <w:br/>
        <w:t>Під блакітом тим іскристим&lt;br /&gt;</w:t>
        <w:br/>
        <w:t>ллєсь життя ключем пречистим,&lt;br /&gt;</w:t>
        <w:br/>
        <w:t>в жилах кров кипуча гра,&lt;br /&gt;</w:t>
        <w:br/>
        <w:t>сила груди розпира.&lt;br /&gt;</w:t>
        <w:br/>
        <w:t>Бог з сівнею полем ходить,&lt;br /&gt;</w:t>
        <w:br/>
        <w:t>в краю розум верховодить,&lt;br /&gt;</w:t>
        <w:br/>
        <w:t>дух геройський підліта,&lt;br /&gt;</w:t>
        <w:br/>
        <w:t>а царює красота.&lt;br /&gt;</w:t>
        <w:br/>
        <w:t>А хоч грає зло, мов тучі,&lt;br /&gt;</w:t>
        <w:br/>
        <w:t>пасті розніме гадючі,&lt;br /&gt;</w:t>
        <w:br/>
        <w:t>то найдесь герой як стій,&lt;br /&gt;</w:t>
        <w:br/>
        <w:t>що за край постоїть свій.&lt;br /&gt;</w:t>
        <w:br/>
        <w:t>Всяке зле чи добре діло,&lt;br /&gt;</w:t>
        <w:br/>
        <w:t>хоч як скрито б не сиділо,&lt;br /&gt;</w:t>
        <w:br/>
        <w:t>там усе на світ зійде&lt;br /&gt;</w:t>
        <w:br/>
        <w:t>і заплату ізнайде.&lt;br /&gt;</w:t>
        <w:br/>
        <w:t>Хоч часом наляже горе,&lt;br /&gt;</w:t>
        <w:br/>
        <w:t>кривда правду переборе,&lt;br /&gt;</w:t>
        <w:br/>
        <w:t>підла зрада під кінець&lt;br /&gt;</w:t>
        <w:br/>
        <w:t>царський осяга вінець,&lt;br /&gt;</w:t>
        <w:br/>
        <w:t>щира вірність у кайданах&lt;br /&gt;</w:t>
        <w:br/>
        <w:t>або в полі в лютих ранах —&lt;br /&gt;</w:t>
        <w:br/>
        <w:t>не лякайтесь: вся біда&lt;br /&gt;</w:t>
        <w:br/>
        <w:t>тільки проба і луда.&lt;br /&gt;</w:t>
        <w:br/>
        <w:t>Ще в останній крайній хвили&lt;br /&gt;</w:t>
        <w:br/>
        <w:t>встане правда із могили,&lt;br /&gt;</w:t>
        <w:br/>
        <w:t>сильна, юна, злу на страх,&lt;br /&gt;</w:t>
        <w:br/>
        <w:t>і розсипле зло на прах.&lt;br /&gt;</w:t>
        <w:br/>
        <w:t>Час, простір, замки могильні&lt;br /&gt;</w:t>
        <w:br/>
        <w:t>против неї всі безсильні,&lt;br /&gt;</w:t>
        <w:br/>
        <w:t>бо вони є сила та,&lt;br /&gt;</w:t>
        <w:br/>
        <w:t>що всім світом оберта.&lt;br /&gt;</w:t>
        <w:br/>
        <w:t>Мов змія, що в хвіст кусаєсь,&lt;br /&gt;</w:t>
        <w:br/>
        <w:t>з неї виплив, в ню вливаєсь&lt;br /&gt;</w:t>
        <w:br/>
        <w:t>вічний сил плідних потік,&lt;br /&gt;</w:t>
        <w:br/>
        <w:t>дух, природа, чоловік.&lt;br /&gt;</w:t>
        <w:br/>
        <w:t>В єдності живій з собою&lt;br /&gt;</w:t>
        <w:br/>
        <w:t>три могучі сили ті&lt;br /&gt;</w:t>
        <w:br/>
        <w:t>подають собі чергою&lt;br /&gt;</w:t>
        <w:br/>
        <w:t>з рук у руки золоті&lt;br /&gt;</w:t>
        <w:br/>
        <w:t>кубки з вічно молодою&lt;br /&gt;</w:t>
        <w:br/>
        <w:t>всецілющою водою.&lt;br /&gt;</w:t>
        <w:br/>
        <w:t>Не опреться тій воді,&lt;br /&gt;</w:t>
        <w:br/>
        <w:t>вічно юній правді щирій,&lt;br /&gt;</w:t>
        <w:br/>
        <w:t>ані зрада у порфірі,&lt;br /&gt;</w:t>
        <w:br/>
        <w:t>ні брехня у чорній рясі,&lt;br /&gt;</w:t>
        <w:br/>
        <w:t>в медоплинних слів прикрасі,&lt;br /&gt;</w:t>
        <w:br/>
        <w:t>ані військо незчисленне,&lt;br /&gt;</w:t>
        <w:br/>
        <w:t>ані навіть те страшенне&lt;br /&gt;</w:t>
        <w:br/>
        <w:t>смерті лезвіє студене&lt;br /&gt;</w:t>
        <w:br/>
        <w:t>в казці, в казці nota bene.&lt;br /&gt;</w:t>
        <w:br/>
        <w:t>27/9 1892</w:t>
      </w:r>
    </w:p>
    <w:p>
      <w:r>
        <w:br/>
        <w:t>ПРИВИД</w:t>
      </w:r>
    </w:p>
    <w:p>
      <w:r>
        <w:br/>
        <w:t>Холодна ніч. Спокійно, важко, звільна&lt;br /&gt;</w:t>
        <w:br/>
        <w:t>На місто сніг вогкий паде й паде;&lt;br /&gt;</w:t>
        <w:br/>
        <w:t>З густої тьми журба якась могильна&lt;br /&gt;</w:t>
        <w:br/>
        <w:t>Вихилює лице своє бліде.</w:t>
      </w:r>
    </w:p>
    <w:p>
      <w:r>
        <w:br/>
        <w:t>Лампи горять. Колеса світлянії&lt;br /&gt;</w:t>
        <w:br/>
        <w:t>Довкола них тісняться, меркотить&lt;br /&gt;</w:t>
        <w:br/>
        <w:t>Кровавий блиск. Неначе сонні мрії,&lt;br /&gt;</w:t>
        <w:br/>
        <w:t>Фіакри мигають і гинуть вмить.</w:t>
      </w:r>
    </w:p>
    <w:p>
      <w:r>
        <w:br/>
        <w:t>На тротуарах ще прохожих сила:&lt;br /&gt;</w:t>
        <w:br/>
        <w:t>Циліндри, шуби, модні боа дам&lt;br /&gt;</w:t>
        <w:br/>
        <w:t>І драні лахи — різнобарвна хвиля&lt;br /&gt;</w:t>
        <w:br/>
        <w:t>Пливе, гуде, зіпреться тут і там.</w:t>
      </w:r>
    </w:p>
    <w:p>
      <w:r>
        <w:br/>
        <w:t>І я в юрбі, сумний і одинокий,&lt;br /&gt;</w:t>
        <w:br/>
        <w:t>Пливу безвладно, щоб від власних дум&lt;br /&gt;</w:t>
        <w:br/>
        <w:t>Втекти — та, невідступний і глибокий,&lt;br /&gt;</w:t>
        <w:br/>
        <w:t>У серці все несесь зо мною сум.</w:t>
      </w:r>
    </w:p>
    <w:p>
      <w:r>
        <w:br/>
        <w:t>І наче той, що тоне і в знесиллі&lt;br /&gt;</w:t>
        <w:br/>
        <w:t>Шукає гілки, корня, стебельця, —&lt;br /&gt;</w:t>
        <w:br/>
        <w:t>Так я між лиць тих в пестрій люду хвилі&lt;br /&gt;</w:t>
        <w:br/>
        <w:t>Шукаю щиро дружнього лиця.</w:t>
      </w:r>
    </w:p>
    <w:p>
      <w:r>
        <w:br/>
        <w:t>І враз я здеревів і стрепенувся,&lt;br /&gt;</w:t>
        <w:br/>
        <w:t>Щось горло стисло, в груді сперло дух…&lt;br /&gt;</w:t>
        <w:br/>
        <w:t>Втікать бажав, та не поворухнувся,&lt;br /&gt;</w:t>
        <w:br/>
        <w:t>Мов оглушив мене важкий обух.</w:t>
      </w:r>
    </w:p>
    <w:p>
      <w:r>
        <w:br/>
        <w:t>То не обух! То йшла передо мною&lt;br /&gt;</w:t>
        <w:br/>
        <w:t>Висока постать, пряма та струнка.&lt;br /&gt;</w:t>
        <w:br/>
        <w:t>Оглянулась, хитнула головою,&lt;br /&gt;</w:t>
        <w:br/>
        <w:t>Моргнула на прохожого панка.</w:t>
      </w:r>
    </w:p>
    <w:p>
      <w:r>
        <w:br/>
        <w:t>Оглянулась ще раз. Великі очі,&lt;br /&gt;</w:t>
        <w:br/>
        <w:t>Глибокі, темні, мов та чорна ніч,&lt;br /&gt;</w:t>
        <w:br/>
        <w:t>Зустрілись з моїми й в бездонній ночі&lt;br /&gt;</w:t>
        <w:br/>
        <w:t>Пропали. Двоє їх спішило пріч.</w:t>
      </w:r>
    </w:p>
    <w:p>
      <w:r>
        <w:br/>
        <w:t>А я стояв мов стовп. Юрба юрбою&lt;br /&gt;</w:t>
        <w:br/>
        <w:t>Мене тручала, штовхала раз в раз,&lt;br /&gt;</w:t>
        <w:br/>
        <w:t>Та я не чув ні холоду, ні болю,&lt;br /&gt;</w:t>
        <w:br/>
        <w:t>Мов огник свідомості в мізку згас.</w:t>
      </w:r>
    </w:p>
    <w:p>
      <w:r>
        <w:br/>
        <w:t>"Вона!" — Із уст одно те слово присло,&lt;br /&gt;</w:t>
        <w:br/>
        <w:t>Та в нім була магічна міць страшна!&lt;br /&gt;</w:t>
        <w:br/>
        <w:t>Мов камінь млиновий, за шию тисло&lt;br /&gt;</w:t>
        <w:br/>
        <w:t>Мене одно се словечко: "Вона!"</w:t>
      </w:r>
    </w:p>
    <w:p>
      <w:r>
        <w:br/>
        <w:t>Вона, ся гарна квітка "сон царівни",&lt;br /&gt;</w:t>
        <w:br/>
        <w:t>Котрої розцвітом втішався я,&lt;br /&gt;</w:t>
        <w:br/>
        <w:t>Котрої запах був такий чарівний,&lt;br /&gt;</w:t>
        <w:br/>
        <w:t>Що й досі п'яна ним душа моя!</w:t>
      </w:r>
    </w:p>
    <w:p>
      <w:r>
        <w:br/>
        <w:t>Вона, котрій я все бажав віддати,&lt;br /&gt;</w:t>
        <w:br/>
        <w:t>Весь скарб душі, всі думи, всі чуття,&lt;br /&gt;</w:t>
        <w:br/>
        <w:t>Котрої слід я рад був цілувати,&lt;br /&gt;</w:t>
        <w:br/>
        <w:t>В котрій вбачав красу і ціль буття!</w:t>
      </w:r>
    </w:p>
    <w:p>
      <w:r>
        <w:br/>
        <w:t>Та, що мене одніським словом своїм&lt;br /&gt;</w:t>
        <w:br/>
        <w:t>Могла героєм, генієм зробить,&lt;br /&gt;</w:t>
        <w:br/>
        <w:t>Обдарувать надією й спокоєм,&lt;br /&gt;</w:t>
        <w:br/>
        <w:t>Заставить все найвищеє любить, —</w:t>
      </w:r>
    </w:p>
    <w:p>
      <w:r>
        <w:br/>
        <w:t>Та, що в руці від раю ключ держала,&lt;br /&gt;</w:t>
        <w:br/>
        <w:t>Вона його закинула в багно&lt;br /&gt;</w:t>
        <w:br/>
        <w:t>І чарівного слова не сказала…&lt;br /&gt;</w:t>
        <w:br/>
        <w:t>Чи хоч в душі гризе її воно?</w:t>
      </w:r>
    </w:p>
    <w:p>
      <w:r>
        <w:br/>
        <w:t>Не словом — рухом, поглядом холодним&lt;br /&gt;</w:t>
        <w:br/>
        <w:t>Мене зіпхнула в темний рів без дна.&lt;br /&gt;</w:t>
        <w:br/>
        <w:t>Лечу!.. Валюсь! Та там внизу, в безодни,&lt;br /&gt;</w:t>
        <w:br/>
        <w:t>Хто се пропащий, стоптаний? Вона!</w:t>
      </w:r>
    </w:p>
    <w:p>
      <w:r>
        <w:br/>
        <w:t>Стій, привиде! Скажи, яка неволя&lt;br /&gt;</w:t>
        <w:br/>
        <w:t>Тебе зіпхнула з радісних вершин?&lt;br /&gt;</w:t>
        <w:br/>
        <w:t>Хто смів красу й пишноту сього поля&lt;br /&gt;</w:t>
        <w:br/>
        <w:t>Втоптать в болото і з яких причин?</w:t>
      </w:r>
    </w:p>
    <w:p>
      <w:r>
        <w:br/>
        <w:t>Чи голод, холод і сирітства сльози,&lt;br /&gt;</w:t>
        <w:br/>
        <w:t>Чи та жага, що серце рве й скребе,&lt;br /&gt;</w:t>
        <w:br/>
        <w:t>Що хилить волю, мов та буря лози,&lt;br /&gt;</w:t>
        <w:br/>
        <w:t>На сей торг ганьби випхнула тебе?</w:t>
      </w:r>
    </w:p>
    <w:p>
      <w:r>
        <w:br/>
        <w:t>Постій! Постій! Я вмію се відчути.&lt;br /&gt;</w:t>
        <w:br/>
        <w:t>Моя любов не згасла, ще горить,&lt;br /&gt;</w:t>
        <w:br/>
        <w:t>Зуміє райський ключ із дна добути,&lt;br /&gt;</w:t>
        <w:br/>
        <w:t>Зуміє рай запертий створить.</w:t>
      </w:r>
    </w:p>
    <w:p>
      <w:r>
        <w:br/>
        <w:t>Не чує? Щезла з ним у пітьмі ночі,&lt;br /&gt;</w:t>
        <w:br/>
        <w:t>Лиш вид її прошиб мене, як ніж.&lt;br /&gt;</w:t>
        <w:br/>
        <w:t>О, щоб були мої осліпли очі,&lt;br /&gt;</w:t>
        <w:br/>
        <w:t>Було б в душі ясніш і спокійніш!&lt;br /&gt;</w:t>
        <w:br/>
        <w:t>Відень, 6 падолиста 1892 р.</w:t>
      </w:r>
    </w:p>
    <w:p>
      <w:r>
        <w:br/>
        <w:t>ТРИ ДОЛІ</w:t>
      </w:r>
    </w:p>
    <w:p>
      <w:r>
        <w:br/>
        <w:t>З таємної безодні небуття&lt;br /&gt;</w:t>
        <w:br/>
        <w:t>Маленьку іскорку, людськую душу&lt;br /&gt;</w:t>
        <w:br/>
        <w:t>Покликано до земного життя,&lt;br /&gt;</w:t>
        <w:br/>
        <w:t>На земні радощі, на земную катушу.</w:t>
      </w:r>
    </w:p>
    <w:p>
      <w:r>
        <w:br/>
        <w:t>Вона летить, мов зірка тая,&lt;br /&gt;</w:t>
        <w:br/>
        <w:t>Що з неба в безмір улітає, —&lt;br /&gt;</w:t>
        <w:br/>
        <w:t>Та ось спинилась на момент;&lt;br /&gt;</w:t>
        <w:br/>
        <w:t>В півшляху три богині-Долі&lt;br /&gt;</w:t>
        <w:br/>
        <w:t>Її стрічають, щоб по волі&lt;br /&gt;</w:t>
        <w:br/>
        <w:t>Їй на дорогу дать презент.</w:t>
      </w:r>
    </w:p>
    <w:p>
      <w:r>
        <w:br/>
        <w:t>І мовила одна: "Душе щаслива,&lt;br /&gt;</w:t>
        <w:br/>
        <w:t>Даю тобі талант яркий,&lt;br /&gt;</w:t>
        <w:br/>
        <w:t>Будь сильна ти, і ясна, і мислива,&lt;br /&gt;</w:t>
        <w:br/>
        <w:t>Твій ум живий, твій зір палкий!"</w:t>
      </w:r>
    </w:p>
    <w:p>
      <w:r>
        <w:br/>
        <w:t>А друга мовила: "Від мене&lt;br /&gt;</w:t>
        <w:br/>
        <w:t>Прийми багатий скарб чуття,&lt;br /&gt;</w:t>
        <w:br/>
        <w:t>Бажання правди неструждене,&lt;br /&gt;</w:t>
        <w:br/>
        <w:t>Бажання вільного життя.</w:t>
      </w:r>
    </w:p>
    <w:p>
      <w:r>
        <w:br/>
        <w:t>Фантазія твоя хай буде многоплодна,&lt;br /&gt;</w:t>
        <w:br/>
        <w:t>А в серці твоїм хай горить&lt;br /&gt;</w:t>
        <w:br/>
        <w:t>Огнем могутнім гордість благородна,&lt;br /&gt;</w:t>
        <w:br/>
        <w:t>Перед ніким чола щоб не корить".</w:t>
      </w:r>
    </w:p>
    <w:p>
      <w:r>
        <w:br/>
        <w:t>Та третя, злобная старуха,&lt;br /&gt;</w:t>
        <w:br/>
        <w:t>Всміхаючись на ті слова,&lt;br /&gt;</w:t>
        <w:br/>
        <w:t>На душу своїм духом хуха&lt;br /&gt;</w:t>
        <w:br/>
        <w:t>І ось що скиглить, мов сова:</w:t>
      </w:r>
    </w:p>
    <w:p>
      <w:r>
        <w:br/>
        <w:t>"Ай-ай, розщедрились сестриці!&lt;br /&gt;</w:t>
        <w:br/>
        <w:t>Ось цяцю винайшли яку!&lt;br /&gt;</w:t>
        <w:br/>
        <w:t>Добра повніські рукавиці&lt;br /&gt;</w:t>
        <w:br/>
        <w:t>На неї сиплють без ліку.</w:t>
      </w:r>
    </w:p>
    <w:p>
      <w:r>
        <w:br/>
        <w:t>Та що се, ви якогось Данта, Гете&lt;br /&gt;</w:t>
        <w:br/>
        <w:t>Чи Шеллі з неї хочете зробить?&lt;br /&gt;</w:t>
        <w:br/>
        <w:t>Ну, любоньки, без мене ви не втнете,&lt;br /&gt;</w:t>
        <w:br/>
        <w:t>Мені ж героїв тих по вуха вже досить!</w:t>
      </w:r>
    </w:p>
    <w:p>
      <w:r>
        <w:br/>
        <w:t>Чекайте ж, я даруночок їй дам&lt;br /&gt;</w:t>
        <w:br/>
        <w:t>Такий, що ваші пишні дари&lt;br /&gt;</w:t>
        <w:br/>
        <w:t>Їй будуть не коштовний крам,&lt;br /&gt;</w:t>
        <w:br/>
        <w:t>А гірш тяжкої муки й кари.</w:t>
      </w:r>
    </w:p>
    <w:p>
      <w:r>
        <w:br/>
        <w:t>Іди ж собі, душе, у свою путь, —&lt;br /&gt;</w:t>
        <w:br/>
        <w:t>Що терням встелена тобі, не розмарином!&lt;br /&gt;</w:t>
        <w:br/>
        <w:t>А чим тобі на світі буть?&lt;br /&gt;</w:t>
        <w:br/>
        <w:t>Будь русином і хлопським сином!</w:t>
      </w:r>
    </w:p>
    <w:p>
      <w:r>
        <w:br/>
        <w:t>Талант твій буде рвать тебе&lt;br /&gt;</w:t>
        <w:br/>
        <w:t>Між люди, в вир життя могучий,&lt;br /&gt;</w:t>
        <w:br/>
        <w:t>В великих діл і намірів ігрисько,&lt;br /&gt;</w:t>
        <w:br/>
        <w:t>Та вродження й мій присуд неминучий&lt;br /&gt;</w:t>
        <w:br/>
        <w:t>Тебе по пояс загребе&lt;br /&gt;</w:t>
        <w:br/>
        <w:t>В багно грузьке, в клопотів муравлисько.</w:t>
      </w:r>
    </w:p>
    <w:p>
      <w:r>
        <w:br/>
        <w:t>Той зарід сили, що іскриться в тобі, —&lt;br /&gt;</w:t>
        <w:br/>
        <w:t>Ні, ти не розів'єш його як слід.&lt;br /&gt;</w:t>
        <w:br/>
        <w:t>Без вправ, без змагань, наче в гробі,&lt;br /&gt;</w:t>
        <w:br/>
        <w:t>Його задушить твій нездарний рід.</w:t>
      </w:r>
    </w:p>
    <w:p>
      <w:r>
        <w:br/>
        <w:t>Твій ум хоч буде вічно рваться&lt;br /&gt;</w:t>
        <w:br/>
        <w:t>До світла, правди і добра,&lt;br /&gt;</w:t>
        <w:br/>
        <w:t>Та ввік не здужає добраться&lt;br /&gt;</w:t>
        <w:br/>
        <w:t>До тої течії, котра&lt;br /&gt;</w:t>
        <w:br/>
        <w:t>Його б запліднила на зріст,&lt;br /&gt;</w:t>
        <w:br/>
        <w:t>Йому дала би власний зміст,&lt;br /&gt;</w:t>
        <w:br/>
        <w:t>Ярку створила б індивідуальність,&lt;br /&gt;</w:t>
        <w:br/>
        <w:t>Дала би форм, думок оригінальність.</w:t>
      </w:r>
    </w:p>
    <w:p>
      <w:r>
        <w:br/>
        <w:t>Се не для тебе, синку мій!&lt;br /&gt;</w:t>
        <w:br/>
        <w:t>Ти будеш за чужим слідом все гнаться,&lt;br /&gt;</w:t>
        <w:br/>
        <w:t>Із помилок чужих нічого не навчаться&lt;br /&gt;</w:t>
        <w:br/>
        <w:t>І повторять зади по указці чужій.</w:t>
      </w:r>
    </w:p>
    <w:p>
      <w:r>
        <w:br/>
        <w:t>Твоє чуття тобі за пекло стане,&lt;br /&gt;</w:t>
        <w:br/>
        <w:t>Його топтатимуть усі,&lt;br /&gt;</w:t>
        <w:br/>
        <w:t>Аж сміття з скарбу зробиться погане,&lt;br /&gt;</w:t>
        <w:br/>
        <w:t>Аж зависть розростесь, любов зав'яне,&lt;br /&gt;</w:t>
        <w:br/>
        <w:t>Гірка отрута лишиться в душі.</w:t>
      </w:r>
    </w:p>
    <w:p>
      <w:r>
        <w:br/>
        <w:t>Бажати будеш правди дуже,&lt;br /&gt;</w:t>
        <w:br/>
        <w:t>Та з помилки у помилку блукать, —&lt;br /&gt;</w:t>
        <w:br/>
        <w:t>Ніхто тебе не витягне з калюжі,&lt;br /&gt;</w:t>
        <w:br/>
        <w:t>Хіба лиш божа благодать".&lt;br /&gt;</w:t>
        <w:br/>
        <w:t>Написано д[ня] 27 мая 1895 р., досі не друковано.</w:t>
      </w:r>
    </w:p>
    <w:p>
      <w:r>
        <w:br/>
        <w:t>МОЇЙ НЕ МОЇЙ</w:t>
      </w:r>
    </w:p>
    <w:p>
      <w:r>
        <w:br/>
        <w:t>Поклін тобі, моя зів'яла квітко,&lt;br /&gt;</w:t>
        <w:br/>
        <w:t>Моя розкішна, невідступна мріє,&lt;br /&gt;</w:t>
        <w:br/>
        <w:t>Останній се поклін!&lt;br /&gt;</w:t>
        <w:br/>
        <w:t>Хоч у життю стрічав тебе я рідко,&lt;br /&gt;</w:t>
        <w:br/>
        <w:t>Та все ж мені той спогад серце гріє,&lt;br /&gt;</w:t>
        <w:br/>
        <w:t>Хоч як болючий він.</w:t>
      </w:r>
    </w:p>
    <w:p>
      <w:r>
        <w:br/>
        <w:t>Тим, що мене ти к собі не пустила,&lt;br /&gt;</w:t>
        <w:br/>
        <w:t>В моїх ти грудях зглушила і вгасила&lt;br /&gt;</w:t>
        <w:br/>
        <w:t>Любовний дикий шал,&lt;br /&gt;</w:t>
        <w:br/>
        <w:t>Тим ти в душі, сумній і одинокій,&lt;br /&gt;</w:t>
        <w:br/>
        <w:t>Навік вписала ясний і високий&lt;br /&gt;</w:t>
        <w:br/>
        <w:t>Жіночий ідеал.</w:t>
      </w:r>
    </w:p>
    <w:p>
      <w:r>
        <w:br/>
        <w:t>І нині, хоч нас ділять доли й гори,&lt;br /&gt;</w:t>
        <w:br/>
        <w:t>Коли на душу ляжуть злії змори,&lt;br /&gt;</w:t>
        <w:br/>
        <w:t>Тебе шука душа,&lt;br /&gt;</w:t>
        <w:br/>
        <w:t>І до твоєї груді припадає,&lt;br /&gt;</w:t>
        <w:br/>
        <w:t>У стіп твоїх весь свій тягар скидає,&lt;br /&gt;</w:t>
        <w:br/>
        <w:t>І голос твій весь плач її втиша.</w:t>
      </w:r>
    </w:p>
    <w:p>
      <w:r>
        <w:br/>
        <w:t>А як коли у сні тебе побачу,&lt;br /&gt;</w:t>
        <w:br/>
        <w:t>То, бачится, всю злість і гіркість трачу&lt;br /&gt;</w:t>
        <w:br/>
        <w:t>І викидаю, мов гадюк тих звій;&lt;br /&gt;</w:t>
        <w:br/>
        <w:t>Весь день мов щось святе в душі лелію,&lt;br /&gt;</w:t>
        <w:br/>
        <w:t>Хоч не любов, не віру, не надію,&lt;br /&gt;</w:t>
        <w:br/>
        <w:t>А чистий, ясний образ твій.&lt;br /&gt;</w:t>
        <w:br/>
        <w:t>(1898)</w:t>
      </w:r>
    </w:p>
    <w:p>
      <w:r>
        <w:br/>
        <w:t>МІЙОВІ ЕЛЕГІЇ</w:t>
      </w:r>
    </w:p>
    <w:p>
      <w:r>
        <w:br/>
        <w:t>I</w:t>
      </w:r>
    </w:p>
    <w:p>
      <w:r>
        <w:br/>
        <w:t>Весно, ти мучиш мене! Розсипаєшся сонця промінням,&lt;br /&gt;</w:t>
        <w:br/>
        <w:t>Леготом теплим пестиш, в сині простори маниш!&lt;br /&gt;</w:t>
        <w:br/>
        <w:t>Хмари вовнисті, немов ті клубочки, шпурляєш по небу&lt;br /&gt;</w:t>
        <w:br/>
        <w:t>І, мов шовкові нитки, дощ із них теплий снуєш.&lt;br /&gt;</w:t>
        <w:br/>
        <w:t>Сірую грудку з землі ти підкинеш під небо блакитне,&lt;br /&gt;</w:t>
        <w:br/>
        <w:t>І в жайворонкову трель грудка розсиплеться вмить.&lt;br /&gt;</w:t>
        <w:br/>
        <w:t>Ти журавлиним ключем навертаєш нестерпную тугу,&lt;br /&gt;</w:t>
        <w:br/>
        <w:t>Мрії про вольний простір, щастя далеке моє.&lt;br /&gt;</w:t>
        <w:br/>
        <w:t>Ти лебединим крилом кришталевії хвилі скородиш —&lt;br /&gt;</w:t>
        <w:br/>
        <w:t>Чую їх плеск аж у сні на лазуровій ріці.&lt;br /&gt;</w:t>
        <w:br/>
        <w:t>Бачу, як чайкою ти колихаєшся над глибиною,&lt;br /&gt;</w:t>
        <w:br/>
        <w:t>Як над широким Дністром гнешся лозою к воді.&lt;br /&gt;</w:t>
        <w:br/>
        <w:t>Весно, ти мучиш мене! Міліонами кольорів, тонів,&lt;br /&gt;</w:t>
        <w:br/>
        <w:t>Ліній і творів кричиш: воля, і рух, і життя!&lt;br /&gt;</w:t>
        <w:br/>
        <w:t>І, мов безсильне стебло в бистрину ту, ти рвеш мою душу,&lt;br /&gt;</w:t>
        <w:br/>
        <w:t>В серці зів'ялім, черствім будиш нові почуття.&lt;br /&gt;</w:t>
        <w:br/>
        <w:t>Будиш бажання, яким не сповнитись; освітлюєш пустку;&lt;br /&gt;</w:t>
        <w:br/>
        <w:t>Ніжно гойдаєш в гілках осамотіле гніздо;&lt;br /&gt;</w:t>
        <w:br/>
        <w:t>Пильно схиливши лице, роздуваєш погасле огнище;&lt;br /&gt;</w:t>
        <w:br/>
        <w:t>Свистом від гаю зовеш, наче мій друг молодий.&lt;br /&gt;</w:t>
        <w:br/>
        <w:t>Ні, не мені вже гулять по тім гаю, мій друже-соколе!&lt;br /&gt;</w:t>
        <w:br/>
        <w:t>Ні, не мені вже зайцем в зелень пахучу нирять!&lt;br /&gt;</w:t>
        <w:br/>
        <w:t>Серце тріпочеться ще, і у груді кров б'ється живіше,&lt;br /&gt;</w:t>
        <w:br/>
        <w:t>Та напосіли літа, давить життя тягота.&lt;br /&gt;</w:t>
        <w:br/>
        <w:t>Мрії безумні, немов той табун, вигравають по полю,&lt;br /&gt;</w:t>
        <w:br/>
        <w:t>Гриви на вітер, і ржуть, дзвінко копитами б'ють.&lt;br /&gt;</w:t>
        <w:br/>
        <w:t>Ах, та се мрії, чуття легкокрилі, барвистії діти,&lt;br /&gt;</w:t>
        <w:br/>
        <w:t>Але тверда їх рука в поводах цупко держить.&lt;br /&gt;</w:t>
        <w:br/>
        <w:t>Хвилька — і ляск батога, і жорстоке, понуре "ніколи"…&lt;br /&gt;</w:t>
        <w:br/>
        <w:t>Праця! І чар весь мине. Весно, ти мучиш мене!</w:t>
      </w:r>
    </w:p>
    <w:p>
      <w:r>
        <w:br/>
        <w:t>II</w:t>
      </w:r>
    </w:p>
    <w:p>
      <w:r>
        <w:br/>
        <w:t>Бачив рисунок я десь — і забув уже, де його бачив,&lt;br /&gt;</w:t>
        <w:br/>
        <w:t>Чий то рисунок був — Бекліна чи Мейсоньє.&lt;br /&gt;</w:t>
        <w:br/>
        <w:t>Мушля перлова — то віз, а метеликів чвірка — то супряг,&lt;br /&gt;</w:t>
        <w:br/>
        <w:t>Два аморети малі — то два погоничі їм.&lt;br /&gt;</w:t>
        <w:br/>
        <w:t>Пурпуром, золотом і ізмарагдом, сапфіром набитий,&lt;br /&gt;</w:t>
        <w:br/>
        <w:t>Стелиться геть у безмір круто веселчаний шлях.&lt;br /&gt;</w:t>
        <w:br/>
        <w:t>Поле внизу, непривітна стерня, тогорічне будяччя,&lt;br /&gt;</w:t>
        <w:br/>
        <w:t>Пара худих шкапенят тягне, зігнувшися, плуг.&lt;br /&gt;</w:t>
        <w:br/>
        <w:t>За плугом, згорблений теж і спотілий, орач поступає,&lt;br /&gt;</w:t>
        <w:br/>
        <w:t>Тисне чепіги грудьми, істиком скибу труча.&lt;br /&gt;</w:t>
        <w:br/>
        <w:t>Та вже спинили його аморети, вже тягнуть за поли,&lt;br /&gt;</w:t>
        <w:br/>
        <w:t>Просять і тягнуть, манять в поїзд перловий сідать.&lt;br /&gt;</w:t>
        <w:br/>
        <w:t>З острахом бідний орач позира на незорану ниву,&lt;br /&gt;</w:t>
        <w:br/>
        <w:t>На коненята свої, на мозолі на руках.&lt;br /&gt;</w:t>
        <w:br/>
        <w:t>Але нога вже сама піднялась і не слуха розсудка,&lt;br /&gt;</w:t>
        <w:br/>
        <w:t>Так і здається — тремтить в поїзд перловий ступить.&lt;br /&gt;</w:t>
        <w:br/>
        <w:t>Весно, се твій екіпаж! І твоя се вина, коли серце&lt;br /&gt;</w:t>
        <w:br/>
        <w:t>Ще раз розсудок злама, ще раз зо шляху збіжить.&lt;br /&gt;</w:t>
        <w:br/>
        <w:t>Так усміхаєсь йому променястий той полет Ікарів,&lt;br /&gt;</w:t>
        <w:br/>
        <w:t>Навіть Ікара судьба не налякає його.</w:t>
      </w:r>
    </w:p>
    <w:p>
      <w:r>
        <w:br/>
        <w:t>III</w:t>
      </w:r>
    </w:p>
    <w:p>
      <w:r>
        <w:br/>
        <w:t>Ні, аморети, мені за погоничів ви вже нездалі:&lt;br /&gt;</w:t>
        <w:br/>
        <w:t>Надто ви, хлопці, палкі, надто в їзді нетривкі.&lt;br /&gt;</w:t>
        <w:br/>
        <w:t>Надто бурливі у вас поривання: раз блисків, пожежі,&lt;br /&gt;</w:t>
        <w:br/>
        <w:t>А за хвилину вам бур, громів і трусу давай.&lt;br /&gt;</w:t>
        <w:br/>
        <w:t>Надто, голубчики, ви патетичні, засліплені трохи&lt;br /&gt;</w:t>
        <w:br/>
        <w:t>В своєму власному "я". Се не до ладу мені.&lt;br /&gt;</w:t>
        <w:br/>
        <w:t>Я вже старий мореплав, як смакують ті громи і бурі,&lt;br /&gt;</w:t>
        <w:br/>
        <w:t>Знаю докладно! Нехай робить собі їх Зевес!&lt;br /&gt;</w:t>
        <w:br/>
        <w:t>Досвідний нурок із мене: що в власному "я" там таїться&lt;br /&gt;</w:t>
        <w:br/>
        <w:t>На болотистому дні — знаю, голубчики, й се!&lt;br /&gt;</w:t>
        <w:br/>
        <w:t>Черепи стовчених мрій, кістяки неоправданих планів,&lt;br /&gt;</w:t>
        <w:br/>
        <w:t>Зломки дрібних пожадань, трупи обманних надій.&lt;br /&gt;</w:t>
        <w:br/>
        <w:t>Ах, а крім того, гидкі слимаки самолюбства, медузи&lt;br /&gt;</w:t>
        <w:br/>
        <w:t>Зависті, хроби гризот, кефалоподи підлот.&lt;br /&gt;</w:t>
        <w:br/>
        <w:t>Ні, аморети, не вас за погоничів взять я бажаю:&lt;br /&gt;</w:t>
        <w:br/>
        <w:t>Сонце, погоду люблю, ясність і радісний сміх.&lt;br /&gt;</w:t>
        <w:br/>
        <w:t>Хай уже лучче дідусь, сміхотворець отой бородатий,&lt;br /&gt;</w:t>
        <w:br/>
        <w:t>Супряг летючий жене, золотосяйний гумор.&lt;br /&gt;</w:t>
        <w:br/>
        <w:t>Нам ні пощо поспішать — не втече від нас чорна могила;&lt;br /&gt;</w:t>
        <w:br/>
        <w:t>Нам нікого проклинать, нам нікому докорять.&lt;br /&gt;</w:t>
        <w:br/>
        <w:t>Пристрасті в нас уляглись, скороспілки ілюзій обпали,&lt;br /&gt;</w:t>
        <w:br/>
        <w:t>З ран, що життя завдало, ще хіба шрами болять.&lt;br /&gt;</w:t>
        <w:br/>
        <w:t>Та з життьової борні ми не вийшли каліками: серце&lt;br /&gt;</w:t>
        <w:br/>
        <w:t>Не відучилось любить, іскри не згасли в очах.&lt;br /&gt;</w:t>
        <w:br/>
        <w:t>Нумо ж, дідусю! Хапай за ті поводи, з променю ткані,&lt;br /&gt;</w:t>
        <w:br/>
        <w:t>На романтичнім візку в край реалізму майнем!&lt;br /&gt;</w:t>
        <w:br/>
        <w:t>Сонцем маєвим нехай наше слово заблисне, заграє,&lt;br /&gt;</w:t>
        <w:br/>
        <w:t>Жаль наш маєвим дощем хай на лани капотить.&lt;br /&gt;</w:t>
        <w:br/>
        <w:t>Наша любов, мов маєва погода, хай гріє-голубить,&lt;br /&gt;</w:t>
        <w:br/>
        <w:t>Гнів наш хай буде мов грім, що лиш міазми вбива,&lt;br /&gt;</w:t>
        <w:br/>
        <w:t>Але ненависть гонім і зневіру далеко від себе!&lt;br /&gt;</w:t>
        <w:br/>
        <w:t>Біль наш і сумнів на сміх, слізьми облитий, змінім.</w:t>
      </w:r>
    </w:p>
    <w:p>
      <w:r>
        <w:br/>
        <w:t>В АЛЬБОМ П[А]НІ О.М.</w:t>
      </w:r>
    </w:p>
    <w:p>
      <w:r>
        <w:br/>
        <w:t>У безсонну ніченьку,&lt;br /&gt;</w:t>
        <w:br/>
        <w:t>Де сум — твій товариш,&lt;br /&gt;</w:t>
        <w:br/>
        <w:t>Скільки передумаєш,&lt;br /&gt;</w:t>
        <w:br/>
        <w:t>Скільки перемариш!</w:t>
      </w:r>
    </w:p>
    <w:p>
      <w:r>
        <w:br/>
        <w:t>Всі прожиті радощі,&lt;br /&gt;</w:t>
        <w:br/>
        <w:t>Всі пробуті муки&lt;br /&gt;</w:t>
        <w:br/>
        <w:t>Йдуть, мов тіні тихії,&lt;br /&gt;</w:t>
        <w:br/>
        <w:t>Держачись за руки.</w:t>
      </w:r>
    </w:p>
    <w:p>
      <w:r>
        <w:br/>
        <w:t>Йдуть, сміючись, плачучи —&lt;br /&gt;</w:t>
        <w:br/>
        <w:t>Не о власних силах, —&lt;br /&gt;</w:t>
        <w:br/>
        <w:t>Мрія-бо тужливая&lt;br /&gt;</w:t>
        <w:br/>
        <w:t>Їх несе на крилах.</w:t>
      </w:r>
    </w:p>
    <w:p>
      <w:r>
        <w:br/>
        <w:t>Та мені в борбі важкій&lt;br /&gt;</w:t>
        <w:br/>
        <w:t>З темними думками&lt;br /&gt;</w:t>
        <w:br/>
        <w:t>Навіть у країну мрій&lt;br /&gt;</w:t>
        <w:br/>
        <w:t>Шлях заріс тернами.&lt;br /&gt;</w:t>
        <w:br/>
        <w:t>Криворівня, дня 24 серпня 1902.</w:t>
      </w:r>
    </w:p>
    <w:p>
      <w:r>
        <w:br/>
        <w:t>ХОДИТЬ ТУГА ПО ГОЛІЙ ГОРІ...</w:t>
      </w:r>
    </w:p>
    <w:p>
      <w:r>
        <w:br/>
        <w:t>Ходить туга по голій горі,&lt;br /&gt;</w:t>
        <w:br/>
        <w:t>Як туман по долині,&lt;br /&gt;</w:t>
        <w:br/>
        <w:t>Сіє мрії й бажання свої&lt;br /&gt;</w:t>
        <w:br/>
        <w:t>По широкій пустині.</w:t>
      </w:r>
    </w:p>
    <w:p>
      <w:r>
        <w:br/>
        <w:t>Розлітайтеся, мрії мої,&lt;br /&gt;</w:t>
        <w:br/>
        <w:t>Будякове насіння,&lt;br /&gt;</w:t>
        <w:br/>
        <w:t>А де стрінете серце живе,&lt;br /&gt;</w:t>
        <w:br/>
        <w:t>Запускайте коріння!</w:t>
      </w:r>
    </w:p>
    <w:p>
      <w:r>
        <w:br/>
        <w:t>Запускайте коріння ціпке&lt;br /&gt;</w:t>
        <w:br/>
        <w:t>Аж у серце до грунту,&lt;br /&gt;</w:t>
        <w:br/>
        <w:t>Проти плісені, сну, мертвоти&lt;br /&gt;</w:t>
        <w:br/>
        <w:t>Кличте духа до бунту.</w:t>
      </w:r>
    </w:p>
    <w:p>
      <w:r>
        <w:br/>
        <w:t>СІЙТЕ БІЛЬШ</w:t>
      </w:r>
    </w:p>
    <w:p>
      <w:r>
        <w:br/>
        <w:t>I</w:t>
      </w:r>
    </w:p>
    <w:p>
      <w:r>
        <w:br/>
        <w:t>Посіяли трішки — та й страшно:&lt;br /&gt;</w:t>
        <w:br/>
        <w:t>Чи зійде?..чи ще присівати?&lt;br /&gt;</w:t>
        <w:br/>
        <w:t>Та сійте ж! — минає посуха —&lt;br /&gt;</w:t>
        <w:br/>
        <w:t>Не дурно ж тим хмарам снувати…&lt;br /&gt;</w:t>
        <w:br/>
        <w:t>Не дурно ж так дощиком пахне…&lt;br /&gt;</w:t>
        <w:br/>
        <w:t>Он хмара згущається чорна,&lt;br /&gt;</w:t>
        <w:br/>
        <w:t>Край неба весь скоро обгорне..,&lt;br /&gt;</w:t>
        <w:br/>
        <w:t>От блискавка блисне і грім як не трахне!&lt;br /&gt;</w:t>
        <w:br/>
        <w:t>Не дурно ж так дощиком пахне!</w:t>
      </w:r>
    </w:p>
    <w:p>
      <w:r>
        <w:br/>
        <w:t>***&lt;br /&gt;</w:t>
        <w:br/>
        <w:t>Та хай би ж ся хмара і дурно пройде,&lt;br /&gt;</w:t>
        <w:br/>
        <w:t>Нова після неї сильніша прийде:&lt;br /&gt;</w:t>
        <w:br/>
        <w:t>Не дурно ж по небу тим хмарам снувати…&lt;br /&gt;</w:t>
        <w:br/>
        <w:t>Не бійтесь, не бійтесь іще присівати!</w:t>
      </w:r>
    </w:p>
    <w:p>
      <w:r>
        <w:br/>
        <w:t>II</w:t>
      </w:r>
    </w:p>
    <w:p>
      <w:r>
        <w:br/>
        <w:t>Ой, як мало, як мало проснулось!&lt;br /&gt;</w:t>
        <w:br/>
        <w:t>Хай би море скоріш сколихнулось!&lt;br /&gt;</w:t>
        <w:br/>
        <w:t>Якби зміг да Перуном я зараз же стати,&lt;br /&gt;</w:t>
        <w:br/>
        <w:t>В одну мить зміг життя б розбудить!&lt;br /&gt;</w:t>
        <w:br/>
        <w:t>Якби зміг в свої руки всю силу зібрати,&lt;br /&gt;</w:t>
        <w:br/>
        <w:t>Що в вас сонною й досі лежить —&lt;br /&gt;</w:t>
        <w:br/>
        <w:t>Одна мить… Я б примусив вас жить!</w:t>
      </w:r>
    </w:p>
    <w:p>
      <w:r>
        <w:br/>
        <w:t>ПАТРІОТ</w:t>
      </w:r>
    </w:p>
    <w:p>
      <w:r>
        <w:br/>
        <w:t>Усе я бистро виджу,&lt;br /&gt;</w:t>
        <w:br/>
        <w:t>Все оплюю, все збриджу,&lt;br /&gt;</w:t>
        <w:br/>
        <w:t>Все сквашу, все розстрою,&lt;br /&gt;</w:t>
        <w:br/>
        <w:t>Всіх гіркістю напою.</w:t>
      </w:r>
    </w:p>
    <w:p>
      <w:r>
        <w:br/>
        <w:t>Де треба, влізу в душу,&lt;br /&gt;</w:t>
        <w:br/>
        <w:t>Де схочу, честь нарушу,&lt;br /&gt;</w:t>
        <w:br/>
        <w:t>На кождого подвір'я&lt;br /&gt;</w:t>
        <w:br/>
        <w:t>Посію недовір'я,</w:t>
      </w:r>
    </w:p>
    <w:p>
      <w:r>
        <w:br/>
        <w:t>На кождого підсіння&lt;br /&gt;</w:t>
        <w:br/>
        <w:t>Положу підозріння —&lt;br /&gt;</w:t>
        <w:br/>
        <w:t>І все те, все буквально,&lt;br /&gt;</w:t>
        <w:br/>
        <w:t>Я вчиню так формально,</w:t>
      </w:r>
    </w:p>
    <w:p>
      <w:r>
        <w:br/>
        <w:t>Спокійно, і прилично,&lt;br /&gt;</w:t>
        <w:br/>
        <w:t>І вповні методично,&lt;br /&gt;</w:t>
        <w:br/>
        <w:t>Що все уйду скандалу,&lt;br /&gt;</w:t>
        <w:br/>
        <w:t>Не нюхну криміналу.</w:t>
      </w:r>
    </w:p>
    <w:p>
      <w:r>
        <w:br/>
        <w:t>А хто би мав охоту&lt;br /&gt;</w:t>
        <w:br/>
        <w:t>Назвать мою роботу&lt;br /&gt;</w:t>
        <w:br/>
        <w:t>Яким поганим словом,&lt;br /&gt;</w:t>
        <w:br/>
        <w:t>Я судом гоноровим</w:t>
      </w:r>
    </w:p>
    <w:p>
      <w:r>
        <w:br/>
        <w:t>Йому прикручу роги&lt;br /&gt;</w:t>
        <w:br/>
        <w:t>І чистий, без тривоги,&lt;br /&gt;</w:t>
        <w:br/>
        <w:t>Неначе пес за плотом,&lt;br /&gt;</w:t>
        <w:br/>
        <w:t>Все буду патріотом.&lt;br /&gt;</w:t>
        <w:br/>
        <w:t>Писано 1906 р.</w:t>
      </w:r>
    </w:p>
    <w:p>
      <w:r>
        <w:br/>
        <w:t>ЗОНІ ЮЗИЧИНСЬКІЙ</w:t>
      </w:r>
    </w:p>
    <w:p>
      <w:r>
        <w:br/>
        <w:t>Не мовчи, коли, гордо пишаючись,&lt;br /&gt;</w:t>
        <w:br/>
        <w:t>Велегласно брехня гомонить,&lt;br /&gt;</w:t>
        <w:br/>
        <w:t>Коли, горем чужим утішаючись,&lt;br /&gt;</w:t>
        <w:br/>
        <w:t>Зависть, наче оса та, бринить,&lt;br /&gt;</w:t>
        <w:br/>
        <w:t>І сичить клевета, мов гадюка в корчи, —</w:t>
      </w:r>
    </w:p>
    <w:p>
      <w:r>
        <w:br/>
        <w:t>Не мовчи!</w:t>
      </w:r>
    </w:p>
    <w:p>
      <w:r>
        <w:br/>
        <w:t>Говори, коли серце твоє підіймається&lt;br /&gt;</w:t>
        <w:br/>
        <w:t>Нетерплячкою правди й добра,&lt;br /&gt;</w:t>
        <w:br/>
        <w:t>Говори, хай слів твоїх розумних жахається&lt;br /&gt;</w:t>
        <w:br/>
        <w:t>Слямазарність, бездарність стара,&lt;br /&gt;</w:t>
        <w:br/>
        <w:t>Хоч би ушам глухим, до німої гори, —</w:t>
      </w:r>
    </w:p>
    <w:p>
      <w:r>
        <w:br/>
        <w:t>Говори!&lt;br /&gt;</w:t>
        <w:br/>
        <w:t>Написано 3 лютого 1916 р.</w:t>
      </w:r>
    </w:p>
    <w:p>
      <w:r>
        <w:br/>
        <w:t>ЧОМУ НЕ СМІЄШСЯ НІКОЛИ?...</w:t>
      </w:r>
    </w:p>
    <w:p>
      <w:r>
        <w:br/>
        <w:t>Чому не смієшся ніколи?&lt;br /&gt;</w:t>
        <w:br/>
        <w:t>Чи в твойому серці зима,&lt;br /&gt;</w:t>
        <w:br/>
        <w:t>І горе зморозило душу,&lt;br /&gt;</w:t>
        <w:br/>
        <w:t>Що сміху у горлі нема?</w:t>
      </w:r>
    </w:p>
    <w:p>
      <w:r>
        <w:br/>
        <w:t>Чому не смієшся ніколи?&lt;br /&gt;</w:t>
        <w:br/>
        <w:t>Чи, може, лежить який гріх&lt;br /&gt;</w:t>
        <w:br/>
        <w:t>Великий на твоїм сумлінні&lt;br /&gt;</w:t>
        <w:br/>
        <w:t>І здавлює радісний сміх?</w:t>
      </w:r>
    </w:p>
    <w:p>
      <w:r>
        <w:br/>
        <w:t>Лежить якийсь смуток таємний&lt;br /&gt;</w:t>
        <w:br/>
        <w:t>На твоїм чудовім чолі,&lt;br /&gt;</w:t>
        <w:br/>
        <w:t>І усміх твій — наче під осінь&lt;br /&gt;</w:t>
        <w:br/>
        <w:t>Всміхається сонце у млі.</w:t>
      </w:r>
    </w:p>
    <w:p>
      <w:r>
        <w:br/>
        <w:t>ОТСЕЙ МАЛЕНЬКИЙ ІНСТРУМЕНТ...</w:t>
      </w:r>
    </w:p>
    <w:p>
      <w:r>
        <w:br/>
        <w:t>Отсей маленький інструмент,&lt;br /&gt;</w:t>
        <w:br/>
        <w:t>Холодний та блискучий…&lt;br /&gt;</w:t>
        <w:br/>
        <w:t>Один кивок… один момент…&lt;br /&gt;</w:t>
        <w:br/>
        <w:t>І крові ключ кипучий…</w:t>
      </w:r>
    </w:p>
    <w:p>
      <w:r>
        <w:br/>
        <w:t>Легенький крик… безсильний шепт,&lt;br /&gt;</w:t>
        <w:br/>
        <w:t>А там — поклін покірний, —&lt;br /&gt;</w:t>
        <w:br/>
        <w:t>Отcе весь лік, отсе рецепт&lt;br /&gt;</w:t>
        <w:br/>
        <w:t>На весь мій. біль безмірний.</w:t>
      </w:r>
    </w:p>
    <w:p>
      <w:r>
        <w:br/>
        <w:t>В отсей маленький інструмент&lt;br /&gt;</w:t>
        <w:br/>
        <w:t>Кладу маленьку кулю&lt;br /&gt;</w:t>
        <w:br/>
        <w:t>І замість любки на момент&lt;br /&gt;</w:t>
        <w:br/>
        <w:t>Його до серця тулю.</w:t>
      </w:r>
    </w:p>
    <w:p>
      <w:r>
        <w:br/>
        <w:t>Один кивок… легенький гук,&lt;br /&gt;</w:t>
        <w:br/>
        <w:t>Неначе свічка здута,&lt;br /&gt;</w:t>
        <w:br/>
        <w:t>І він з моїх упаде рук,&lt;br /&gt;</w:t>
        <w:br/>
        <w:t>І з мене спадуть пута.</w:t>
      </w:r>
    </w:p>
    <w:p>
      <w:r>
        <w:br/>
        <w:t>Один момент — хіба ж се гріх?&lt;br /&gt;</w:t>
        <w:br/>
        <w:t>І пощо так страждати?&lt;br /&gt;</w:t>
        <w:br/>
        <w:t>Марний комар, пустий горіх,&lt;br /&gt;</w:t>
        <w:br/>
        <w:t>Та й пощо заважати?</w:t>
      </w:r>
    </w:p>
    <w:p>
      <w:r>
        <w:br/>
        <w:t>Ядро завмерло — геть марну,&lt;br /&gt;</w:t>
        <w:br/>
        <w:t>Порожнюю лушпину!&lt;br /&gt;</w:t>
        <w:br/>
        <w:t>Один кивок! За мить одну&lt;br /&gt;</w:t>
        <w:br/>
        <w:t>Навіки я спочину.</w:t>
      </w:r>
    </w:p>
    <w:p>
      <w:r>
        <w:br/>
        <w:t>ТАК, ТИ ОДНА МОЯ ПРАВДИВАЯ ЛЮБОВ...</w:t>
      </w:r>
    </w:p>
    <w:p>
      <w:r>
        <w:br/>
        <w:t>Так, ти одна моя правдивая любов,&lt;br /&gt;</w:t>
        <w:br/>
        <w:t>Та, що не суджено в житті їй вдовольниться;</w:t>
      </w:r>
    </w:p>
    <w:p>
      <w:r>
        <w:br/>
        <w:t>Ти найтайніший порив той, що бурить кров,&lt;br /&gt;</w:t>
        <w:br/>
        <w:t>Підносить грудь, та ба — ніколи не сповниться.</w:t>
      </w:r>
    </w:p>
    <w:p>
      <w:r>
        <w:br/>
        <w:t>Ти той найкращий спів, що в час вітхнення сниться,&lt;br /&gt;</w:t>
        <w:br/>
        <w:t>Та ще ніколи слів для себе не знайшов;</w:t>
      </w:r>
    </w:p>
    <w:p>
      <w:r>
        <w:br/>
        <w:t>Ти славний подвиг той, що я б на нього йшов,&lt;br /&gt;</w:t>
        <w:br/>
        <w:t>Коб віра сильная й могучая десниця.</w:t>
      </w:r>
    </w:p>
    <w:p>
      <w:r>
        <w:br/>
        <w:t>Як згублену любов, несповнене бажання,&lt;br /&gt;</w:t>
        <w:br/>
        <w:t>Невиспіваний спів, геройське поривання,</w:t>
      </w:r>
    </w:p>
    <w:p>
      <w:r>
        <w:br/>
        <w:t>Як все найвищеє, чим душу я кормлю,&lt;br /&gt;</w:t>
        <w:br/>
        <w:t>Як той огонь, що враз і гріє й пожирає,</w:t>
      </w:r>
    </w:p>
    <w:p>
      <w:r>
        <w:br/>
        <w:t>Як смерть, що забива й від мук ослобоняє,-&lt;br /&gt;</w:t>
        <w:br/>
        <w:t>Отак, красавице, і я тебе люблю.</w:t>
      </w:r>
    </w:p>
    <w:p>
      <w:r>
        <w:br/>
        <w:t>ХОЧ ТИ НЕ БУДЕШ ЦВІТКОЮ ЦВІСТИ...</w:t>
      </w:r>
    </w:p>
    <w:p>
      <w:r>
        <w:br/>
        <w:t>Хоч ти не будеш цвіткою цвісти,&lt;br /&gt;</w:t>
        <w:br/>
        <w:t>Левкоєю пахучо-золотою,&lt;br /&gt;</w:t>
        <w:br/>
        <w:t>Хоч ти пішла серед юрби плисти&lt;br /&gt;</w:t>
        <w:br/>
        <w:t>У океан щоденщини й застою,</w:t>
      </w:r>
    </w:p>
    <w:p>
      <w:r>
        <w:br/>
        <w:t>То все ж для мене ясна, чиста ти,&lt;br /&gt;</w:t>
        <w:br/>
        <w:t>Не перестанеш буть мені святою,&lt;br /&gt;</w:t>
        <w:br/>
        <w:t>Як цвіт, що стужі не зазнав ні спеки,&lt;br /&gt;</w:t>
        <w:br/>
        <w:t>Як ідеал все ясний — бо далекий.</w:t>
      </w:r>
    </w:p>
    <w:p>
      <w:r>
        <w:br/>
        <w:t>Я понесу тебе в душі на дні&lt;br /&gt;</w:t>
        <w:br/>
        <w:t>Облиту чаром свіжості й любові,&lt;br /&gt;</w:t>
        <w:br/>
        <w:t>Твою красу я переллю в пісні,&lt;br /&gt;</w:t>
        <w:br/>
        <w:t>Огонь очей в дзвінкії хвилі мови,</w:t>
      </w:r>
    </w:p>
    <w:p>
      <w:r>
        <w:br/>
        <w:t>Коралі уст у ритми голосні…&lt;br /&gt;</w:t>
        <w:br/>
        <w:t>Мов золотая мушка, в бурштиновий&lt;br /&gt;</w:t>
        <w:br/>
        <w:t>Хрусталь залита, в нім віки триває,&lt;br /&gt;</w:t>
        <w:br/>
        <w:t>Цвістимеш ти,— покіль мій спів лунає.</w:t>
      </w:r>
    </w:p>
    <w:p>
      <w:r>
        <w:br/>
        <w:t>EX NIHILO [2]</w:t>
      </w:r>
    </w:p>
    <w:p>
      <w:r>
        <w:br/>
        <w:t>(Монолог атеїста)</w:t>
      </w:r>
    </w:p>
    <w:p>
      <w:r>
        <w:br/>
        <w:t>I</w:t>
      </w:r>
    </w:p>
    <w:p>
      <w:r>
        <w:br/>
        <w:t>Нема, нема вже господа на небі!&lt;br /&gt;</w:t>
        <w:br/>
        <w:t>Немає творця, ані самодержця,&lt;br /&gt;</w:t>
        <w:br/>
        <w:t>Нема того, що всемогучим словом&lt;br /&gt;</w:t>
        <w:br/>
        <w:t>Усе з нічого вивів! Наче тінь&lt;br /&gt;</w:t>
        <w:br/>
        <w:t>Велика, залягав він світ цілий,&lt;br /&gt;</w:t>
        <w:br/>
        <w:t>Тьмив мозги людські сотні тисяч літ.&lt;br /&gt;</w:t>
        <w:br/>
        <w:t>Стискав серця залізними кліщами&lt;br /&gt;</w:t>
        <w:br/>
        <w:t>Тривоги, шарпав душі, кров хлептав&lt;br /&gt;</w:t>
        <w:br/>
        <w:t>І теплу пару різаного тіла&lt;br /&gt;</w:t>
        <w:br/>
        <w:t>Хапав в неситі ніздрі! Мов опир,&lt;br /&gt;</w:t>
        <w:br/>
        <w:t>На груді людськості чапів той привид&lt;br /&gt;</w:t>
        <w:br/>
        <w:t>І висисав її найліпші соки.&lt;br /&gt;</w:t>
        <w:br/>
        <w:t>А нині щез він! Сонце! Сонце! Світло!&lt;br /&gt;</w:t>
        <w:br/>
        <w:t>Нема його! Свобода! Я, черв’як,&lt;br /&gt;</w:t>
        <w:br/>
        <w:t>Я, незапримітний атом в природі,&lt;br /&gt;</w:t>
        <w:br/>
        <w:t>Я вбив його, розпанахав, розвіяв!&lt;br /&gt;</w:t>
        <w:br/>
        <w:t>Я стрілами думок могучих, ясних&lt;br /&gt;</w:t>
        <w:br/>
        <w:t>Наскрізь прошиб його і повалив&lt;br /&gt;</w:t>
        <w:br/>
        <w:t>Додолу, мов Давид той Голіафа.&lt;br /&gt;</w:t>
        <w:br/>
        <w:t>Мечем знання і досвіду людського&lt;br /&gt;</w:t>
        <w:br/>
        <w:t>Я голову його відсік. Моя побіда!&lt;br /&gt;</w:t>
        <w:br/>
        <w:t>Його нема і не було ніколи!&lt;br /&gt;</w:t>
        <w:br/>
        <w:t>Я пхнув його у те ніщо безмірне,&lt;br /&gt;</w:t>
        <w:br/>
        <w:t>З котрого повороту вже немає!&lt;br /&gt;</w:t>
        <w:br/>
        <w:t>Ох, кілько труду, горя і терпіння&lt;br /&gt;</w:t>
        <w:br/>
        <w:t>Се діло стоїло! Якраз сьогодні&lt;br /&gt;</w:t>
        <w:br/>
        <w:t>Минає двадцять літ, як я, вернувши&lt;br /&gt;</w:t>
        <w:br/>
        <w:t>Із довгих подорожей по чужині,&lt;br /&gt;</w:t>
        <w:br/>
        <w:t>Із довгих студій, з’їздивши Європу,&lt;br /&gt;</w:t>
        <w:br/>
        <w:t>Пізнавши наймудріших, найвченіших&lt;br /&gt;</w:t>
        <w:br/>
        <w:t>Людей, які жили лиш в тім часі,&lt;br /&gt;</w:t>
        <w:br/>
        <w:t>Зібравши мудрість всіх віків минулих,&lt;br /&gt;</w:t>
        <w:br/>
        <w:t>Що зложена в старих книжках, узявсь&lt;br /&gt;</w:t>
        <w:br/>
        <w:t>За сеє діло. Двадцять літ над ним&lt;br /&gt;</w:t>
        <w:br/>
        <w:t>Сидів я. Мов закоханий коханці,&lt;br /&gt;</w:t>
        <w:br/>
        <w:t>Йому я віддавав найкращі хвилі&lt;br /&gt;</w:t>
        <w:br/>
        <w:t>Життя, всі пориви душі, моменти,&lt;br /&gt;</w:t>
        <w:br/>
        <w:t>Коли з джерел таємних в нашім серці&lt;br /&gt;</w:t>
        <w:br/>
        <w:t>Підноситься чуття могучий прилив,&lt;br /&gt;</w:t>
        <w:br/>
        <w:t>А в мозгу дум широких і блискучих&lt;br /&gt;</w:t>
        <w:br/>
        <w:t>Цілі рої снуються. Все те я&lt;br /&gt;</w:t>
        <w:br/>
        <w:t>У розумовій кузні невтомимо&lt;br /&gt;</w:t>
        <w:br/>
        <w:t>Варив і перековував, острив&lt;br /&gt;</w:t>
        <w:br/>
        <w:t>І шліфував, і кров’ю серця свого,&lt;br /&gt;</w:t>
        <w:br/>
        <w:t>Слізьми гіркими гартував, і тут,&lt;br /&gt;</w:t>
        <w:br/>
        <w:t>В сю книгу, все складав, у сю велику&lt;br /&gt;</w:t>
        <w:br/>
        <w:t>Зброївню духу людського. Вона&lt;br /&gt;</w:t>
        <w:br/>
        <w:t>Мій скарб єдиний і моя заслуга,&lt;br /&gt;</w:t>
        <w:br/>
        <w:t>Моя Америка, що я відкрив,&lt;br /&gt;</w:t>
        <w:br/>
        <w:t>Завоював і закріпив навіки&lt;br /&gt;</w:t>
        <w:br/>
        <w:t>Для всеї людськості. Яка дрібна,&lt;br /&gt;</w:t>
        <w:br/>
        <w:t>Нужденна і кровава та нова&lt;br /&gt;</w:t>
        <w:br/>
        <w:t>Земля іспанська супроти моєї!&lt;br /&gt;</w:t>
        <w:br/>
        <w:t>Чим ті великі скарби Монтесуми&lt;br /&gt;</w:t>
        <w:br/>
        <w:t>І золоті комори перуанські&lt;br /&gt;</w:t>
        <w:br/>
        <w:t>Супроти тих перел неоціненних,&lt;br /&gt;</w:t>
        <w:br/>
        <w:t>Супроти того світла і свободи,&lt;br /&gt;</w:t>
        <w:br/>
        <w:t>Що зложені так щедро в моїй книзі!&lt;br /&gt;</w:t>
        <w:br/>
        <w:t>Ті скарби зслизли, наче дим, лиш крові&lt;br /&gt;</w:t>
        <w:br/>
        <w:t>Потоки полилися задля них,&lt;br /&gt;</w:t>
        <w:br/>
        <w:t>І горе безконечним ланцюгом&lt;br /&gt;</w:t>
        <w:br/>
        <w:t>За ними тягнеться; мій скарб дає&lt;br /&gt;</w:t>
        <w:br/>
        <w:t>Всім волю та нове життя. Сей світ,&lt;br /&gt;</w:t>
        <w:br/>
        <w:t>Де досі ми жили мов гості, наче&lt;br /&gt;</w:t>
        <w:br/>
        <w:t>Убогі сироти, що батько з дому&lt;br /&gt;</w:t>
        <w:br/>
        <w:t>Прогнав в чужину, — світ отсей віднині&lt;br /&gt;</w:t>
        <w:br/>
        <w:t>Робиться наш, і ми його панами!&lt;br /&gt;</w:t>
        <w:br/>
        <w:t>Не поза ним, в нім наша вітчина!&lt;br /&gt;</w:t>
        <w:br/>
        <w:t>Не поза ним, а в ньому вічні ми.&lt;br /&gt;</w:t>
        <w:br/>
        <w:t>Не поза ним, а в ньому треба нам&lt;br /&gt;</w:t>
        <w:br/>
        <w:t>Устроювать собі життя і щастя.&lt;br /&gt;</w:t>
        <w:br/>
        <w:t>Все інше — байки, дим, мана і сон,&lt;br /&gt;</w:t>
        <w:br/>
        <w:t>Сон дітської уяви…&lt;br /&gt;</w:t>
        <w:br/>
        <w:t>Як же бідні,&lt;br /&gt;</w:t>
        <w:br/>
        <w:t>Нужденні ті казки жидівські, що нам&lt;br /&gt;</w:t>
        <w:br/>
        <w:t>Накинено як догми, що відмалку&lt;br /&gt;</w:t>
        <w:br/>
        <w:t>Кормлять нас ними, силою вбивають&lt;br /&gt;</w:t>
        <w:br/>
        <w:t>Їх в мозок наш і видають за верх&lt;br /&gt;</w:t>
        <w:br/>
        <w:t>Премудрості, за відкриття самого —&lt;br /&gt;</w:t>
        <w:br/>
        <w:t>Самого бога! Як же бідні, глупі&lt;br /&gt;</w:t>
        <w:br/>
        <w:t>Дитинячі казки, зовсім під пару&lt;br /&gt;</w:t>
        <w:br/>
        <w:t>Тим, що у нас старі баби говорять!&lt;br /&gt;</w:t>
        <w:br/>
        <w:t>Світ ще не має шести тисяч літ,&lt;br /&gt;</w:t>
        <w:br/>
        <w:t>Сотворений одного тижня! Люди&lt;br /&gt;</w:t>
        <w:br/>
        <w:t>Були розумні зразу і святі,&lt;br /&gt;</w:t>
        <w:br/>
        <w:t>Невинні і безсмертні! Земний рай&lt;br /&gt;</w:t>
        <w:br/>
        <w:t>Був їх житлом. Змія звела їх. Бог&lt;br /&gt;</w:t>
        <w:br/>
        <w:t>За несуразну, дітськую провину&lt;br /&gt;</w:t>
        <w:br/>
        <w:t>Прогнав їх з раю і прокляв навіки&lt;br /&gt;</w:t>
        <w:br/>
        <w:t>Їх і весь рід їх, помрачив їх розум&lt;br /&gt;</w:t>
        <w:br/>
        <w:t>І серце попсував, а потім, потім&lt;br /&gt;</w:t>
        <w:br/>
        <w:t>За штири тисячі років послав&lt;br /&gt;</w:t>
        <w:br/>
        <w:t>Їм свого сина — і пощо? щоб той&lt;br /&gt;</w:t>
        <w:br/>
        <w:t>З рук тих самих людей приняв страшну,&lt;br /&gt;</w:t>
        <w:br/>
        <w:t>Ганебну смерть, і тим, що би повинно&lt;br /&gt;</w:t>
        <w:br/>
        <w:t>Ще більший гнів, ще тяжчеє прокляття&lt;br /&gt;</w:t>
        <w:br/>
        <w:t>На рід весь людський навести, тим він&lt;br /&gt;</w:t>
        <w:br/>
        <w:t>Мав божий гнів переблагать за те,&lt;br /&gt;</w:t>
        <w:br/>
        <w:t>Що яблуко Адам у раю з’їв!&lt;br /&gt;</w:t>
        <w:br/>
        <w:t>Безглузда казка й не забавна навіть,&lt;br /&gt;</w:t>
        <w:br/>
        <w:t>Бо з неї кров’ю пахне, безсердечним&lt;br /&gt;</w:t>
        <w:br/>
        <w:t>Гнівом, заїлістю сліпою.&lt;br /&gt;</w:t>
        <w:br/>
        <w:t>Бог, —&lt;br /&gt;</w:t>
        <w:br/>
        <w:t>Говорять наші вчителі премудрі, —&lt;br /&gt;</w:t>
        <w:br/>
        <w:t>І найсвятіший, наймудріший дух,&lt;br /&gt;</w:t>
        <w:br/>
        <w:t>І милосердний враз, і справедливий,&lt;br /&gt;</w:t>
        <w:br/>
        <w:t>І добрий, і страшний, отець і кат.&lt;br /&gt;</w:t>
        <w:br/>
        <w:t>Він любить всіх людей немов дітей,&lt;br /&gt;</w:t>
        <w:br/>
        <w:t>Він знає всяке серце, всяку думку,&lt;br /&gt;</w:t>
        <w:br/>
        <w:t>Все зна, що єсть, було і буде. Він&lt;br /&gt;</w:t>
        <w:br/>
        <w:t>Держить весь світ і всякую пилинку,&lt;br /&gt;</w:t>
        <w:br/>
        <w:t>І все, що діється, те діється лиш ним.&lt;br /&gt;</w:t>
        <w:br/>
        <w:t>Без волі бога волос з голови&lt;br /&gt;</w:t>
        <w:br/>
        <w:t>Не спаде чоловіку! Бідні, бідні,&lt;br /&gt;</w:t>
        <w:br/>
        <w:t>Нещасні люди, недодумки вбогі!&lt;br /&gt;</w:t>
        <w:br/>
        <w:t>Вас сотні літ безглуздими, пустими&lt;br /&gt;</w:t>
        <w:br/>
        <w:t>Словами затуманювали! Як&lt;br /&gt;</w:t>
        <w:br/>
        <w:t>Ваш бог розумний, пощо ж сотворив&lt;br /&gt;</w:t>
        <w:br/>
        <w:t>Дурних людей? Як добрий, пощо ж злу&lt;br /&gt;</w:t>
        <w:br/>
        <w:t>Дав панувати в світі над добром&lt;br /&gt;</w:t>
        <w:br/>
        <w:t>І пощо зле те сотворив? Як любить&lt;br /&gt;</w:t>
        <w:br/>
        <w:t>Людей і всі їх помисли і вчинки&lt;br /&gt;</w:t>
        <w:br/>
        <w:t>Наперед знає і в руках держить,&lt;br /&gt;</w:t>
        <w:br/>
        <w:t>То пощо ж людям позволя грішити&lt;br /&gt;</w:t>
        <w:br/>
        <w:t>І пощо за гріхи ті — незміримо&lt;br /&gt;</w:t>
        <w:br/>
        <w:t>Дрібні, малозначучі і дитинні —&lt;br /&gt;</w:t>
        <w:br/>
        <w:t>Ображен гірше деспота лихого&lt;br /&gt;</w:t>
        <w:br/>
        <w:t>І проклина дітей на вічні віки,&lt;br /&gt;</w:t>
        <w:br/>
        <w:t>Вкида в огонь пекельний, в люту муку?&lt;br /&gt;</w:t>
        <w:br/>
        <w:t>Огидні, несуразнії казки!&lt;br /&gt;</w:t>
        <w:br/>
        <w:t>Фантазії якихось людожерців!&lt;br /&gt;</w:t>
        <w:br/>
        <w:t>А нам говорять, що се й єсть найвища&lt;br /&gt;</w:t>
        <w:br/>
        <w:t>Христова правда, одинока правда,&lt;br /&gt;</w:t>
        <w:br/>
        <w:t>Котра спасти нас може!&lt;br /&gt;</w:t>
        <w:br/>
        <w:t>Але годі!&lt;br /&gt;</w:t>
        <w:br/>
        <w:t>Пора казкам у дітськії запічки!&lt;br /&gt;</w:t>
        <w:br/>
        <w:t>Не бути їм вугольним каменем&lt;br /&gt;</w:t>
        <w:br/>
        <w:t>Всесвітньої будови! Мов бджола та,&lt;br /&gt;</w:t>
        <w:br/>
        <w:t>Дрібна та невтомима, по безмірних&lt;br /&gt;</w:t>
        <w:br/>
        <w:t>Лугах минувшини і людських дум&lt;br /&gt;</w:t>
        <w:br/>
        <w:t>Я двадцять літ літав і всяку ясну,&lt;br /&gt;</w:t>
        <w:br/>
        <w:t>Свобідну думку краплю до краплини&lt;br /&gt;</w:t>
        <w:br/>
        <w:t>Збирав. Де тільки людський смілий дух&lt;br /&gt;</w:t>
        <w:br/>
        <w:t>Вривався на заказанеє поле&lt;br /&gt;</w:t>
        <w:br/>
        <w:t>Релігії, де тільки бунтувалось&lt;br /&gt;</w:t>
        <w:br/>
        <w:t>Гарячеє чуття проти тиранства&lt;br /&gt;</w:t>
        <w:br/>
        <w:t>Містерій, церемоній, догм, де тільки&lt;br /&gt;</w:t>
        <w:br/>
        <w:t>Найвища та людськая здібність-сумнів&lt;br /&gt;</w:t>
        <w:br/>
        <w:t>До брам святилищ термосилась, тайно&lt;br /&gt;</w:t>
        <w:br/>
        <w:t>Основи їх підкопувала, — всюди&lt;br /&gt;</w:t>
        <w:br/>
        <w:t>Я вслід їх біг, любовно їх леліяв,&lt;br /&gt;</w:t>
        <w:br/>
        <w:t>Мов перли многоцінні, їх збирав&lt;br /&gt;</w:t>
        <w:br/>
        <w:t>В один вінок. Лукрецій і Джордано,&lt;br /&gt;</w:t>
        <w:br/>
        <w:t>Сервет і Таціт, Соцін, Ціцерон&lt;br /&gt;</w:t>
        <w:br/>
        <w:t>І Лукіан і многі-многі інші.&lt;br /&gt;</w:t>
        <w:br/>
        <w:t>Старі й новії вільнодумці, чесні&lt;br /&gt;</w:t>
        <w:br/>
        <w:t>Борці свобідної, плідної мислі,&lt;br /&gt;</w:t>
        <w:br/>
        <w:t>І їх великі спільники — учені —&lt;br /&gt;</w:t>
        <w:br/>
        <w:t>Відкривачі, дослідники природи —&lt;br /&gt;</w:t>
        <w:br/>
        <w:t>Колумб, Копернік, Кеплер, Тіхо Браге —&lt;br /&gt;</w:t>
        <w:br/>
        <w:t>Ось спільники мої, мої майстри&lt;br /&gt;</w:t>
        <w:br/>
        <w:t>І вчителі!&lt;br /&gt;</w:t>
        <w:br/>
        <w:t>Та я не вдовольнився&lt;br /&gt;</w:t>
        <w:br/>
        <w:t>Їх світлим товариством, їх словами,&lt;br /&gt;</w:t>
        <w:br/>
        <w:t>Що покріпляють духа, мов уліті&lt;br /&gt;</w:t>
        <w:br/>
        <w:t>Вода погожа. Мов шпіон воєнний,&lt;br /&gt;</w:t>
        <w:br/>
        <w:t>Розвідав я безстрашно і старанно&lt;br /&gt;</w:t>
        <w:br/>
        <w:t>Табор ворожий, прокопавсь терпливо&lt;br /&gt;</w:t>
        <w:br/>
        <w:t>Крізь ту гору туману та безглуздя,&lt;br /&gt;</w:t>
        <w:br/>
        <w:t>Що звесь традиція церковна. В’ївся&lt;br /&gt;</w:t>
        <w:br/>
        <w:t>В отих прославлених отців церковних —&lt;br /&gt;</w:t>
        <w:br/>
        <w:t>Тертулліана, Йвана Златоуста,&lt;br /&gt;</w:t>
        <w:br/>
        <w:t>Григоріїв аж трьох і Августіна,&lt;br /&gt;</w:t>
        <w:br/>
        <w:t>Єроніма й Аквінського Тому.&lt;br /&gt;</w:t>
        <w:br/>
        <w:t>Провчив собори їх і ритуали,&lt;br /&gt;</w:t>
        <w:br/>
        <w:t>Слідив єретиків останки, з жалем&lt;br /&gt;</w:t>
        <w:br/>
        <w:t>Поклонювався тіням Бардезана&lt;br /&gt;</w:t>
        <w:br/>
        <w:t>Та Манеса, Пелагія та Цельза,&lt;br /&gt;</w:t>
        <w:br/>
        <w:t>Своє завзяття гартував у крові&lt;br /&gt;</w:t>
        <w:br/>
        <w:t>Вальденсів, альбігойців та морисків,&lt;br /&gt;</w:t>
        <w:br/>
        <w:t>При стосах, на котрих горіли ясні&lt;br /&gt;</w:t>
        <w:br/>
        <w:t>Зірниці думки вільної — Молей,&lt;br /&gt;</w:t>
        <w:br/>
        <w:t>Джордано та Сервет і много інших.&lt;br /&gt;</w:t>
        <w:br/>
        <w:t>Та й се ще все мене не вдовольнило,&lt;br /&gt;</w:t>
        <w:br/>
        <w:t>І поза світ жидівсько-християнський&lt;br /&gt;</w:t>
        <w:br/>
        <w:t>Я вилетів, провчив Коран турецький,&lt;br /&gt;</w:t>
        <w:br/>
        <w:t>Хапав звістки про Будду, Зороастра,&lt;br /&gt;</w:t>
        <w:br/>
        <w:t>Ваала і Мелькарта, Озіріса&lt;br /&gt;</w:t>
        <w:br/>
        <w:t>Й Ізіду, про Конфуція і Тао&lt;br /&gt;</w:t>
        <w:br/>
        <w:t>І про ті темні, дивоглядні віри&lt;br /&gt;</w:t>
        <w:br/>
        <w:t>Людей півдиких, що гадюкам служать,&lt;br /&gt;</w:t>
        <w:br/>
        <w:t>Медведів, риб та крокодилів чтять,&lt;br /&gt;</w:t>
        <w:br/>
        <w:t>Що моляться до птахів, до каміння,&lt;br /&gt;</w:t>
        <w:br/>
        <w:t>Дерев та рік, що бога свого б’ють,&lt;br /&gt;</w:t>
        <w:br/>
        <w:t>Коли їм просьби не сповня. Усе те&lt;br /&gt;</w:t>
        <w:br/>
        <w:t>Я прослідив, наскільки міг. Я пильно&lt;br /&gt;</w:t>
        <w:br/>
        <w:t>Прислухувався повіркам людей&lt;br /&gt;</w:t>
        <w:br/>
        <w:t>Освічених, що, мов недобитки&lt;br /&gt;</w:t>
        <w:br/>
        <w:t>Замерклого поганства й дикості,&lt;br /&gt;</w:t>
        <w:br/>
        <w:t>Осталися до наших ще часів.&lt;br /&gt;</w:t>
        <w:br/>
        <w:t>І бачив я, як люди вірять в сни,&lt;br /&gt;</w:t>
        <w:br/>
        <w:t>В приміти, в добрі й злії дні, у вплив&lt;br /&gt;</w:t>
        <w:br/>
        <w:t>Планет і зір, у чари і закляття.&lt;br /&gt;</w:t>
        <w:br/>
        <w:t>І ось се все я звів укупу, стяг&lt;br /&gt;</w:t>
        <w:br/>
        <w:t>Всі докази, якими споконвіку&lt;br /&gt;</w:t>
        <w:br/>
        <w:t>Змагались люди доказать собі&lt;br /&gt;</w:t>
        <w:br/>
        <w:t>Існування богів, одного бога, —&lt;br /&gt;</w:t>
        <w:br/>
        <w:t>І всі ті докази на прах розбив.&lt;br /&gt;</w:t>
        <w:br/>
        <w:t>У сімдесят сім тез зібрав я їх,&lt;br /&gt;</w:t>
        <w:br/>
        <w:t>І кожда з них, на доказах оперта,&lt;br /&gt;</w:t>
        <w:br/>
        <w:t>Кінчиться окликом гордим, побідним,&lt;br /&gt;</w:t>
        <w:br/>
        <w:t>Мов голос труб воєнних: N o n e s t D e u s . [3]&lt;br /&gt;</w:t>
        <w:br/>
        <w:t>Та не досить, що ту святу, найвищу&lt;br /&gt;</w:t>
        <w:br/>
        <w:t>І всемогучую істоту я&lt;br /&gt;</w:t>
        <w:br/>
        <w:t>Зіпхнув з престолу, що й престол її&lt;br /&gt;</w:t>
        <w:br/>
        <w:t>І небо все у безмір світовий&lt;br /&gt;</w:t>
        <w:br/>
        <w:t>Розвіяв, — я на тім не зупинився.&lt;br /&gt;</w:t>
        <w:br/>
        <w:t>Я й привид сам найвищої істоти,&lt;br /&gt;</w:t>
        <w:br/>
        <w:t>Ту фікцію зловіщу та кроваву,&lt;br /&gt;</w:t>
        <w:br/>
        <w:t>Що звуть Єгова, Аллах, Брама, Зевс,&lt;br /&gt;</w:t>
        <w:br/>
        <w:t>Ра, Бааль, Фетиш, Бог, — я розібрав&lt;br /&gt;</w:t>
        <w:br/>
        <w:t>Її по ниточці і показав,&lt;br /&gt;</w:t>
        <w:br/>
        <w:t>Що не ся фікція, не жаден бог&lt;br /&gt;</w:t>
        <w:br/>
        <w:t>Не сотворив з нічого чоловіка&lt;br /&gt;</w:t>
        <w:br/>
        <w:t>На образ свій і на свою подобу,&lt;br /&gt;</w:t>
        <w:br/>
        <w:t>Але противно, чоловік творив&lt;br /&gt;</w:t>
        <w:br/>
        <w:t>Богів з нічого, все на образ свій&lt;br /&gt;</w:t>
        <w:br/>
        <w:t>І на свою подобу. Чорний негр&lt;br /&gt;</w:t>
        <w:br/>
        <w:t>Творив їх чорних, людоїдів бог&lt;br /&gt;</w:t>
        <w:br/>
        <w:t>Був людоїдом, многоженців бог&lt;br /&gt;</w:t>
        <w:br/>
        <w:t>Був многоженцем, бог злодіїв крав,&lt;br /&gt;</w:t>
        <w:br/>
        <w:t>А бог філософів високі думи&lt;br /&gt;</w:t>
        <w:br/>
        <w:t>І загадки видумував, робив&lt;br /&gt;</w:t>
        <w:br/>
        <w:t>З людьми експерименти рахункові.&lt;br /&gt;</w:t>
        <w:br/>
        <w:t>Non Deus hominem sed homo Deum&lt;br /&gt;</w:t>
        <w:br/>
        <w:t>Ex nihilo creavit, [4] — в сих словах&lt;br /&gt;</w:t>
        <w:br/>
        <w:t>Лежить здобуток весь моєї праці,&lt;br /&gt;</w:t>
        <w:br/>
        <w:t>Науки й думки. В них Америка&lt;br /&gt;</w:t>
        <w:br/>
        <w:t>Моя, і з ними перейде в потомність&lt;br /&gt;</w:t>
        <w:br/>
        <w:t>Ім’я моє. За них колись потомки&lt;br /&gt;</w:t>
        <w:br/>
        <w:t>Благословить будуть мене, поставлять&lt;br /&gt;</w:t>
        <w:br/>
        <w:t>В ряді побідників великих, що&lt;br /&gt;</w:t>
        <w:br/>
        <w:t>Помалу, крок за кроком, увільняли&lt;br /&gt;</w:t>
        <w:br/>
        <w:t>Людей від споконвічних пут, від тьми&lt;br /&gt;</w:t>
        <w:br/>
        <w:t>І варварства. О, щоб хоч в віщім сні&lt;br /&gt;</w:t>
        <w:br/>
        <w:t>Я міг зирнуть на ті часи, коли&lt;br /&gt;</w:t>
        <w:br/>
        <w:t>Се вилеліяне дитя моє,&lt;br /&gt;</w:t>
        <w:br/>
        <w:t>Сей скарб душі моєї буде міг&lt;br /&gt;</w:t>
        <w:br/>
        <w:t>Свобідно, ярко в сонячному світлі&lt;br /&gt;</w:t>
        <w:br/>
        <w:t>Пишатися! Коли у школах діти,&lt;br /&gt;</w:t>
        <w:br/>
        <w:t>На торжищах дорослі мужі явно,&lt;br /&gt;</w:t>
        <w:br/>
        <w:t>Свобідно зможуть повторять те слово!&lt;br /&gt;</w:t>
        <w:br/>
        <w:t>Ох, та далекий ще, мабуть, той час!&lt;br /&gt;</w:t>
        <w:br/>
        <w:t>І не Мойсей я, щоб з вершка гори&lt;br /&gt;</w:t>
        <w:br/>
        <w:t>Зирнути міг в обіцяную землю,&lt;br /&gt;</w:t>
        <w:br/>
        <w:t>В котру веду людей, а сам ніколи&lt;br /&gt;</w:t>
        <w:br/>
        <w:t>Ввійти не можу. Скорбна доля наша,&lt;br /&gt;</w:t>
        <w:br/>
        <w:t>Людей, що прокладають новий шлях&lt;br /&gt;</w:t>
        <w:br/>
        <w:t>Будущини, відвічні скали ломлять,&lt;br /&gt;</w:t>
        <w:br/>
        <w:t>Обалюють відвічнії запори.&lt;br /&gt;</w:t>
        <w:br/>
        <w:t>Вони звичайно, як Самсон той, гинуть&lt;br /&gt;</w:t>
        <w:br/>
        <w:t>В момент побіди і не бачать навіть&lt;br /&gt;</w:t>
        <w:br/>
        <w:t>Побіди тої. Христофор Колумб&lt;br /&gt;</w:t>
        <w:br/>
        <w:t>Вертав в кайданах із Нового світу,&lt;br /&gt;</w:t>
        <w:br/>
        <w:t>Котрий відкрив. Та він ще щасливіший&lt;br /&gt;</w:t>
        <w:br/>
        <w:t>Сто раз від мене. Він відкрив таке,&lt;br /&gt;</w:t>
        <w:br/>
        <w:t>Що міг усім невірним показати,&lt;br /&gt;</w:t>
        <w:br/>
        <w:t>Чого ніяка злоба ні ненависть&lt;br /&gt;</w:t>
        <w:br/>
        <w:t>Сховати не могла. А я? Моє&lt;br /&gt;</w:t>
        <w:br/>
        <w:t>Відкриття — пустота, ніщо в тім місці,&lt;br /&gt;</w:t>
        <w:br/>
        <w:t>Де досі всього бачили основу.&lt;br /&gt;</w:t>
        <w:br/>
        <w:t>Моє відкриття — воля і простір,&lt;br /&gt;</w:t>
        <w:br/>
        <w:t>Котрий заповнювати треба трудом&lt;br /&gt;</w:t>
        <w:br/>
        <w:t>І дослідом століть. Моє відкриття —&lt;br /&gt;</w:t>
        <w:br/>
        <w:t>Се не мета, лиш шлях, котрого краю&lt;br /&gt;</w:t>
        <w:br/>
        <w:t>Не видно; не спокій для втомлених,&lt;br /&gt;</w:t>
        <w:br/>
        <w:t>Але товчок могучий для міцних,&lt;br /&gt;</w:t>
        <w:br/>
        <w:t>Для руху й поступу; не певність та&lt;br /&gt;</w:t>
        <w:br/>
        <w:t>Лінива, що хапається одного&lt;br /&gt;</w:t>
        <w:br/>
        <w:t>Й лежить на тім, неначе пес на сіні, —&lt;br /&gt;</w:t>
        <w:br/>
        <w:t>А сумнів, критика і дослід правди,&lt;br /&gt;</w:t>
        <w:br/>
        <w:t>І думка та, шо всеї правди нам,&lt;br /&gt;</w:t>
        <w:br/>
        <w:t>Дрібним атомам, не вловить ніколи.&lt;br /&gt;</w:t>
        <w:br/>
        <w:t>Написано в р. 1885.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Поезії поза збірками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