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Похоронна фантазія</w:t>
      </w:r>
    </w:p>
    <w:p>
      <w:r>
        <w:br/>
        <w:t xml:space="preserve"> Світлом омертвілим&lt;br /&gt;</w:t>
        <w:br/>
        <w:t>Місяць став над гаєм занімілим,&lt;br /&gt;</w:t>
        <w:br/>
        <w:t>Духи ночі жалібно ячать,&lt;br /&gt;</w:t>
        <w:br/>
        <w:t>Хмари йдуть суворі,&lt;br /&gt;</w:t>
        <w:br/>
        <w:t>Зорі в горі,&lt;br /&gt;</w:t>
        <w:br/>
        <w:t>Мов лампадки в склепові, блищать.&lt;br /&gt;</w:t>
        <w:br/>
        <w:t>Люди сунуть, хмурі, мов примари,&lt;br /&gt;</w:t>
        <w:br/>
        <w:t>Спереду, гойдаючись, пливуть&lt;br /&gt;</w:t>
        <w:br/>
        <w:t>З мертвяком в жалобі чорній мари&lt;br /&gt;</w:t>
        <w:br/>
        <w:t>В моторошну ночі каламуть.</w:t>
      </w:r>
    </w:p>
    <w:p>
      <w:r>
        <w:br/>
        <w:t>Зв'ялений журбою,&lt;br /&gt;</w:t>
        <w:br/>
        <w:t>Долею пригнічений лихою,&lt;br /&gt;</w:t>
        <w:br/>
        <w:t>З тужним зором, схиленим чолом&lt;br /&gt;</w:t>
        <w:br/>
        <w:t>За труною ідучи німою,&lt;br /&gt;</w:t>
        <w:br/>
        <w:t>Хто там спотикається з ціпком?&lt;br /&gt;</w:t>
        <w:br/>
        <w:t>Чи не батьком звав його померлий?&lt;br /&gt;</w:t>
        <w:br/>
        <w:t>Лихоманка хирним тілом б'є,&lt;br /&gt;</w:t>
        <w:br/>
        <w:t>Муки серце на шматки роздерли,&lt;br /&gt;</w:t>
        <w:br/>
        <w:t>Сивий волос дуба устає.</w:t>
      </w:r>
    </w:p>
    <w:p>
      <w:r>
        <w:br/>
        <w:t>Розтроюдились пекучі рани,&lt;br /&gt;</w:t>
        <w:br/>
        <w:t>I в душі — пекельний чорторий!&lt;br /&gt;</w:t>
        <w:br/>
        <w:t>Батьком звав його юнак коханий,&lt;br /&gt;</w:t>
        <w:br/>
        <w:t>Сином хлопця називав старий.&lt;br /&gt;</w:t>
        <w:br/>
        <w:t>Ось лежить він, льодом холодіє —&lt;br /&gt;</w:t>
        <w:br/>
        <w:t>Сто прокльонів зрадниці судьбі!&lt;br /&gt;</w:t>
        <w:br/>
        <w:t>Він, твій син, твій рай, твоя надія...&lt;br /&gt;</w:t>
        <w:br/>
        <w:t>Ось лежить він, льодом холодіє,&lt;br /&gt;</w:t>
        <w:br/>
        <w:t>Той, що був одрадою тобі!</w:t>
      </w:r>
    </w:p>
    <w:p>
      <w:r>
        <w:br/>
        <w:t>Любо голублений світлом Аврори,&lt;br /&gt;</w:t>
        <w:br/>
        <w:t>Лагідно ласканий леготом хвиль,&lt;br /&gt;</w:t>
        <w:br/>
        <w:t>Бавивсь безжурно улюбленець Флори&lt;br /&gt;</w:t>
        <w:br/>
        <w:t>Серед духмяних розцвічених піль.&lt;br /&gt;</w:t>
        <w:br/>
        <w:t>Ніжно всміхалась ясна його врода&lt;br /&gt;</w:t>
        <w:br/>
        <w:t>Із ручаїв кришталевих свічад,&lt;br /&gt;</w:t>
        <w:br/>
        <w:t>Його цілунків п'янка насолода&lt;br /&gt;</w:t>
        <w:br/>
        <w:t>Палом жаги чарувала дівчат.</w:t>
      </w:r>
    </w:p>
    <w:p>
      <w:r>
        <w:br/>
        <w:t>Мужнім він був між юрбою людською,&lt;br /&gt;</w:t>
        <w:br/>
        <w:t>Кроком бадьорим ішов напролом,&lt;br /&gt;</w:t>
        <w:br/>
        <w:t>В мріях не знав він ніколи спокою,&lt;br /&gt;</w:t>
        <w:br/>
        <w:t>В небо шугав він крилатим орлом.&lt;br /&gt;</w:t>
        <w:br/>
        <w:t>Як проти пут і вудил гордовито&lt;br /&gt;</w:t>
        <w:br/>
        <w:t>Ставма стає норовистий гривань, —&lt;br /&gt;</w:t>
        <w:br/>
        <w:t>Він не схилявсь перед сильними світу,&lt;br /&gt;</w:t>
        <w:br/>
        <w:t>Знав тільки владу своїх поривань.</w:t>
      </w:r>
    </w:p>
    <w:p>
      <w:r>
        <w:br/>
        <w:t>Весело й світло в весняному чарі&lt;br /&gt;</w:t>
        <w:br/>
        <w:t>Линули дні його в далеч дзвінку;&lt;br /&gt;</w:t>
        <w:br/>
        <w:t>Смуток топив він у пінявій чарі,&lt;br /&gt;</w:t>
        <w:br/>
        <w:t>Жаль забував він у вихрі-танку.&lt;br /&gt;</w:t>
        <w:br/>
        <w:t>Світ цілий крився у хлопці чудовім...&lt;br /&gt;</w:t>
        <w:br/>
        <w:t>Леле! Якби ж він достигнув, дозрів!&lt;br /&gt;</w:t>
        <w:br/>
        <w:t>Радуйся, батьку! У хлопці чудовім&lt;br /&gt;</w:t>
        <w:br/>
        <w:t>Силу і славу ти б серцем дозрів!</w:t>
      </w:r>
    </w:p>
    <w:p>
      <w:r>
        <w:br/>
        <w:t>Та уже цвинтарні гримнули ворота,&lt;br /&gt;</w:t>
        <w:br/>
        <w:t>Бігунів чавунний скрегіт чуть.&lt;br /&gt;</w:t>
        <w:br/>
        <w:t>Тут панують стума і скорбота...&lt;br /&gt;</w:t>
        <w:br/>
        <w:t>Батьку, батьку! Сльози хай течуть!&lt;br /&gt;</w:t>
        <w:br/>
        <w:t>Ти ж, коханий, линь до сонця далі,&lt;br /&gt;</w:t>
        <w:br/>
        <w:t>До буття блаженного прямуй,&lt;br /&gt;</w:t>
        <w:br/>
        <w:t>У Валгаллі, де нема печалі,&lt;br /&gt;</w:t>
        <w:br/>
        <w:t>Ти жагу прекрасного вгамуй!</w:t>
      </w:r>
    </w:p>
    <w:p>
      <w:r>
        <w:br/>
        <w:t>Прощавай! Побачимось у раї!&lt;br /&gt;</w:t>
        <w:br/>
        <w:t>Думка ця — небесна благодать!&lt;br /&gt;</w:t>
        <w:br/>
        <w:t>Та труна вже глухо в ями дно вдаряє,&lt;br /&gt;</w:t>
        <w:br/>
        <w:t>I вірьовки вгору шурхотять...&lt;br /&gt;</w:t>
        <w:br/>
        <w:t>Ми ж із ним так приязно любились,&lt;br /&gt;</w:t>
        <w:br/>
        <w:t>Не забути втіхи тих хвилин...&lt;br /&gt;</w:t>
        <w:br/>
        <w:t>Стійте! Стійте!.. Часом і сварились...&lt;br /&gt;</w:t>
        <w:br/>
        <w:t>Знову рине сліз гарячий плин...</w:t>
      </w:r>
    </w:p>
    <w:p>
      <w:r>
        <w:br/>
        <w:t>Світлом омертвілим&lt;br /&gt;</w:t>
        <w:br/>
        <w:t>Місяць став над гаєм занімілим,&lt;br /&gt;</w:t>
        <w:br/>
        <w:t>Духи ночі жалібно ячать,&lt;br /&gt;</w:t>
        <w:br/>
        <w:t>Хмари йдуть суворі,&lt;br /&gt;</w:t>
        <w:br/>
        <w:t>Зорі в горі,&lt;br /&gt;</w:t>
        <w:br/>
        <w:t>Мов лампадки в склепові, блищать.</w:t>
      </w:r>
    </w:p>
    <w:p>
      <w:r>
        <w:br/>
        <w:t>Вже над ним насипана могила...&lt;br /&gt;</w:t>
        <w:br/>
        <w:t>За єдиний погляд — всесвіту скарби!.&lt;br /&gt;</w:t>
        <w:br/>
        <w:t>Вже навік земля його закрила,&lt;br /&gt;</w:t>
        <w:br/>
        <w:t>Вже над ним насипана могила, —&lt;br /&gt;</w:t>
        <w:br/>
        <w:t>Не вертають здобичі гроби.&lt;br /&gt;</w:t>
        <w:br/>
        <w:t>I якою силою, Лауро,&lt;br /&gt;</w:t>
        <w:br/>
        <w:t>Пломінь в серце ллє цілунок твій,&lt;br /&gt;</w:t>
        <w:br/>
        <w:t>Пурпуром затоплює обличчя,&lt;br /&gt;</w:t>
        <w:br/>
        <w:t>Дух стенає в млості вогневій?</w:t>
      </w:r>
    </w:p>
    <w:p>
      <w:r>
        <w:br/>
        <w:t>Всі бажання повінню шумують,&lt;br /&gt;</w:t>
        <w:br/>
        <w:t>Кров у жилах — розшалілий шквал,&lt;br /&gt;</w:t>
        <w:br/>
        <w:t>Тіло прагне в тіло перелитись,&lt;br /&gt;</w:t>
        <w:br/>
        <w:t>Дві душі один бентежить пал.</w:t>
      </w:r>
    </w:p>
    <w:p>
      <w:r>
        <w:br/>
        <w:t>Як і там, у мертвім механізмі&lt;br /&gt;</w:t>
        <w:br/>
        <w:t>Вічних світових будов, —&lt;br /&gt;</w:t>
        <w:br/>
        <w:t>В ніжних тканках чулої природи&lt;br /&gt;</w:t>
        <w:br/>
        <w:t>Повновладно царствує любов.</w:t>
      </w:r>
    </w:p>
    <w:p>
      <w:r>
        <w:br/>
        <w:t>Глянь, Лауро, — радість обіймає&lt;br /&gt;</w:t>
        <w:br/>
        <w:t>Сум, що ллється через край,&lt;br /&gt;</w:t>
        <w:br/>
        <w:t>А надія ніжно зогріває&lt;br /&gt;</w:t>
        <w:br/>
        <w:t>Ціпеніючий відчай.</w:t>
      </w:r>
    </w:p>
    <w:p>
      <w:r>
        <w:br/>
        <w:t>Втіха, як сестриця, тузі&lt;br /&gt;</w:t>
        <w:br/>
        <w:t>Принесе, бува, сумир —&lt;br /&gt;</w:t>
        <w:br/>
        <w:t>I уже крізь золотії сльози&lt;br /&gt;</w:t>
        <w:br/>
        <w:t>Сонцебризно грає зір.</w:t>
      </w:r>
    </w:p>
    <w:p>
      <w:r>
        <w:br/>
        <w:t>Та існує свій закон тяжіння&lt;br /&gt;</w:t>
        <w:br/>
        <w:t>I в страшному царстві зла:&lt;br /&gt;</w:t>
        <w:br/>
        <w:t>З небесами не в ладах пороки,&lt;br /&gt;</w:t>
        <w:br/>
        <w:t>Пекло ж люблять злі діла.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Похоронна фантазія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