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Поки живеш і квітнеш ти...</w:t>
      </w:r>
    </w:p>
    <w:p>
      <w:r>
        <w:br/>
        <w:t xml:space="preserve"> &lt;p&gt;… А десь неподалік, ховаючись в густих травах та чагарниках савани, блукав голодний шаблезубий тигр, терпляче вичікуючи, поки хтось із них, двоногих, заґавиться чи й необачно відіб’ються від своєї зграї…</w:t>
      </w:r>
    </w:p>
    <w:p>
      <w:r>
        <w:br/>
        <w:t>Що вона тоді, навіть ще безіменна, просто "Ей, ти?!." знала про квітки? Анічогісінько. Хоча бачити їх, бачила — не сліпа ж. Після дощів вигоріла савана незмінно зеленіла, щораз вбираючись в найрізноманітніше квіття. Тож бачити його, бачила, але…</w:t>
      </w:r>
    </w:p>
    <w:p>
      <w:r>
        <w:br/>
        <w:t>Але ніколи не звертала уваги — не мала в тому ані звички, ані потреби — милуватися квітами. (Та навіть і не відала, що ними, якимись там квітками, можна ще й милуватися). Та й не було коли звертати увагу на якісь там квіти, як щомиті доводилося сторожко пасти очима савану.</w:t>
      </w:r>
    </w:p>
    <w:p>
      <w:r>
        <w:br/>
        <w:t>Прислухатися до кожного — а їх там! — підозрілого шерхоту — чи не підкрадається до тебе бува жахний тигр з гострими іклами, що стирчать у нього з роздявленої, запіненої пащеки, готові намертво встромитися у будь-чию плоть. Любить він полювати двоногих — смакують вони йому чи що? Та й інших хижаків, крім тигрів — хоча б тих же левів, — на рівнинах водиться чимало. Серед її — як колись писатимуть, — тропічної, субтропічної і субекваторіальної рослинності, — а трави місцями сягають чи не заввишки на витягнену вгору руку. Чи й ще вище. В таких травах, правда, зручно було ховатися від хижаків, але і хижакам у свою чергу, підстерігаючи здобич, зручно було ховатися у тих заростях, влаштовуючи там засідки. Тож які квіті! Савана завжди небезпечна, смертельно ворожа. Завагаєшся — швидко позбавить тебе життя. Незчуєшся й коли. Тільки вибілений сонцем череп та кістки недогризені з тебе зостануться. А потім між ними проросте трава і сховає їх навіки.</w:t>
      </w:r>
    </w:p>
    <w:p>
      <w:r>
        <w:br/>
        <w:t>Тому в такому житті було не до замилування квітами — хоч вони й вабні для очей. Та і який з них зиск, як їх ні з’їсти, ні захиститися ними.</w:t>
      </w:r>
    </w:p>
    <w:p>
      <w:r>
        <w:br/>
        <w:t>Роздобути б що поїсти (і при цьому самому не стати для когось наїдком) і то добре.</w:t>
      </w:r>
    </w:p>
    <w:p>
      <w:r>
        <w:br/>
        <w:t>Так було завжди, звідколи вона пам’ятала себе у савані, над якою часто часто гриміли гуркітливі жахні грози і з неба шугали теж жахні вогняні блискавиці. Од них у савані спалахував всепожираючий вогонь — особливо, як савана одцвітала і ставала жовтою й сухою. Гогочучи, той вогонь нісся, як на крилах, і все живе тоді — двоноге й чотириноге, забувши про ворожнечу, рятувалося втечею. І так було завжди, звідколи мавпи з дерев спустившись, почали ходити по землі прямо, на задніх ногах, поволі — мільйоноліття спливали, — стаючи людьми.</w:t>
      </w:r>
    </w:p>
    <w:p>
      <w:r>
        <w:br/>
        <w:t>І раптом…</w:t>
      </w:r>
    </w:p>
    <w:p>
      <w:r>
        <w:br/>
        <w:t>Раптом вперше квітка опинилася в її руках і вона вперше вражено подивувалася: яке ж це, виявляється, диво — квітка.</w:t>
      </w:r>
    </w:p>
    <w:p>
      <w:r>
        <w:br/>
        <w:t>Всього лише квітка.</w:t>
      </w:r>
    </w:p>
    <w:p>
      <w:r>
        <w:br/>
        <w:t>А сталося ось що.</w:t>
      </w:r>
    </w:p>
    <w:p>
      <w:r>
        <w:br/>
        <w:t>А втім… тепер вже ніхто точно й не повідає коли це сталося.</w:t>
      </w:r>
    </w:p>
    <w:p>
      <w:r>
        <w:br/>
        <w:t>Одні скажуть: давно.</w:t>
      </w:r>
    </w:p>
    <w:p>
      <w:r>
        <w:br/>
        <w:t>Інші уточнять: давним-давно. Так давно, що вже й ліку йому немає. Бо лучилося це чи не на самому початку віку земного людства.</w:t>
      </w:r>
    </w:p>
    <w:p>
      <w:r>
        <w:br/>
        <w:t>Але я вам точно скажу коли: сто тисяч років тому.</w:t>
      </w:r>
    </w:p>
    <w:p>
      <w:r>
        <w:br/>
        <w:t>Уявляєте, те, що я збираюся вам повідати, лучилося аж СТО ТИСЯЧ РОКІВ ТОМУ!</w:t>
      </w:r>
    </w:p>
    <w:p>
      <w:r>
        <w:br/>
        <w:t>Себто в четвертинний період, що його називають антропогеновим — в перекладі той, що породив людину. Це пізніше давніми вавілонянами буде пущено ясу, що, мовляв, перших людей їхній бог Бел створив з глини, хоча насправді, як ми тепер знаємо, їх породив антропогеновий період кайнозойської ери. І трапилося це десь у Південній Африці.</w:t>
      </w:r>
    </w:p>
    <w:p>
      <w:r>
        <w:br/>
        <w:t>В генеалогічному древі нашої — поки що безіменної героїні, — в її родоводі розібратися доволі не просто.</w:t>
      </w:r>
    </w:p>
    <w:p>
      <w:r>
        <w:br/>
        <w:t>Варто лише згадати, що колись — 2,5 мільйонів років тому, — в Південній Африці з’явилися істоти, нині звані австралопітеками (в перекладі — південні мавпи). Крім маленьких австралопітеків (зростом із сучасних африканських пігмеїв) згодом з’явилися т. з. розвинені австралопітеки — вищі і з більшим мозком. Від них і підуть випрямлені люди — але це станеться мільйон років тому! Вони розселяться по Африці, Азії та Європі. А вже від останніх і підуть ранні люди. Проте одночасно з ними з’явилися й пітекантропи. Себто мавполюди, які вміли якось розмовляти.</w:t>
      </w:r>
    </w:p>
    <w:p>
      <w:r>
        <w:br/>
        <w:t>Швидко чи ні, а від пітекантропів пішли неандертальці. (Свою назву вони отримають від назви долини Неандерталь — Німеччина — де вперше будуть знайдені їхні залишки). Вони мали широке і довге обличчя, широкий ніс, випуклі надбрівні дуги, маленькі очі, товсту і коротку шию, масивний хребет і короткуваті ноги. І були вкриті густим волоссям. Вони в холод куталися в хутра, жили в печерах, де розпалювали, приручивши його, вогонь — щоб зігрітися і захиститися ним від хижаків. Якщо печера була зайнята печерним ведмедем, то виганяли його факелами, кидали в нього каміння і так кричали, що ведмідь хутчій давав драла з печери. Це й були так звані класичні неандертальці.</w:t>
      </w:r>
    </w:p>
    <w:p>
      <w:r>
        <w:br/>
        <w:t>Але в наші дні наука буде стверджувати, що поряд з класичними типами неандертальців, які жили 150000-35000 тисяч років тому і з’явилися — десь близько 100000 тисяч років тому — нетипові неандертальці, від яких і пішли люди розумні, що морфологічно нічим не відрізняються від нас, сьогоднішніх.</w:t>
      </w:r>
    </w:p>
    <w:p>
      <w:r>
        <w:br/>
        <w:t>Отож, наша героїня була нетиповою неандерталкою. Що їх згодом буде названо кроманьйонцями — вперше їхні скелети знайдуть у гроті Кроманьйон, Франція. Ось і виходить, що історія, яку ми вам хочемо повідати, сталася 100000 років тому, коли нетипові неандертальці — себто вже кроманьйонці — розселилися по території Азії, Африки, Європи, досягли Австралії і Америки. Наша героїня і була нетиповою неандерталкою — хоч вона того звісно, і не відала. Що вона — нетипова неандерталка, звана ще кроманьйонкою…</w:t>
      </w:r>
    </w:p>
    <w:p>
      <w:r>
        <w:br/>
        <w:t>Одне лише відомо: щастя її почалося з нещастя.</w:t>
      </w:r>
    </w:p>
    <w:p>
      <w:r>
        <w:br/>
        <w:t>З того дня, як родителька вигнала її з рідної зграї двоногих. Вона саме тоді перейшла в групу молодих самиць.</w:t>
      </w:r>
    </w:p>
    <w:p>
      <w:r>
        <w:br/>
        <w:t>Такого жаху вона до того ще не зазнавала. Родителька — рідна-найрідніша їй! — завжди її захищала в зграї, оберігала, як впольовували яку тварину, підсовувала їй біля багаття найласіщі шматочки, вчила збирати плоди, викопувати їстівне коріння, із шкур майструвати накидки, що рятували в холод, а це раптом взяла і вигнала її! Йди геть мовляв, од нас! Геть, геть, геть!!! Іди й не повертайся. Назавжди! До скону свого віку! Йди геть од рідної зграї, де в гурті і затишніше, і безпечніше. І вигнано її було на всі чотири сторони світу, страшного і ворожого, що владарював у савані.</w:t>
      </w:r>
    </w:p>
    <w:p>
      <w:r>
        <w:br/>
        <w:t>Так було завжди, так і з нею учинили.</w:t>
      </w:r>
    </w:p>
    <w:p>
      <w:r>
        <w:br/>
        <w:t>А вона не могла цього збагнути. Тоді родителька заричала — загарчала — рідна їй, найрідніша! — зуби вишкірила — йди геть од нас! Ти вже не наша!</w:t>
      </w:r>
    </w:p>
    <w:p>
      <w:r>
        <w:br/>
        <w:t>І вона змушена була піти. У страшну савану, де самотньому довго не протриматися. Треба було шукати чужу зграю двоногих, пильно уникаючи чотириногих, які загледівши її, неодмінно схоплять і розтерзають.</w:t>
      </w:r>
    </w:p>
    <w:p>
      <w:r>
        <w:br/>
        <w:t>В савані бродили страшні звірі. Гострозубі. Із гострими кігтями. Це пізніше їх буде названо левами, тиграми, вовками, гієнами… Найстрашнішим був печерний ведмідь, носороги… Гострозубі зграями полювали в савані на бізонів, зубрів, коней, сайгаків, страусів. Траплялися двоногі, хижаки й двоногих хапали — лакомина! Двоногі тим часом теж полювали (у світі неодмінно хтось на когось полює, хтось когось їсть) — на антилопів чи павіанів, полювали за допомогою гострого каміння, рогів, кісток, дрюччя й загостреного паліччя… Гуртом нападали і часто здобували собі поживу. Добували свиней, дикобразів, маленьких коней і таких же верблюдів, добували птахів, гострими гачками ловили в озерах та ріках рибу. Ловили нелітаючих птахів, які, правда, швидко бігали — на них влаштовували сільця. Найжахливішим був шаблезубий тигр — він мав довгі й гострі ікла і неймовірну силу. Двоногі полювали, але й на двоногих теж полювали. І часто їх добували, адже вони не мали ані достатньої сили, ані гострих ікол чи таких же пазурів. Тому їх легко було схопити.</w:t>
      </w:r>
    </w:p>
    <w:p>
      <w:r>
        <w:br/>
        <w:t>А одиноку двоногу й поготів.</w:t>
      </w:r>
    </w:p>
    <w:p>
      <w:r>
        <w:br/>
        <w:t>Першу ніч вона й очей не стулила — трусилася в траві, слухаючи жахливі рики, чиїсь передсмертні крики, що ними всю ніч повнилася савана.</w:t>
      </w:r>
    </w:p>
    <w:p>
      <w:r>
        <w:br/>
        <w:t>На ранок обережно, озираючись і лякаючись, піша далі, самотня й беззахисна. Довго б вона не протрималася, але їй негадано повезло. Як зійшло сонце й піднялося над головою, вона здибала таких же, як і сама — двоногих. Тільки із чужої зграї.</w:t>
      </w:r>
    </w:p>
    <w:p>
      <w:r>
        <w:br/>
        <w:t>Але вони чомусь не схотіли приймати її до своєї зграї, погрозливо шкірили зуби, щось кричали, як вона підходила ближче та відмахувалися од неї передніми кінцівками, що означало: йди геть од нас, чужачко, ти нам не потрібна! Ще й кидали у неї палиці, груддя…</w:t>
      </w:r>
    </w:p>
    <w:p>
      <w:r>
        <w:br/>
        <w:t>Але вона од них не йшла — не мала куди. Доки нову зграю знайде — якщо знайде, — її можуть розтерзати хижі звірі. І ближче не підходила — боялася. А тому трималася осторонь, не упускаючи їх із виду. Куди вони, туди й вона. Бони блукали понад річкою, шукаючи якого-небудь наїдку і вона за ними йшла, вони всідалися відпочивати чи десь у холодку передрімати і вона сідала оддалік і відпочивала, не спускаючи з них очей, аби не втратити їх. Надто боялася ночами. І страшно було самій спати вночі і лякалася, що вони перед світом, як її міцно запеленає сон, знімуться і кудись гайнуть і вона їх більше не знайде, але просипалася завчасно, першою, ще тільки-но в савані сіріло. Вони вирушали у свою безконечну мандрівку, і вона за ними мандрувала…</w:t>
      </w:r>
    </w:p>
    <w:p>
      <w:r>
        <w:br/>
        <w:t>Так минуло кілька світлих днів. Чужаки почали звикати до присутності її, вже не так на неї кричали і більше не намагалися її відігнати.</w:t>
      </w:r>
    </w:p>
    <w:p>
      <w:r>
        <w:br/>
        <w:t>Невдовзі — вона теж почала сміліти, — і ближче до них підійшла — голод позбавив її ляку— остраху та обережності. Вони убили якусь тварину і сіли їсти біля багаття, вона більше не могла терпіти голод, підійшла і вхопила собі шматок…</w:t>
      </w:r>
    </w:p>
    <w:p>
      <w:r>
        <w:br/>
        <w:t>І чужаки її на прогнали.</w:t>
      </w:r>
    </w:p>
    <w:p>
      <w:r>
        <w:br/>
        <w:t>Так вона зосталася в тій зграї. А по якомусь часі стала й членом їхнього стада, що звідтоді зробилося її новою сім’єю.</w:t>
      </w:r>
    </w:p>
    <w:p>
      <w:r>
        <w:br/>
        <w:t>Зграя, до якої вона пристала, довго не затримувалася на одному місці. Хіба що доти, доки навколо вистачало дичини, А потім переходили на інше місце. Чоловіки добували м’ясо, а жінки збирали плоди, викопували копачками їстівне коріння. З уламків каменю виготовляли ножі (бо не мали гострих пазурів), скребачки. Озброєні були важким дрюччям, з довгих гілок, обпаливши їх у багатті, виготовляли списи, що ними можна було будь-кого проткнути.</w:t>
      </w:r>
    </w:p>
    <w:p>
      <w:r>
        <w:br/>
        <w:t>Все у них робилося зграйно — і полювали, і самі захищалися гуртом. Разом мандрували, їли й відпочивали, одне одного на випадок лиха захищаючи. І підтримуючи в довгій дорозі, які не було ані кінця, ані краю. І виходило, що один стояв за всіх, а всі за одного — інакше у савані, повній хижаків, не вижити. Їй починало подобатися в новій зграї і вона вже не почувалася самотньою і покинутою, вигнаною у світ білий, адже в неї віднині була вже сім’я. Особливо їй подобався один мисливець із їхньої зграї, що на нього вона непомітно для самої себе вже накинула оком і вирішила віддатися тільки йому і тільки від нього народити маленьких двоногих…</w:t>
      </w:r>
    </w:p>
    <w:p>
      <w:r>
        <w:br/>
        <w:t>Найкращим полювальником у їхній зграї був Зірке Око — він бачив у савані далі од усіх і бачив навіть те, чого інші не могли загледіти. Тож був у них найдобутливішим полювальником. А ще він мав міцні, довгі й прудкі ноги, тож бігав швидше за всіх — його ніхто не міг наздогнати, а він наздоганяв будь-кого.</w:t>
      </w:r>
    </w:p>
    <w:p>
      <w:r>
        <w:br/>
        <w:t>Тож його так і звали: Зірке Око — Прудкі ноги. Він так прудко бігав, що доганяв у савані найпрудкіших кіз і скручував їм роги. Тому плем’я завади було із здобиччю.</w:t>
      </w:r>
    </w:p>
    <w:p>
      <w:r>
        <w:br/>
        <w:t>Якось Зірке Око — Прудкі Ноги зненацька підійшов до неї на бівуаці і тицьнув їй квітку, що до того тримав її у себе за спиною в руці, відведеній назад.</w:t>
      </w:r>
    </w:p>
    <w:p>
      <w:r>
        <w:br/>
        <w:t>Вона тоді була голодною, тож схопила квітку з наміром одразу ж її з’їсти. Як до того їла все, що потрапляло їй до рук. Але яскрава квітка виявилася зовсім — пхе! — не їстівною. Вона повертіла дарунок в руках, не відаючи, що з ним робити і для чого їй подарував ту квітку той, хто їй вже давно подобався і за ким вона потай зітхала. А Зірке Око — Прудкі Ноги стояв і наче аж захоплено, на неї дивився. Взагалі, Зірке Око — Прудкі Ноги їй таки подобався — це вона зайвий раз тоді переконалася і вона теж на нього задивлялася — чи в стійбищі, чи при мандрівках та на бівуаках. Він був високий і рівний, непосидючий та невгамовний. Це він подарував їй якось шкуру рудої лисиці, що сам же її й уполював. Її звідтоді в зграї почали звати Лисицею і нове ім’я їй подобалося. Зірке Око — Прудкі Ноги неодмінно повертався у стійбище із здобиччю — зайця вполює, дрофу, козу чи підсвинка або якихось там птахів, і незмінно давав їй ласі шматки. А ще приносив їй черепашки, разки зубів, аби вона прикрашала ними своє вбрання.</w:t>
      </w:r>
    </w:p>
    <w:p>
      <w:r>
        <w:br/>
        <w:t>Лисиця хапала наїдки, поспіхом, боячись, щоб ніхто в неї не відняв їх їла і вдячно на нього позиркувала, а йому приємно було дивитися як вона радісно їсть і як гарно на нього зиркає. Так зиркає, що в нього щось аж у грудях ворушилося і оживало і йому тоді хотілося щось таке утнути, щось таке…</w:t>
      </w:r>
    </w:p>
    <w:p>
      <w:r>
        <w:br/>
        <w:t>І ось він приніс їй квітку. Що з нею робити, як вона не їстівна Лисиця не знала, а тому розгублено вертіла квітку в руках. А він стояв поруч, дивився на неї приязно— приязно і навіть аж ласкаво і показував їй зуби. (Лише через десятки й десятки тисяч років люди — вже в званні гомо сапієнс — назвуть те показування зубів усмішкою. "Усмішка — особливий порух м’язами обличчя (губ, очей), який виражає схильність до сміху" — так запишуть до своїх тлумачних словників).</w:t>
      </w:r>
    </w:p>
    <w:p>
      <w:r>
        <w:br/>
        <w:t>Отож, він посміхався до неї лагідно й привітно, а вона почувалася в сяйві його усмішки, як у надійному захистку. Мабуть, так воно й насправді було. До всього ж він був не злим і не похмурим, а завжди усмішкуватим, і Лисиці так гарно було під його усмішкою. У її сонячному світлі. Вертіла квітку, не знаючи, що з нею робити — як не їстівна, то нащо вона їй? Квітка була жовтувато-червоною, вона аж полум’яніла в її руках дивним вогнем, що не пік її, але в той же час наче й обігрівав. І тут вона відчула, що їй стає якось ніби… ніби гарно. Прямо лепсько. Від того, що квітка гарна, і ще від того, що подарував її він, Зірке Око — Прудкі Ноги, найкращий мисливець з їхнього стійбища.</w:t>
      </w:r>
    </w:p>
    <w:p>
      <w:r>
        <w:br/>
        <w:t>Та ось вона обережно, наче чогось остерігаючись, понюхала квітку — від неї так звабливо пахло, що в неї аж голова закрутилася, їй стало млосно. І від того зробилося й зовсім хороше. І вона збагнула, що хоч квітка й не їстівна, але вона дарує щось таке… таке гарне й хороше. Особливо від того, що її подарував він, найкращий мисливець їхньої зграї, Зірке Око — Прудкі Ноги, що їй давно вже подобався. Адже він її захищав, давав їй найласіщі шматочки, відганяв інших двоногих, які чіплялися до неї з пропозиціями "піти в кущі". А це приніс таку квітку, од якої їй і зовсім стало гарно.</w:t>
      </w:r>
    </w:p>
    <w:p>
      <w:r>
        <w:br/>
        <w:t>Лисиця підійшла до озерця, заглянула у його воду і побачила себе — усміхнену і щасливу. І раптом їй захотілося прикрасити себе квіткою. І вона застромила її — червону і полум’яну, — у своє волосся. І радо подивилася на нього: ось, мовляв, яка я!..</w:t>
      </w:r>
    </w:p>
    <w:p>
      <w:r>
        <w:br/>
        <w:t>— Лисичко, яка ж ти… яка ж ти гарна! — захоплено вигукнув він, Зірке Око — Прудкі Ноги. — Тепер я тебе нікому не віддам. Ти будеш тільки моєю — клянусь Великим Богом Полювання! Ти найкраща моя здобич!</w:t>
      </w:r>
    </w:p>
    <w:p>
      <w:r>
        <w:br/>
        <w:t>То що сталося того дня у савані майже сто тисяч років тому?</w:t>
      </w:r>
    </w:p>
    <w:p>
      <w:r>
        <w:br/>
        <w:t>Нічого особливого — можна й так сказати. З одним однак уточненням: на планеті Земля тоді з’явилася перша жінка.</w:t>
      </w:r>
    </w:p>
    <w:p>
      <w:r>
        <w:br/>
        <w:t>І що з того, що вона була нетиповою неандерталкою, себто вже кроманьйонкою, такою ж — принаймні, за анатомічною будовою, — як і ми з вами, дорогі мої читачі, що з того, як вона стала першою жінкою планети Земля. І стала завдяки тому, що він — теж ставши першим чоловіком планети Земля, — подарував їй квітку.</w:t>
      </w:r>
    </w:p>
    <w:p>
      <w:r>
        <w:br/>
        <w:t>… А десь неподалік — не забуваймо, це трапилося 100000 років тому, — ховаючись в густих заростях савани, блукав голодний шаблезубий тигр, терпляче очікуючи, — коли хтось із них, двоногих, заґавиться чи й необачно відіб’ється від своїх…</w:t>
      </w:r>
    </w:p>
    <w:p>
      <w:r>
        <w:br/>
        <w:t>Але звідтоді й по сьогодні чоловіки хоч і… гм-гм… чомусь рідко, проте все ж таки дарують жінкам квіти. Аби подружки їхні й далі залишалися в статусі прекрасної половини роду людського.</w:t>
      </w:r>
    </w:p>
    <w:p>
      <w:r>
        <w:br/>
        <w:t>А якби Зірке Око — Прудкі Ноги жив у наш час, то, повірте, даруючи своїй вибраниці квіти, неодмінно їй ще й заспівав би (хоча б ось таку пісню):</w:t>
      </w:r>
    </w:p>
    <w:p>
      <w:r>
        <w:br/>
        <w:t>Мені не можна не любити.</w:t>
      </w:r>
    </w:p>
    <w:p>
      <w:r>
        <w:br/>
        <w:t>Тобі не можна не цвісти.</w:t>
      </w:r>
    </w:p>
    <w:p>
      <w:r>
        <w:br/>
        <w:t>Лиш доти варто в світі жити,</w:t>
      </w:r>
    </w:p>
    <w:p>
      <w:r>
        <w:br/>
        <w:t>Поки живеш і квітнеш ти…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Поки живеш і квітнеш 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