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Портрет жінки у профіль з рушницею</w:t>
      </w:r>
    </w:p>
    <w:p>
      <w:r>
        <w:br/>
        <w:t xml:space="preserve"> &lt;p&gt;Жінка сиділа біля вогнища з немовлям на руках. За нею стояла ніч. Була у спортивному одязі, світле волосся розкидане по плечах. Через годину-дві дороги він виймав цей знімок, довго дивився, а потім шмагав далі. Про звільнення їй не писав, хотів прийти несподівано. Як ти, моя радістино? Думав про її листи — чи хижі руки сортувальниць вимотали з них пристрасть, бо ніколи не писала про кохання. Писала про хату, що стояла над Удаєм і дивилась у воду, мов у дзеркало. Писала, як топить очеретом у грубі, як навесні вивозить на берег човна. Він ніколи її не бачив, але знав, де вона ставить ятері, як удосвіта витягає з них пару щучок та трохи карасиків і як вони підстрибують, доки веслує до берега. Вона писала йому, як пасе на болотах корову і як боїться п’явок. Вони пристають до ніг і відідрати їх можна тільки з ножиком.</w:t>
      </w:r>
    </w:p>
    <w:p>
      <w:r>
        <w:br/>
        <w:t>Часто думав про неї і намагався уявити. До дня його народження сестра дала в газету шлюбне оголошення. Інші жінки, не дочекавшись відповіді, замовкали, а ця писала й писала.</w:t>
      </w:r>
    </w:p>
    <w:p>
      <w:r>
        <w:br/>
        <w:t>Так говорила з ним, мов усе життя були разом і тільки на трохи розлучилися.</w:t>
      </w:r>
    </w:p>
    <w:p>
      <w:r>
        <w:br/>
        <w:t>Він розмашисто їй відповів, аби задарма не чекала листів, бо не видають грошей на конверти. Вона надіслала йому конвертів.</w:t>
      </w:r>
    </w:p>
    <w:p>
      <w:r>
        <w:br/>
        <w:t>Це все Афган. Повернувся з війни недолюдком, та так і залишився. Якось у слідчому ізоляторі міліціонер на нього вишкірився:</w:t>
      </w:r>
    </w:p>
    <w:p>
      <w:r>
        <w:br/>
        <w:t>— Що, мученика з себе корчиш, падло?</w:t>
      </w:r>
    </w:p>
    <w:p>
      <w:r>
        <w:br/>
        <w:t>Він не говорив з людьми, а гарчав. Зрештою військкомат допоміг влаштуватися лісником. Поселився в хаті під соснами, що затуляють небо, а вночі так висвистують, мов розколихують усю галактику.</w:t>
      </w:r>
    </w:p>
    <w:p>
      <w:r>
        <w:br/>
        <w:t>У лісі все було його: від пенька над озером, де жила ящірка і щоразу вилазила на коліно, коли сідав з вудочкою, до галявини з лосями, яких він навчив боятися людей.</w:t>
      </w:r>
    </w:p>
    <w:p>
      <w:r>
        <w:br/>
        <w:t>Він давно зрозумів абсурдність своєї роботи — мав захищати ліс від малих злодіїв для великих і викохувати звірів для убивць на дорогих машинах. За двадцять років лісникування сидів тричі. Востаннє за те, що спалив причеп з колодами — облив соляркою і запалив: гуло, наче вулкан.</w:t>
      </w:r>
    </w:p>
    <w:p>
      <w:r>
        <w:br/>
        <w:t>Звільнившись, одразу поїхав до сестри, а потім до хати. Двоє вікон були вибиті, сірі занавіски валялися на підлозі. Знайшов під піччю кирзові чоботи, навмисне колись приховав їх далеко. Зняв з горища металеву лапу для ремонту взуття. Забив шматками руберойду вікна і пішов. У нього не було грошей на автобус, але сподівався їх заробити. Та й не така вже далека дорога.</w:t>
      </w:r>
    </w:p>
    <w:p>
      <w:r>
        <w:br/>
        <w:t>Тепер шмагав полями й долинами, в маленьких селах виймав з рюкзака лапу й гукав: "Ремонтую чоботи й черевики, недорого!" Йому виносили старе пересохле взуття, що волало про безвихідь і безнадійність, платили хлібом, салом і яйцями. Потім він ховав причандалля і йшов далі.</w:t>
      </w:r>
    </w:p>
    <w:p>
      <w:r>
        <w:br/>
        <w:t>Заночував у скирті, виривши в соломі хатину. Навколо шипів вітер, порошив сніг, але вже бралося на весну. Крізь сон почув, як угорі плакали дикі гуси. Од щастя. Уявляв, як у неї біля хати зацвітуть фіалки та проліски.</w:t>
      </w:r>
    </w:p>
    <w:p>
      <w:r>
        <w:br/>
        <w:t>Він думав про неї навіть уві сні. Думав, як знайде ту хатину над річкою, як зайде, а вона стоятиме у фартушку й білій хустині, як ухопить її на руки і підніме до стелі. У неї в хаті чисто, на стінах багато портретів і рушників. Він любить, коли цокає годинник і на стінах цвітуть рушники. Думав, як скаже оті слова, котрі почув у в’язниці: якщо до кінця життя залишився хоч один день, то не пізно почати його спочатку… Село лежало біля річки, мов на півострові. З димарів звисали вірьовки диму. Швидко допитався, де живе Наталка Коновальчук. Біля хати стояв берест з обрубаною вершиною, берези спускалися трохи не до самої води. Все, як вона писала, навіть руда осока в кінці городу.</w:t>
      </w:r>
    </w:p>
    <w:p>
      <w:r>
        <w:br/>
        <w:t>Постукав, але ніхто не відповів. Двері важко чиргикнули об підлогу. До нього всміхнувся годинник із зозулькою. Вицвіла клейонка і давні рушники. Біля печі сиділа на стільчику баба й чистила картоплю.</w:t>
      </w:r>
    </w:p>
    <w:p>
      <w:r>
        <w:br/>
        <w:t>— Тут живе Наталка Коновальчук?</w:t>
      </w:r>
    </w:p>
    <w:p>
      <w:r>
        <w:br/>
        <w:t>— Тут живе. — Підняла віджилі очі, й сірі плями на обличчі злякано ворухнулись.</w:t>
      </w:r>
    </w:p>
    <w:p>
      <w:r>
        <w:br/>
        <w:t>— Можна з нею побачитися?</w:t>
      </w:r>
    </w:p>
    <w:p>
      <w:r>
        <w:br/>
        <w:t>— Це я, чого тобі треба?</w:t>
      </w:r>
    </w:p>
    <w:p>
      <w:r>
        <w:br/>
        <w:t>— Як — ви? — загримів могутнім голосом. — А хто ж мені писав листи?</w:t>
      </w:r>
    </w:p>
    <w:p>
      <w:r>
        <w:br/>
        <w:t>Баба зляку трохи не брикнула зі стільчика. Показав їй знімок, стара підійшла до столу, одягла окуляри.</w:t>
      </w:r>
    </w:p>
    <w:p>
      <w:r>
        <w:br/>
        <w:t>— Такої людини в селі нема, — сказала строго, мов суддя.</w:t>
      </w:r>
    </w:p>
    <w:p>
      <w:r>
        <w:br/>
        <w:t>Він вийшов з хати, сів на лавочку під калічним деревом. Дивився, як вітер знімає простирадло води і вкутує ним берег.</w:t>
      </w:r>
    </w:p>
    <w:p>
      <w:r>
        <w:br/>
        <w:t>Все життя за ним слідки ходила підлість. Бухгалтери, до яких не вмів леститись, його садовили. Жінки лізли до нього в ліжко, а потім скаржились на домагання. Начальство витирало об нього ноги. Часто він шкодував, що не має автомата, бо подумки укладав їх на землю.</w:t>
      </w:r>
    </w:p>
    <w:p>
      <w:r>
        <w:br/>
        <w:t>Враз зірвався, мов скажений, кинувся на пошту. Двері були прочинені, в коридорі топилася грубка, навколо сяяло червоним.</w:t>
      </w:r>
    </w:p>
    <w:p>
      <w:r>
        <w:br/>
        <w:t>— Хто писав мені листи? — з порогу заревів так, що забряжчали вікна. — Де ваш начальник?</w:t>
      </w:r>
    </w:p>
    <w:p>
      <w:r>
        <w:br/>
        <w:t>Піднялася худа з козячими зубами жінка.</w:t>
      </w:r>
    </w:p>
    <w:p>
      <w:r>
        <w:br/>
        <w:t>— Чого ви горланите? Я начальник і листоноша. Є ще одна листоноша.</w:t>
      </w:r>
    </w:p>
    <w:p>
      <w:r>
        <w:br/>
        <w:t>— Два роки я одержував листи від Наталки Коновальчук. З вашого села. Хто вона?</w:t>
      </w:r>
    </w:p>
    <w:p>
      <w:r>
        <w:br/>
        <w:t>— Так у нас одна Наталка Коновальчук. Сходіть до неї. Іншої я не знаю.</w:t>
      </w:r>
    </w:p>
    <w:p>
      <w:r>
        <w:br/>
        <w:t>— Ти зараз у мене все згадаєш! — Вмить перестрибнув бар’єр.</w:t>
      </w:r>
    </w:p>
    <w:p>
      <w:r>
        <w:br/>
        <w:t>Раптом жінка вихопила з-під столу рушницю і направила на нього.</w:t>
      </w:r>
    </w:p>
    <w:p>
      <w:r>
        <w:br/>
        <w:t>Чорна грива на голові погрозливо настовбурчилася, очі зблиснули, мов кулі. Одним порухом міг би вихопити в неї рушницю й скрутити руки. Але чомусь не зробив цього. Перестрибнув через бар’єр, відійшов убік і розгублено всміхнувся: "Ух ти!" Вона стояла до нього в профіль — гнівна і розпашіла, неначе вовчиця. Взяв рюкзак, натиснув клямку. Та, з козячими зубами, задихаючись, ухопилася за телефон.</w:t>
      </w:r>
    </w:p>
    <w:p>
      <w:r>
        <w:br/>
        <w:t>Він вийшов на великий майдан і гукнув: "Ремонтую чоботи, черевики, недорого!" Поставив розкладного стільчика. Його громовий голос проникав в усі вікна й двері. За якусь мить із хат почали визирати люди. Чужі люди. І між ними була десь вона, що писала йому листи. Може, заміжня. Може, каліка. Може, придуркувата…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Портрет жінки у профіль з рушницею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