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Портрети</w:t>
      </w:r>
    </w:p>
    <w:p>
      <w:r>
        <w:br/>
        <w:t xml:space="preserve"> ПОРТРЕТИ&lt;br /&gt;</w:t>
        <w:br/>
        <w:t>ДАНИЛО ГАЛИЦЬКИЙ</w:t>
      </w:r>
    </w:p>
    <w:p>
      <w:r>
        <w:br/>
        <w:t>Як він в шатро зайшов навколішки до хана,&lt;br /&gt;</w:t>
        <w:br/>
        <w:t>Ганьба спекла язик, наповнилась гортань&lt;br /&gt;</w:t>
        <w:br/>
        <w:t>Прокльонами, а хан сказав: "Даниле, встань!&lt;br /&gt;</w:t>
        <w:br/>
        <w:t>Князеві повзати? Це навичка погана.</w:t>
      </w:r>
    </w:p>
    <w:p>
      <w:r>
        <w:br/>
        <w:t>Ти другом будь мені. Ножа чи буздугана&lt;br /&gt;</w:t>
        <w:br/>
        <w:t>На мене не готуй і чесно сплачуй дань,&lt;br /&gt;</w:t>
        <w:br/>
        <w:t>Та не плекай в душі державних пожадань,&lt;br /&gt;</w:t>
        <w:br/>
        <w:t>Бо краща голова жива, ніж бездиханна!"</w:t>
      </w:r>
    </w:p>
    <w:p>
      <w:r>
        <w:br/>
        <w:t>Данило промовчав. Принизливі права&lt;br /&gt;</w:t>
        <w:br/>
        <w:t>На свій престол дістав, як в очі — посвист пуги;&lt;br /&gt;</w:t>
        <w:br/>
        <w:t>В Галичину примчав, як буря степова.</w:t>
      </w:r>
    </w:p>
    <w:p>
      <w:r>
        <w:br/>
        <w:t>Він шикував полки, мечі із харалуги&lt;br /&gt;</w:t>
        <w:br/>
        <w:t>Кував і будував державу з болю й туги,&lt;br /&gt;</w:t>
        <w:br/>
        <w:t>За честю й правдою болючого єства.</w:t>
      </w:r>
    </w:p>
    <w:p>
      <w:r>
        <w:br/>
        <w:t>1999&lt;br /&gt;</w:t>
        <w:br/>
        <w:t>ІВАН ВИГОВСЬКИЙ</w:t>
      </w:r>
    </w:p>
    <w:p>
      <w:r>
        <w:br/>
        <w:t>Закопані московські коругви&lt;br /&gt;</w:t>
        <w:br/>
        <w:t>Під Конотопом, на кривавім полі,&lt;br /&gt;</w:t>
        <w:br/>
        <w:t>Гниють чи сунуть на Чигрин поволі,&lt;br /&gt;</w:t>
        <w:br/>
        <w:t>Вилазячи, як та вужва, з трави?</w:t>
      </w:r>
    </w:p>
    <w:p>
      <w:r>
        <w:br/>
        <w:t>Ти думай! Не зрікайся булави!&lt;br /&gt;</w:t>
        <w:br/>
        <w:t>Вже заряджають вороги пістолі,&lt;br /&gt;</w:t>
        <w:br/>
        <w:t>Щоб осмалити твої груди голі —&lt;br /&gt;</w:t>
        <w:br/>
        <w:t>Шануйся! Влади не віддай! Живи!</w:t>
      </w:r>
    </w:p>
    <w:p>
      <w:r>
        <w:br/>
        <w:t>Та він таки пішов на поклик черні,&lt;br /&gt;</w:t>
        <w:br/>
        <w:t>І від гетьманства передав ключі&lt;br /&gt;</w:t>
        <w:br/>
        <w:t>В слабенькі руки, в помисли мізерні…</w:t>
      </w:r>
    </w:p>
    <w:p>
      <w:r>
        <w:br/>
        <w:t>Вернись! Поклич! Ми встанемо вночі&lt;br /&gt;</w:t>
        <w:br/>
        <w:t>І знов зупиним орди людожерні,&lt;br /&gt;</w:t>
        <w:br/>
        <w:t>Поклянемося на твоїм мечі!</w:t>
      </w:r>
    </w:p>
    <w:p>
      <w:r>
        <w:br/>
        <w:t>1999&lt;br /&gt;</w:t>
        <w:br/>
        <w:t>ПИЛИП ОРЛИК</w:t>
      </w:r>
    </w:p>
    <w:p>
      <w:r>
        <w:br/>
        <w:t>Чорнило, і папір, і лампа — на столі,&lt;br /&gt;</w:t>
        <w:br/>
        <w:t>В руці — перо з крила, у спогаді — латина,&lt;br /&gt;</w:t>
        <w:br/>
        <w:t>Він конституцію писав. Була хвилина,&lt;br /&gt;</w:t>
        <w:br/>
        <w:t>Коли він Богом жив, ще Орлик, не Орлі.</w:t>
      </w:r>
    </w:p>
    <w:p>
      <w:r>
        <w:br/>
        <w:t>В народів є царі, султани й королі,&lt;br /&gt;</w:t>
        <w:br/>
        <w:t>Клейнод володаря йде від отця до сина.&lt;br /&gt;</w:t>
        <w:br/>
        <w:t>Ми ж вибиратимем вождя, бо ми — єдина&lt;br /&gt;</w:t>
        <w:br/>
        <w:t>Безглавна нація на цій сумній землі.</w:t>
      </w:r>
    </w:p>
    <w:p>
      <w:r>
        <w:br/>
        <w:t>"Зашвидко ми з біди погнались в демократи,&lt;br /&gt;</w:t>
        <w:br/>
        <w:t>Монарха треба нам", — гуділи козаки, —&lt;br /&gt;</w:t>
        <w:br/>
        <w:t>І я між ними був, пробач мені, мій брате!</w:t>
      </w:r>
    </w:p>
    <w:p>
      <w:r>
        <w:br/>
        <w:t>А він замислював державу на віки,&lt;br /&gt;</w:t>
        <w:br/>
        <w:t>І час його настав, коли воскресла мати,&lt;br /&gt;</w:t>
        <w:br/>
        <w:t>І випав царський жезл з московської руки.</w:t>
      </w:r>
    </w:p>
    <w:p>
      <w:r>
        <w:br/>
        <w:t>1999&lt;br /&gt;</w:t>
        <w:br/>
        <w:t>ОЛЕКСІЙ РОЗУМОВСЬКИЙ</w:t>
      </w:r>
    </w:p>
    <w:p>
      <w:r>
        <w:br/>
        <w:t>Козацький син з царицею в постелі —&lt;br /&gt;</w:t>
        <w:br/>
        <w:t>В підлозі аж потріскують клинці.&lt;br /&gt;</w:t>
        <w:br/>
        <w:t>А за дверима — слуги, як мерці,&lt;br /&gt;</w:t>
        <w:br/>
        <w:t>А в глибі ночі — солов'їні трелі.</w:t>
      </w:r>
    </w:p>
    <w:p>
      <w:r>
        <w:br/>
        <w:t>Що з цього буде? Церква в Козельці,&lt;br /&gt;</w:t>
        <w:br/>
        <w:t>Струнка дзвіниця зодчого Растреллі,&lt;br /&gt;</w:t>
        <w:br/>
        <w:t>І гетьман України, й невеселі&lt;br /&gt;</w:t>
        <w:br/>
        <w:t>Родини Розумовських манівці.</w:t>
      </w:r>
    </w:p>
    <w:p>
      <w:r>
        <w:br/>
        <w:t>Твоя імператриця, мій козаче,&lt;br /&gt;</w:t>
        <w:br/>
        <w:t>Та ти — не імператор, не владар,&lt;br /&gt;</w:t>
        <w:br/>
        <w:t>Ти тільки майстер пестощів, одначе</w:t>
      </w:r>
    </w:p>
    <w:p>
      <w:r>
        <w:br/>
        <w:t>Не випалився твій вогонь задар,&lt;br /&gt;</w:t>
        <w:br/>
        <w:t>Бо твоє серце голосне й тремтяче&lt;br /&gt;</w:t>
        <w:br/>
        <w:t>У дзвоні б'є, аж глухне паламар.</w:t>
      </w:r>
    </w:p>
    <w:p>
      <w:r>
        <w:br/>
        <w:t>1999&lt;br /&gt;</w:t>
        <w:br/>
        <w:t>СИМОН ПЕТЛЮРА</w:t>
      </w:r>
    </w:p>
    <w:p>
      <w:r>
        <w:br/>
        <w:t>Життя апостола, козацька кров, як фана,[2]&lt;br /&gt;</w:t>
        <w:br/>
        <w:t>Що клекотить крильми, за волю в бій веде;&lt;br /&gt;</w:t>
        <w:br/>
        <w:t>Бойовика плече від полум'я руде,&lt;br /&gt;</w:t>
        <w:br/>
        <w:t>В очах зажурених — рішучість отамана.</w:t>
      </w:r>
    </w:p>
    <w:p>
      <w:r>
        <w:br/>
        <w:t>В окопах, на фронтах земля трудна й рахманна&lt;br /&gt;</w:t>
        <w:br/>
        <w:t>Від кулі берегла, не зрадила ніде…&lt;br /&gt;</w:t>
        <w:br/>
        <w:t>А вже коли стріляв агент НКВД,&lt;br /&gt;</w:t>
        <w:br/>
        <w:t>У Симона була своя глибока рана.</w:t>
      </w:r>
    </w:p>
    <w:p>
      <w:r>
        <w:br/>
        <w:t>Щоб рятувати край, погодився по Збруч&lt;br /&gt;</w:t>
        <w:br/>
        <w:t>Одрізати — це так, немов оддати руку,&lt;br /&gt;</w:t>
        <w:br/>
        <w:t>Щоб серце зберегти… О совісте, не муч!</w:t>
      </w:r>
    </w:p>
    <w:p>
      <w:r>
        <w:br/>
        <w:t>Цей чоловік спізнав найтяжчу в світі муку,&lt;br /&gt;</w:t>
        <w:br/>
        <w:t>Коли доводиться добра і зла сполуку&lt;br /&gt;</w:t>
        <w:br/>
        <w:t>Приймати як вогонь свободи голіруч!</w:t>
      </w:r>
    </w:p>
    <w:p>
      <w:r>
        <w:br/>
        <w:t>1999&lt;br /&gt;</w:t>
        <w:br/>
        <w:t>АНДРІЙ ПОТЕБНЯ</w:t>
      </w:r>
    </w:p>
    <w:p>
      <w:r>
        <w:br/>
        <w:t>В лісах під Краковом — П'єскова Скала.&lt;br /&gt;</w:t>
        <w:br/>
        <w:t>Могила там, неначе сонця штрих.&lt;br /&gt;</w:t>
        <w:br/>
        <w:t>На спочин поміж друзів бойових&lt;br /&gt;</w:t>
        <w:br/>
        <w:t>Там Потебню Андрія смерть поклала.</w:t>
      </w:r>
    </w:p>
    <w:p>
      <w:r>
        <w:br/>
        <w:t>Він дослужитись міг до генерала,&lt;br /&gt;</w:t>
        <w:br/>
        <w:t>Він жити міг в палатах золотих,&lt;br /&gt;</w:t>
        <w:br/>
        <w:t>Але в бою віддав останній дих&lt;br /&gt;</w:t>
        <w:br/>
        <w:t>За те, щоб наша воля не вмирала.</w:t>
      </w:r>
    </w:p>
    <w:p>
      <w:r>
        <w:br/>
        <w:t>О Боже, подвиг цей не понівеч,&lt;br /&gt;</w:t>
        <w:br/>
        <w:t>Від Тебе народилась ця людина,&lt;br /&gt;</w:t>
        <w:br/>
        <w:t>Цей наймолодший із усіх предтеч</w:t>
      </w:r>
    </w:p>
    <w:p>
      <w:r>
        <w:br/>
        <w:t>Свободи людської — дух паладина&lt;br /&gt;</w:t>
        <w:br/>
        <w:t>Ти освяти, як муки свого сина,&lt;br /&gt;</w:t>
        <w:br/>
        <w:t>І Польщі, й України спільний меч.</w:t>
      </w:r>
    </w:p>
    <w:p>
      <w:r>
        <w:br/>
        <w:t>1999&lt;br /&gt;</w:t>
        <w:br/>
        <w:t>БОГДАН-ІГОР АНТОНИЧ</w:t>
      </w:r>
    </w:p>
    <w:p>
      <w:r>
        <w:br/>
        <w:t>Антонич був хрущем на вишеньці зеленій,&lt;br /&gt;</w:t>
        <w:br/>
        <w:t>Рудою квіткою, котра бринить крильми;&lt;br /&gt;</w:t>
        <w:br/>
        <w:t>Хто б міг подумати, що він поміж людьми&lt;br /&gt;</w:t>
        <w:br/>
        <w:t>Постане як титан і Лемківщини геній?</w:t>
      </w:r>
    </w:p>
    <w:p>
      <w:r>
        <w:br/>
        <w:t>Він мало жив на цій землі благословенній,&lt;br /&gt;</w:t>
        <w:br/>
        <w:t>А Бог, що приїжджав у Горлиці саньми,&lt;br /&gt;</w:t>
        <w:br/>
        <w:t>Являвсь йому й казав: "Хоч серце надломи,&lt;br /&gt;</w:t>
        <w:br/>
        <w:t>Але яви свій край Європі і Вселенній!"</w:t>
      </w:r>
    </w:p>
    <w:p>
      <w:r>
        <w:br/>
        <w:t>І скинув він з душі провінції оброть,&lt;br /&gt;</w:t>
        <w:br/>
        <w:t>Засяяла над ним зірниця Кобзарева,&lt;br /&gt;</w:t>
        <w:br/>
        <w:t>І мова увійшла в його натхненну плоть.</w:t>
      </w:r>
    </w:p>
    <w:p>
      <w:r>
        <w:br/>
        <w:t>Від привітань життя він ріс до Книги Лева, —&lt;br /&gt;</w:t>
        <w:br/>
        <w:t>В словах його — небес прозорість кришталева,&lt;br /&gt;</w:t>
        <w:br/>
        <w:t>Так наче їх йому продиктував Господь!</w:t>
      </w:r>
    </w:p>
    <w:p>
      <w:r>
        <w:br/>
        <w:t>1999&lt;br /&gt;</w:t>
        <w:br/>
        <w:t>АВГУСТИН ВОЛОШИН</w:t>
      </w:r>
    </w:p>
    <w:p>
      <w:r>
        <w:br/>
        <w:t>Духовного отця він мав ясну подобу,&lt;br /&gt;</w:t>
        <w:br/>
        <w:t>Кріпивсь молитвою, творителькою див.&lt;br /&gt;</w:t>
        <w:br/>
        <w:t>За праведність і честь Господь йому судив&lt;br /&gt;</w:t>
        <w:br/>
        <w:t>Підняти рідний край, мов Лазаря, із гробу.</w:t>
      </w:r>
    </w:p>
    <w:p>
      <w:r>
        <w:br/>
        <w:t>Він смертю перейшов найвищу перепробу,&lt;br /&gt;</w:t>
        <w:br/>
        <w:t>І кров його чекіст крізь пальці процідив.&lt;br /&gt;</w:t>
        <w:br/>
        <w:t>Та з Києва озвавсь свободи вічний див,&lt;br /&gt;</w:t>
        <w:br/>
        <w:t>І в Київ Августин прийшов на пошанобу.</w:t>
      </w:r>
    </w:p>
    <w:p>
      <w:r>
        <w:br/>
        <w:t>Він повернув життя найменшій з Україн,&lt;br /&gt;</w:t>
        <w:br/>
        <w:t>І цим — найбільшій дав сміливість і завзяття,&lt;br /&gt;</w:t>
        <w:br/>
        <w:t>Щоб до державності піднятися з колін.</w:t>
      </w:r>
    </w:p>
    <w:p>
      <w:r>
        <w:br/>
        <w:t>Його ім'я горить в калині Закарпаття,&lt;br /&gt;</w:t>
        <w:br/>
        <w:t>І світить з-понад гір, немов нічне багаття,&lt;br /&gt;</w:t>
        <w:br/>
        <w:t>Зове молитися, немов недільний дзвін.</w:t>
      </w:r>
    </w:p>
    <w:p>
      <w:r>
        <w:br/>
        <w:t>1999&lt;br /&gt;</w:t>
        <w:br/>
        <w:t>МИКОЛА ЛУКАШ</w:t>
      </w:r>
    </w:p>
    <w:p>
      <w:r>
        <w:br/>
        <w:t>В морози різдвяні — без шапки й без пальта,&lt;br /&gt;</w:t>
        <w:br/>
        <w:t>Як знак приготувань до заслання й Сибіру…&lt;br /&gt;</w:t>
        <w:br/>
        <w:t>Він жив у бідності, мав лиш талант і віру,&lt;br /&gt;</w:t>
        <w:br/>
        <w:t>Дар — не ридаючи — нести свого хреста.</w:t>
      </w:r>
    </w:p>
    <w:p>
      <w:r>
        <w:br/>
        <w:t>Коли проймала дух неволі мерзлота,&lt;br /&gt;</w:t>
        <w:br/>
        <w:t>Він сам себе палив, як зв'язану офіру;&lt;br /&gt;</w:t>
        <w:br/>
        <w:t>В його душі любов палала понадміру,&lt;br /&gt;</w:t>
        <w:br/>
        <w:t>І мова сяяла, мов космосу врата.</w:t>
      </w:r>
    </w:p>
    <w:p>
      <w:r>
        <w:br/>
        <w:t>Збирати зорі слів і тамувати болі&lt;br /&gt;</w:t>
        <w:br/>
        <w:t>Судилося йому, щоб відвернути скон&lt;br /&gt;</w:t>
        <w:br/>
        <w:t>Народу, скутого на рабськім суходолі.</w:t>
      </w:r>
    </w:p>
    <w:p>
      <w:r>
        <w:br/>
        <w:t>Він вічний, як земля, та не серед ікон&lt;br /&gt;</w:t>
        <w:br/>
        <w:t>Його парсуна! Він — свободи лексикон,&lt;br /&gt;</w:t>
        <w:br/>
        <w:t>Сохрана нашого майбутнього в глаголі.</w:t>
      </w:r>
    </w:p>
    <w:p>
      <w:r>
        <w:br/>
        <w:t>1998&lt;br /&gt;</w:t>
        <w:br/>
        <w:t>ОЛЕКСАНДР ДОВЖЕНКО</w:t>
      </w:r>
    </w:p>
    <w:p>
      <w:r>
        <w:br/>
        <w:t>Юнацький зір і сивина пророка,&lt;br /&gt;</w:t>
        <w:br/>
        <w:t>Сльози і сонця незбагненний сплав.&lt;br /&gt;</w:t>
        <w:br/>
        <w:t>Як небеса, над лісом людських справ&lt;br /&gt;</w:t>
        <w:br/>
        <w:t>Світилася його душа глибока.</w:t>
      </w:r>
    </w:p>
    <w:p>
      <w:r>
        <w:br/>
        <w:t>Час від його проникливого ока&lt;br /&gt;</w:t>
        <w:br/>
        <w:t>Трутизну в мед підступно заховав.&lt;br /&gt;</w:t>
        <w:br/>
        <w:t>Він пив її, та смерть свою здолав,&lt;br /&gt;</w:t>
        <w:br/>
        <w:t>Ніч обернув на сяйво оболока.</w:t>
      </w:r>
    </w:p>
    <w:p>
      <w:r>
        <w:br/>
        <w:t>Невидимий для гнома і крота,&lt;br /&gt;</w:t>
        <w:br/>
        <w:t>Торкаючи зірниці головою,&lt;br /&gt;</w:t>
        <w:br/>
        <w:t>Стоїть він, мов заграва золота.</w:t>
      </w:r>
    </w:p>
    <w:p>
      <w:r>
        <w:br/>
        <w:t>Просвітлюючи колоски і хвою,&lt;br /&gt;</w:t>
        <w:br/>
        <w:t>Іде він стежкою понад Десною,&lt;br /&gt;</w:t>
        <w:br/>
        <w:t>І плаче голосно, як сирота.</w:t>
      </w:r>
    </w:p>
    <w:p>
      <w:r>
        <w:br/>
        <w:t>1976&lt;br /&gt;</w:t>
        <w:br/>
        <w:t>ОЛЕСЬ ГОНЧАР</w:t>
      </w:r>
    </w:p>
    <w:p>
      <w:r>
        <w:br/>
        <w:t>Він боронив свій дух від страхоти,&lt;br /&gt;</w:t>
        <w:br/>
        <w:t>Тримав, як щит, оманливу покору,&lt;br /&gt;</w:t>
        <w:br/>
        <w:t>Та схилених навчав дивитись вгору,&lt;br /&gt;</w:t>
        <w:br/>
        <w:t>Багно, не доторкнувши, обійти.</w:t>
      </w:r>
    </w:p>
    <w:p>
      <w:r>
        <w:br/>
        <w:t>Він душу мав подібну до собору,&lt;br /&gt;</w:t>
        <w:br/>
        <w:t>Що з нього вже позбивано хрести,&lt;br /&gt;</w:t>
        <w:br/>
        <w:t>Щоб молитовним людям не зайти,&lt;br /&gt;</w:t>
        <w:br/>
        <w:t>Замок тяжкий повішено знадвору.</w:t>
      </w:r>
    </w:p>
    <w:p>
      <w:r>
        <w:br/>
        <w:t>Та Бог ув'язнений ожив! Поглянь:&lt;br /&gt;</w:t>
        <w:br/>
        <w:t>Вже сяють вікна, палахкочуть свічі,&lt;br /&gt;</w:t>
        <w:br/>
        <w:t>Хрести вернулись на вершини бань.</w:t>
      </w:r>
    </w:p>
    <w:p>
      <w:r>
        <w:br/>
        <w:t>А друг, скоротичілий у каліччі,&lt;br /&gt;</w:t>
        <w:br/>
        <w:t>Кляне його, хоч вихваляв у вічі,&lt;br /&gt;</w:t>
        <w:br/>
        <w:t>І падає в підлоти чорну хлань.</w:t>
      </w:r>
    </w:p>
    <w:p>
      <w:r>
        <w:br/>
        <w:t>2003&lt;br /&gt;</w:t>
        <w:br/>
        <w:t>АНДРІЙ МАЛИШКО</w:t>
      </w:r>
    </w:p>
    <w:p>
      <w:r>
        <w:br/>
        <w:t>Печальний гармоніст з обухівських музик,&lt;br /&gt;</w:t>
        <w:br/>
        <w:t>Невиспіваний схов Тарасового болю,&lt;br /&gt;</w:t>
        <w:br/>
        <w:t>Тяжка його доба, позначена ганьбою,&lt;br /&gt;</w:t>
        <w:br/>
        <w:t>Топтала ум йому, ставала на язик.</w:t>
      </w:r>
    </w:p>
    <w:p>
      <w:r>
        <w:br/>
        <w:t>Та в найчорніші дні зривався він до бою,&lt;br /&gt;</w:t>
        <w:br/>
        <w:t>Прокльони накликав на сталінських владик,&lt;br /&gt;</w:t>
        <w:br/>
        <w:t>І підставляв під меч свій зір і свій кадик,&lt;br /&gt;</w:t>
        <w:br/>
        <w:t>Будив дрімаючих суремною трубою.</w:t>
      </w:r>
    </w:p>
    <w:p>
      <w:r>
        <w:br/>
        <w:t>Тепер — герої всі. Тепер — усі святі!&lt;br /&gt;</w:t>
        <w:br/>
        <w:t>Вердикт написано: не вмер за Україну&lt;br /&gt;</w:t>
        <w:br/>
        <w:t>В тюрмі НКВД, в сибірській мерзлоті…</w:t>
      </w:r>
    </w:p>
    <w:p>
      <w:r>
        <w:br/>
        <w:t>О судді молоді із запахами тліну,&lt;br /&gt;</w:t>
        <w:br/>
        <w:t>Не так судили б ви, якби адреналіну&lt;br /&gt;</w:t>
        <w:br/>
        <w:t>Набралися, як він, на власному хресті!</w:t>
      </w:r>
    </w:p>
    <w:p>
      <w:r>
        <w:br/>
        <w:t>2003&lt;br /&gt;</w:t>
        <w:br/>
        <w:t>ОЛЕКСАНДР БІЛАШ</w:t>
      </w:r>
    </w:p>
    <w:p>
      <w:r>
        <w:br/>
        <w:t>Як вітер з Хортиці, як весняний капіж,&lt;br /&gt;</w:t>
        <w:br/>
        <w:t>Що солодко дзвенить і ламле вікна льоду,&lt;br /&gt;</w:t>
        <w:br/>
        <w:t>Як блискавка нічна зі скроні небозводу,&lt;br /&gt;</w:t>
        <w:br/>
        <w:t>Як листя й сніговиць морозяний крутіж,</w:t>
      </w:r>
    </w:p>
    <w:p>
      <w:r>
        <w:br/>
        <w:t>Так він являвсь мені, і все тихіш, тихіш&lt;br /&gt;</w:t>
        <w:br/>
        <w:t>Торкався клавішів, мов добував зі споду&lt;br /&gt;</w:t>
        <w:br/>
        <w:t>Козацької землі надію на свободу,&lt;br /&gt;</w:t>
        <w:br/>
        <w:t>І лик його світив тружденний, як леміш.</w:t>
      </w:r>
    </w:p>
    <w:p>
      <w:r>
        <w:br/>
        <w:t>Як стану я колись перед обличчям Бога&lt;br /&gt;</w:t>
        <w:br/>
        <w:t>Відзвітуватися за вбогий трудодень,&lt;br /&gt;</w:t>
        <w:br/>
        <w:t>Вписати два рядки до свого некролога,</w:t>
      </w:r>
    </w:p>
    <w:p>
      <w:r>
        <w:br/>
        <w:t>Я дякуватиму за декілька пісень,&lt;br /&gt;</w:t>
        <w:br/>
        <w:t>Що написав Білаш з Його благословень,&lt;br /&gt;</w:t>
        <w:br/>
        <w:t>Де вся моя печаль, і ніжність, і тривога.</w:t>
      </w:r>
    </w:p>
    <w:p>
      <w:r>
        <w:br/>
        <w:t>2003&lt;br /&gt;</w:t>
        <w:br/>
        <w:t>ГАЛИНА КАЛЬЧЕНКО</w:t>
      </w:r>
    </w:p>
    <w:p>
      <w:r>
        <w:br/>
        <w:t>Слухняна й смертна глина, як раба,&lt;br /&gt;</w:t>
        <w:br/>
        <w:t>Згинається, чужій підвладна волі.&lt;br /&gt;</w:t>
        <w:br/>
        <w:t>Та непокора зріє в ній поволі,&lt;br /&gt;</w:t>
        <w:br/>
        <w:t>Встає за невмирущість боротьба.</w:t>
      </w:r>
    </w:p>
    <w:p>
      <w:r>
        <w:br/>
        <w:t>У бронзі грає слово, мов труба,&lt;br /&gt;</w:t>
        <w:br/>
        <w:t>В граніті — вкриті інеєм тополі.&lt;br /&gt;</w:t>
        <w:br/>
        <w:t>Душі землі, де стигнуть людські болі,&lt;br /&gt;</w:t>
        <w:br/>
        <w:t>Торкається її рука слаба.</w:t>
      </w:r>
    </w:p>
    <w:p>
      <w:r>
        <w:br/>
        <w:t>Та ось — Галина відійде від Лесі,&lt;br /&gt;</w:t>
        <w:br/>
        <w:t>Як донор… Кров її пульсує, б'є&lt;br /&gt;</w:t>
        <w:br/>
        <w:t>У кволій плоті на каміннім плесі.</w:t>
      </w:r>
    </w:p>
    <w:p>
      <w:r>
        <w:br/>
        <w:t>Той камінь їй безсмертя віддає,&lt;br /&gt;</w:t>
        <w:br/>
        <w:t>Що закричав і вмить життя своє&lt;br /&gt;</w:t>
        <w:br/>
        <w:t>Почув на стилоса натхненнім лезі.</w:t>
      </w:r>
    </w:p>
    <w:p>
      <w:r>
        <w:br/>
        <w:t>1977&lt;br /&gt;</w:t>
        <w:br/>
        <w:t>ГАЛІЛЕО ГАЛІЛЕЙ</w:t>
      </w:r>
    </w:p>
    <w:p>
      <w:r>
        <w:br/>
        <w:t>Печаль мерця в обличчі Галілея:&lt;br /&gt;</w:t>
        <w:br/>
        <w:t>Або зректися істини й ума,&lt;br /&gt;</w:t>
        <w:br/>
        <w:t>Або — автодафе! Душа німа&lt;br /&gt;</w:t>
        <w:br/>
        <w:t>Згортається в темнотах, як лілея.</w:t>
      </w:r>
    </w:p>
    <w:p>
      <w:r>
        <w:br/>
        <w:t>Кат з чотками, немов з петлею рея,&lt;br /&gt;</w:t>
        <w:br/>
        <w:t>Стоїть над ним — і виходу нема.&lt;br /&gt;</w:t>
        <w:br/>
        <w:t>Там жах вогню, тут підлості страма,&lt;br /&gt;</w:t>
        <w:br/>
        <w:t>Там смерть, а тут прислужницька ліврея.</w:t>
      </w:r>
    </w:p>
    <w:p>
      <w:r>
        <w:br/>
        <w:t>Він каявся й хрестив своє чоло,&lt;br /&gt;</w:t>
        <w:br/>
        <w:t>А потім жартома сказав: "Синьйори!&lt;br /&gt;</w:t>
        <w:br/>
        <w:t>Все ж крутиться Земля, що б не було!"</w:t>
      </w:r>
    </w:p>
    <w:p>
      <w:r>
        <w:br/>
        <w:t>Те слово чути крізь віки і гори,&lt;br /&gt;</w:t>
        <w:br/>
        <w:t>Що десь на дні облудної покори&lt;br /&gt;</w:t>
        <w:br/>
        <w:t>Кипить, як правди вічне джерело.</w:t>
      </w:r>
    </w:p>
    <w:p>
      <w:r>
        <w:br/>
        <w:t>1967&lt;br /&gt;</w:t>
        <w:br/>
        <w:t>ДЖОРДАНО БРУНО</w:t>
      </w:r>
    </w:p>
    <w:p>
      <w:r>
        <w:br/>
        <w:t>Джордано Бруно! Вийди із вогню!&lt;br /&gt;</w:t>
        <w:br/>
        <w:t>Порозкидай ненависне кострище&lt;br /&gt;</w:t>
        <w:br/>
        <w:t>І розчави, як гадину, що свище,&lt;br /&gt;</w:t>
        <w:br/>
        <w:t>Димуючу останню головню!</w:t>
      </w:r>
    </w:p>
    <w:p>
      <w:r>
        <w:br/>
        <w:t>Ні, не виходь! Лети, здіймайся вище&lt;br /&gt;</w:t>
        <w:br/>
        <w:t>З тим полум'ям, що спалює брехню,&lt;br /&gt;</w:t>
        <w:br/>
        <w:t>А не тебе, бо ти вже рівня дню,&lt;br /&gt;</w:t>
        <w:br/>
        <w:t>Ти правди смолоскип — не попелище!</w:t>
      </w:r>
    </w:p>
    <w:p>
      <w:r>
        <w:br/>
        <w:t>Почула космонавтів римська мідь,&lt;br /&gt;</w:t>
        <w:br/>
        <w:t>І ворог твій ховається, як плюсква,&lt;br /&gt;</w:t>
        <w:br/>
        <w:t>В темноти й шпари вигаслих століть.</w:t>
      </w:r>
    </w:p>
    <w:p>
      <w:r>
        <w:br/>
        <w:t>Розвалюються вівтарі падлюцтва,&lt;br /&gt;</w:t>
        <w:br/>
        <w:t>А твій престол незайманий стоїть&lt;br /&gt;</w:t>
        <w:br/>
        <w:t>В ясній душі нескореного людства.</w:t>
      </w:r>
    </w:p>
    <w:p>
      <w:r>
        <w:br/>
        <w:t>1967&lt;br /&gt;</w:t>
        <w:br/>
        <w:t>ЮЛІУШ СЛОВАЦЬКИЙ</w:t>
      </w:r>
    </w:p>
    <w:p>
      <w:r>
        <w:br/>
        <w:t>Свободи духом жив, ненавидів тюрму,&lt;br /&gt;</w:t>
        <w:br/>
        <w:t>Будив козацький біль в живім могильнім схові;&lt;br /&gt;</w:t>
        <w:br/>
        <w:t>А як помер, то цар заборонив ляхові&lt;br /&gt;</w:t>
        <w:br/>
        <w:t>Покласти пам'ятник у Кременці йому.</w:t>
      </w:r>
    </w:p>
    <w:p>
      <w:r>
        <w:br/>
        <w:t>А Бог тоді сказав: "Його я в храм візьму,&lt;br /&gt;</w:t>
        <w:br/>
        <w:t>Вмуруйте лик його в стіну, пани майстрові,&lt;br /&gt;</w:t>
        <w:br/>
        <w:t>Хай гріється костьол в його могутній крові,&lt;br /&gt;</w:t>
        <w:br/>
        <w:t>І хай живе поет — цареві на страму!"</w:t>
      </w:r>
    </w:p>
    <w:p>
      <w:r>
        <w:br/>
        <w:t>Це нелогічно, ні, — поет поміж святими!&lt;br /&gt;</w:t>
        <w:br/>
        <w:t>А може, ми собі придумали закон,&lt;br /&gt;</w:t>
        <w:br/>
        <w:t>Що має бути він створіннями гидкими</w:t>
      </w:r>
    </w:p>
    <w:p>
      <w:r>
        <w:br/>
        <w:t>Обмотаний, немов старий Лаокоон?&lt;br /&gt;</w:t>
        <w:br/>
        <w:t>Ні! Тут за ним стоїть крилатий ескадрон —&lt;br /&gt;</w:t>
        <w:br/>
        <w:t>Бойовики повстань — з мечами херувими!</w:t>
      </w:r>
    </w:p>
    <w:p>
      <w:r>
        <w:br/>
        <w:t>1999&lt;br /&gt;</w:t>
        <w:br/>
        <w:t>МУСА ДЖАЛІЛЬ</w:t>
      </w:r>
    </w:p>
    <w:p>
      <w:r>
        <w:br/>
        <w:t>Нема полону й рабства для душі,&lt;br /&gt;</w:t>
        <w:br/>
        <w:t>Не скутої нікчемним страхом смерті.&lt;br /&gt;</w:t>
        <w:br/>
        <w:t>Лиш боягузи, в пилюзі простерті,&lt;br /&gt;</w:t>
        <w:br/>
        <w:t>Перед катами в'ються, як вужі.</w:t>
      </w:r>
    </w:p>
    <w:p>
      <w:r>
        <w:br/>
        <w:t>Колючий дріт знімає маски лжі,&lt;br /&gt;</w:t>
        <w:br/>
        <w:t>Серця й обличчя, як папір, подерті.&lt;br /&gt;</w:t>
        <w:br/>
        <w:t>За миску баланди чи жменю дерті&lt;br /&gt;</w:t>
        <w:br/>
        <w:t>Вчорашній друг стає в ряди чужі.</w:t>
      </w:r>
    </w:p>
    <w:p>
      <w:r>
        <w:br/>
        <w:t>О, це болить! Куди сховати очі,&lt;br /&gt;</w:t>
        <w:br/>
        <w:t>Щоб не побачили відомсти сліз&lt;br /&gt;</w:t>
        <w:br/>
        <w:t>Донощиків продажні поторочі!</w:t>
      </w:r>
    </w:p>
    <w:p>
      <w:r>
        <w:br/>
        <w:t>Щоранку табір шелестить, як ліс, —&lt;br /&gt;</w:t>
        <w:br/>
        <w:t>Там убиває зрадників щоночі&lt;br /&gt;</w:t>
        <w:br/>
        <w:t>Татарський погляд, кинутий навскіс.</w:t>
      </w:r>
    </w:p>
    <w:p>
      <w:r>
        <w:br/>
        <w:t>1972&lt;br /&gt;</w:t>
        <w:br/>
        <w:t>ЮЛІУС ФУЧИК</w:t>
      </w:r>
    </w:p>
    <w:p>
      <w:r>
        <w:br/>
        <w:t>Твоє життя зникає, як міраж.&lt;br /&gt;</w:t>
        <w:br/>
        <w:t>Надовкруги серця мовчать, як дзвони,&lt;br /&gt;</w:t>
        <w:br/>
        <w:t>Затоплені в болото, а тевтони&lt;br /&gt;</w:t>
        <w:br/>
        <w:t>Для нації твоєї роблять саж!</w:t>
      </w:r>
    </w:p>
    <w:p>
      <w:r>
        <w:br/>
        <w:t>Душа побита в скалки, як вітраж,&lt;br /&gt;</w:t>
        <w:br/>
        <w:t>Здається, світ навіки в тьмі потоне,&lt;br /&gt;</w:t>
        <w:br/>
        <w:t>Та крізь тюремні засуви й бетони&lt;br /&gt;</w:t>
        <w:br/>
        <w:t>Проб'ється твій останній репортаж!</w:t>
      </w:r>
    </w:p>
    <w:p>
      <w:r>
        <w:br/>
        <w:t>Бо Прага є! І правда є! І люди&lt;br /&gt;</w:t>
        <w:br/>
        <w:t>Не всі переймуть звичаї скота,&lt;br /&gt;</w:t>
        <w:br/>
        <w:t>Не всі осліпнуть на шляхах облуди.</w:t>
      </w:r>
    </w:p>
    <w:p>
      <w:r>
        <w:br/>
        <w:t>Дух — від покори, від брехні — вуста,&lt;br /&gt;</w:t>
        <w:br/>
        <w:t>А зір — від злуди відмивати буде&lt;br /&gt;</w:t>
        <w:br/>
        <w:t>Твого страшного слова чистота!</w:t>
      </w:r>
    </w:p>
    <w:p>
      <w:r>
        <w:br/>
        <w:t>1972&lt;br /&gt;</w:t>
        <w:br/>
        <w:t>ФЕДЕРІКО ГАРСІА ЛОРКА</w:t>
      </w:r>
    </w:p>
    <w:p>
      <w:r>
        <w:br/>
        <w:t>На золотій околиці Гранади&lt;br /&gt;</w:t>
        <w:br/>
        <w:t>Гарсіа Лорка горілиць лежить.&lt;br /&gt;</w:t>
        <w:br/>
        <w:t>Він утопив свій погляд у блакить,&lt;br /&gt;</w:t>
        <w:br/>
        <w:t>У синє небо, повне світла й знади.</w:t>
      </w:r>
    </w:p>
    <w:p>
      <w:r>
        <w:br/>
        <w:t>А кров його в сухій траві горить&lt;br /&gt;</w:t>
        <w:br/>
        <w:t>І сліпить, наче блискіт канонади.&lt;br /&gt;</w:t>
        <w:br/>
        <w:t>Навколо вбивці повзають, як гади,&lt;br /&gt;</w:t>
        <w:br/>
        <w:t>Маскуючись, міняє шкуру бридь.</w:t>
      </w:r>
    </w:p>
    <w:p>
      <w:r>
        <w:br/>
        <w:t>Це єзуїтська головна прикмета —&lt;br /&gt;</w:t>
        <w:br/>
        <w:t>Застрелити живого, наче пса,&lt;br /&gt;</w:t>
        <w:br/>
        <w:t>Вважати богом мертвого поета!</w:t>
      </w:r>
    </w:p>
    <w:p>
      <w:r>
        <w:br/>
        <w:t>Та хиляться над мертвим небеса,&lt;br /&gt;</w:t>
        <w:br/>
        <w:t>Горять із плазнів сплетені тенета,&lt;br /&gt;</w:t>
        <w:br/>
        <w:t>І сяє слова вічного яса!</w:t>
      </w:r>
    </w:p>
    <w:p>
      <w:r>
        <w:br/>
        <w:t>1972&lt;br /&gt;</w:t>
        <w:br/>
        <w:t>АНТУАН ДЕ СЕНТ-ЕКЗЮПЕРІ</w:t>
      </w:r>
    </w:p>
    <w:p>
      <w:r>
        <w:br/>
        <w:t>Навіщо повертатися назад&lt;br /&gt;</w:t>
        <w:br/>
        <w:t>З небес на землю, де війни катуші,&lt;br /&gt;</w:t>
        <w:br/>
        <w:t>Де Францію дрібні й підступні душі&lt;br /&gt;</w:t>
        <w:br/>
        <w:t>Зжирають, наче гусениці сад?!</w:t>
      </w:r>
    </w:p>
    <w:p>
      <w:r>
        <w:br/>
        <w:t>І свій літак тісний, немов снаряд,&lt;br /&gt;</w:t>
        <w:br/>
        <w:t>Веде він у безумнім безоружжі&lt;br /&gt;</w:t>
        <w:br/>
        <w:t>Крізь вибухи, що, мов сліпучі ружі,&lt;br /&gt;</w:t>
        <w:br/>
        <w:t>Цвітуть і осипаються підряд…</w:t>
      </w:r>
    </w:p>
    <w:p>
      <w:r>
        <w:br/>
        <w:t>В палаючій, як метеор, машині&lt;br /&gt;</w:t>
        <w:br/>
        <w:t>Його вхопила неба течія&lt;br /&gt;</w:t>
        <w:br/>
        <w:t>І занесла в глибини темно-сині.</w:t>
      </w:r>
    </w:p>
    <w:p>
      <w:r>
        <w:br/>
        <w:t>Світ у зірках читав його ім'я,&lt;br /&gt;</w:t>
        <w:br/>
        <w:t>Лиш у пісках Лівійської пустині&lt;br /&gt;</w:t>
        <w:br/>
        <w:t>Не відала про це сліпа змія.</w:t>
      </w:r>
    </w:p>
    <w:p>
      <w:r>
        <w:br/>
        <w:t>1972&lt;br /&gt;</w:t>
        <w:br/>
        <w:t>ЕРНЕСТО ЧЕ ГЕВАРА</w:t>
      </w:r>
    </w:p>
    <w:p>
      <w:r>
        <w:br/>
        <w:t>1</w:t>
      </w:r>
    </w:p>
    <w:p>
      <w:r>
        <w:br/>
        <w:t>Як дим, на землю падає Гевара,&lt;br /&gt;</w:t>
        <w:br/>
        <w:t>Кущами болю вибухло плече…&lt;br /&gt;</w:t>
        <w:br/>
        <w:t>Так тихо поміж пальці кров тече,&lt;br /&gt;</w:t>
        <w:br/>
        <w:t>Як поміж скелі золотава хмара.</w:t>
      </w:r>
    </w:p>
    <w:p>
      <w:r>
        <w:br/>
        <w:t>Стає над ним убивця, як примара,&lt;br /&gt;</w:t>
        <w:br/>
        <w:t>Впритул стріляє ще, і ще, і ще…&lt;br /&gt;</w:t>
        <w:br/>
        <w:t>— Хіба не годі вже? — питає Че.&lt;br /&gt;</w:t>
        <w:br/>
        <w:t>І сміхом зблискує зіниця кара.</w:t>
      </w:r>
    </w:p>
    <w:p>
      <w:r>
        <w:br/>
        <w:t>Прибитий до камінної плити,&lt;br /&gt;</w:t>
        <w:br/>
        <w:t>Як до хреста, він мусить помирати,&lt;br /&gt;</w:t>
        <w:br/>
        <w:t>Щоб завтра встати для святої мсти…</w:t>
      </w:r>
    </w:p>
    <w:p>
      <w:r>
        <w:br/>
        <w:t>І ось беруть його в сувій церати,&lt;br /&gt;</w:t>
        <w:br/>
        <w:t>В тюрму несуть таємно, мов кроти,&lt;br /&gt;</w:t>
        <w:br/>
        <w:t>І неживого кидають за ґрати.</w:t>
      </w:r>
    </w:p>
    <w:p>
      <w:r>
        <w:br/>
        <w:t>2</w:t>
      </w:r>
    </w:p>
    <w:p>
      <w:r>
        <w:br/>
        <w:t>Спалити, чи віддати для мурах,&lt;br /&gt;</w:t>
        <w:br/>
        <w:t>Чи в мурах затопити, чи в бетоні,&lt;br /&gt;</w:t>
        <w:br/>
        <w:t>Чи поховати в атомному схроні&lt;br /&gt;</w:t>
        <w:br/>
        <w:t>Цей, наче порох, небезпечний прах?</w:t>
      </w:r>
    </w:p>
    <w:p>
      <w:r>
        <w:br/>
        <w:t>Так біситься і шаленіє страх.&lt;br /&gt;</w:t>
        <w:br/>
        <w:t>І, щоб не брався мертвий Че до броні,&lt;br /&gt;</w:t>
        <w:br/>
        <w:t>Вони йому відрубують долоні,&lt;br /&gt;</w:t>
        <w:br/>
        <w:t>Обпечені на вогняних вітрах!</w:t>
      </w:r>
    </w:p>
    <w:p>
      <w:r>
        <w:br/>
        <w:t>Ті руки, мов облиті кров'ю птиці,&lt;br /&gt;</w:t>
        <w:br/>
        <w:t>На волю вириваються, летять,&lt;br /&gt;</w:t>
        <w:br/>
        <w:t>І дивляться на землю, як зірниці.</w:t>
      </w:r>
    </w:p>
    <w:p>
      <w:r>
        <w:br/>
        <w:t>А на землі, там, де хрести стоять,&lt;br /&gt;</w:t>
        <w:br/>
        <w:t>Зготовані вже для нових розп'ять,&lt;br /&gt;</w:t>
        <w:br/>
        <w:t>Вниз опускають очі люди ниці.</w:t>
      </w:r>
    </w:p>
    <w:p>
      <w:r>
        <w:br/>
        <w:t>1972-2003&lt;br /&gt;</w:t>
        <w:br/>
        <w:t>ЮРІЙ ГАГАРІН</w:t>
      </w:r>
    </w:p>
    <w:p>
      <w:r>
        <w:br/>
        <w:t>Упав літак, на нашій тверді тлінній&lt;br /&gt;</w:t>
        <w:br/>
        <w:t>Розпався умлівіч, як всохла віть.&lt;br /&gt;</w:t>
        <w:br/>
        <w:t>Вогонь шарпнувся в синю небозвідь&lt;br /&gt;</w:t>
        <w:br/>
        <w:t>Над божевіллям металічних ліній.</w:t>
      </w:r>
    </w:p>
    <w:p>
      <w:r>
        <w:br/>
        <w:t>Трава почервоніла, наче мідь,&lt;br /&gt;</w:t>
        <w:br/>
        <w:t>Струхлявіла й збіліла сталь, як іній,&lt;br /&gt;</w:t>
        <w:br/>
        <w:t>Згорів, немов газета, алюміній —&lt;br /&gt;</w:t>
        <w:br/>
        <w:t>Такий, що не повинен був згоріть.</w:t>
      </w:r>
    </w:p>
    <w:p>
      <w:r>
        <w:br/>
        <w:t>До вогнища прибігли з поля діти,&lt;br /&gt;</w:t>
        <w:br/>
        <w:t>І їм вдалось у попелі знайти&lt;br /&gt;</w:t>
        <w:br/>
        <w:t>Дзвінкий обруч космічної орбіти.</w:t>
      </w:r>
    </w:p>
    <w:p>
      <w:r>
        <w:br/>
        <w:t>О Юрію! Носив на серці ти&lt;br /&gt;</w:t>
        <w:br/>
        <w:t>Швидкий політ і вже не міг стерпіти&lt;br /&gt;</w:t>
        <w:br/>
        <w:t>Повільних крил, як руху без мети.</w:t>
      </w:r>
    </w:p>
    <w:p>
      <w:r>
        <w:br/>
        <w:t>1972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Портрети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