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Посвята</w:t>
      </w:r>
    </w:p>
    <w:p>
      <w:r>
        <w:br/>
        <w:t xml:space="preserve"> Зайнявся ранок; кроками своїми&lt;br /&gt;</w:t>
        <w:br/>
        <w:t>Від мене сон легкий він відігнав.&lt;br /&gt;</w:t>
        <w:br/>
        <w:t>І вийшов я, і тропами гірськими,&lt;br /&gt;</w:t>
        <w:br/>
        <w:t>Веселий, в далечінь попрямував,&lt;br /&gt;</w:t>
        <w:br/>
        <w:t>І кожен квіт, поміж травою зримий,&lt;br /&gt;</w:t>
        <w:br/>
        <w:t>Мені безмежно серце чарував,&lt;br /&gt;</w:t>
        <w:br/>
        <w:t>ї юний день, росою чисто вмитий,&lt;br /&gt;</w:t>
        <w:br/>
        <w:t>Усе свіжив, щоб і мене свіжити.</w:t>
      </w:r>
    </w:p>
    <w:p>
      <w:r>
        <w:br/>
        <w:t>Коли я йшов, у лузі над рікою&lt;br /&gt;</w:t>
        <w:br/>
        <w:t>Устав туман і далечінь повив,&lt;br /&gt;</w:t>
        <w:br/>
        <w:t>Він крилами замаяв наді мною&lt;br /&gt;</w:t>
        <w:br/>
        <w:t>І навкруги мінливо затремтів;&lt;br /&gt;</w:t>
        <w:br/>
        <w:t>Уже не міг я за густою млою&lt;br /&gt;</w:t>
        <w:br/>
        <w:t>До наокольних приглядатись див&lt;br /&gt;</w:t>
        <w:br/>
        <w:t>І, замкнений у непрозірну хмару,&lt;br /&gt;</w:t>
        <w:br/>
        <w:t>Нового дня уже не бачив чару.</w:t>
      </w:r>
    </w:p>
    <w:p>
      <w:r>
        <w:br/>
        <w:t>Та раптом сонце блиснуло несміло,&lt;br /&gt;</w:t>
        <w:br/>
        <w:t>І запалали промені ясні;&lt;br /&gt;</w:t>
        <w:br/>
        <w:t>Туману пасма то в яри котило,&lt;br /&gt;</w:t>
        <w:br/>
        <w:t>То понад ліс несло в височині.&lt;br /&gt;</w:t>
        <w:br/>
        <w:t>Який я радий був зустріть світило,&lt;br /&gt;</w:t>
        <w:br/>
        <w:t>Що вдвічі кращим видалось мені!&lt;br /&gt;</w:t>
        <w:br/>
        <w:t>Боролись довго сили дня і ночі,&lt;br /&gt;</w:t>
        <w:br/>
        <w:t>І врешті сяйво засліпило очі.</w:t>
      </w:r>
    </w:p>
    <w:p>
      <w:r>
        <w:br/>
        <w:t>Та незабаром їх відкрити знову&lt;br /&gt;</w:t>
        <w:br/>
        <w:t>Мені душа веліла запальна,&lt;br /&gt;</w:t>
        <w:br/>
        <w:t>Хоча не раз їх мружити раптово&lt;br /&gt;</w:t>
        <w:br/>
        <w:t>Примушувала далеч осяйна,—&lt;br /&gt;</w:t>
        <w:br/>
        <w:t>І враз, на хмарі випливши чудово,&lt;br /&gt;</w:t>
        <w:br/>
        <w:t>Моїм очам божественна жона&lt;br /&gt;</w:t>
        <w:br/>
        <w:t>Явилася з незнаної країни.&lt;br /&gt;</w:t>
        <w:br/>
        <w:t>Не бачив я світлішої картини!</w:t>
      </w:r>
    </w:p>
    <w:p>
      <w:r>
        <w:br/>
        <w:t>"Пізнав мене?" — промовила устами,&lt;br /&gt;</w:t>
        <w:br/>
        <w:t>Де чиста вірність і любов цвіла.&lt;br /&gt;</w:t>
        <w:br/>
        <w:t>"Ти пізнаєш? Це ж я тобі бальзами&lt;br /&gt;</w:t>
        <w:br/>
        <w:t>Не раз на рани життьові лила.&lt;br /&gt;</w:t>
        <w:br/>
        <w:t>Мене ти знаєш, бо союз між нами&lt;br /&gt;</w:t>
        <w:br/>
        <w:t>Твоя душа жагуча нам дала.&lt;br /&gt;</w:t>
        <w:br/>
        <w:t>Хіба ж не я схилялась над тобою,&lt;br /&gt;</w:t>
        <w:br/>
        <w:t>Як плакав ти дитиною малою?"</w:t>
      </w:r>
    </w:p>
    <w:p>
      <w:r>
        <w:br/>
        <w:t>"О, так!" — гукнув я і схилив коліна&lt;br /&gt;</w:t>
        <w:br/>
        <w:t>Благоговійно.— "Я тебе впізнав!&lt;br /&gt;</w:t>
        <w:br/>
        <w:t>Давала спокій ти мені єдина,&lt;br /&gt;</w:t>
        <w:br/>
        <w:t>Коли я в муках пристрасті палав;&lt;br /&gt;</w:t>
        <w:br/>
        <w:t>Коли гірка надходила година,&lt;br /&gt;</w:t>
        <w:br/>
        <w:t>Чоло мені твій повів освіжав,&lt;br /&gt;</w:t>
        <w:br/>
        <w:t>Земні найкращі радощі дала ти,&lt;br /&gt;</w:t>
        <w:br/>
        <w:t>І лиш з тобою можу щастя знати!</w:t>
      </w:r>
    </w:p>
    <w:p>
      <w:r>
        <w:br/>
        <w:t>Не назову тебе, хоч називає&lt;br /&gt;</w:t>
        <w:br/>
        <w:t>І той, і той святе ім'я твоє&lt;br /&gt;</w:t>
        <w:br/>
        <w:t>І щиро за свою тебе вважає,&lt;br /&gt;</w:t>
        <w:br/>
        <w:t>Хоч мук йому твій образ завдає.&lt;br /&gt;</w:t>
        <w:br/>
        <w:t>Я друзів мав багато — їх немає,&lt;br /&gt;</w:t>
        <w:br/>
        <w:t>В тобі єдиній — все життя моє.&lt;br /&gt;</w:t>
        <w:br/>
        <w:t>На самоті лиш можу щастя пити,&lt;br /&gt;</w:t>
        <w:br/>
        <w:t>Твої скарби ховати і таїти".</w:t>
      </w:r>
    </w:p>
    <w:p>
      <w:r>
        <w:br/>
        <w:t>Всміхнулась: "Бачиш, мудро як було&lt;br /&gt;</w:t>
        <w:br/>
        <w:t>Лиш обережно підіймать покрови!&lt;br /&gt;</w:t>
        <w:br/>
        <w:t>Буяння юне ще не перейшло,&lt;br /&gt;</w:t>
        <w:br/>
        <w:t>Дитячої ти ще не зрікся мови,&lt;br /&gt;</w:t>
        <w:br/>
        <w:t>А вже надлюдське зносиш ти чоло,&lt;br /&gt;</w:t>
        <w:br/>
        <w:t>Людиною ще стати не готовий!&lt;br /&gt;</w:t>
        <w:br/>
        <w:t>Чим ти від інших так різнишся дуже?&lt;br /&gt;</w:t>
        <w:br/>
        <w:t>Спізнай себе, мирись із світом, друже!"</w:t>
      </w:r>
    </w:p>
    <w:p>
      <w:r>
        <w:br/>
        <w:t>"Прости,— гукнув я,— помилку мою!&lt;br /&gt;</w:t>
        <w:br/>
        <w:t>Невже дарма розкрились очі в мене?&lt;br /&gt;</w:t>
        <w:br/>
        <w:t>В крові веселу волю я таю,&lt;br /&gt;</w:t>
        <w:br/>
        <w:t>Ціную я твій дар благословенний!&lt;br /&gt;</w:t>
        <w:br/>
        <w:t>Віднині серце людям віддаю,&lt;br /&gt;</w:t>
        <w:br/>
        <w:t>Не закопаю свій талант священний!&lt;br /&gt;</w:t>
        <w:br/>
        <w:t>Так, я на те шукав дороги сам,&lt;br /&gt;</w:t>
        <w:br/>
        <w:t>Щоб показать її моїм братам!"</w:t>
      </w:r>
    </w:p>
    <w:p>
      <w:r>
        <w:br/>
        <w:t>Так я казав. Дивилася ласкаво&lt;br /&gt;</w:t>
        <w:br/>
        <w:t>Мені в лице істота неземна,&lt;br /&gt;</w:t>
        <w:br/>
        <w:t>В її очах я мав читати право,&lt;br /&gt;</w:t>
        <w:br/>
        <w:t>Що гудить і що схвалює вона.&lt;br /&gt;</w:t>
        <w:br/>
        <w:t>Одужав я і мислив нелукаво,&lt;br /&gt;</w:t>
        <w:br/>
        <w:t>І знову дух буяв мій, як весна.&lt;br /&gt;</w:t>
        <w:br/>
        <w:t>Тож, сповнений жадоби однієї,&lt;br /&gt;</w:t>
        <w:br/>
        <w:t>Наблизився з довірою до неї.</w:t>
      </w:r>
    </w:p>
    <w:p>
      <w:r>
        <w:br/>
        <w:t>Простерла руку й почала ловити&lt;br /&gt;</w:t>
        <w:br/>
        <w:t>Туманну пару, що навкруг текла.&lt;br /&gt;</w:t>
        <w:br/>
        <w:t>І пара їй давалася схопити,&lt;br /&gt;</w:t>
        <w:br/>
        <w:t>І вже туманом більше не була.&lt;br /&gt;</w:t>
        <w:br/>
        <w:t>Я озирнувся, подивом повитий,&lt;br /&gt;</w:t>
        <w:br/>
        <w:t>Блакить ізнову грала і цвіла.&lt;br /&gt;</w:t>
        <w:br/>
        <w:t>Та найясніш, проте, вона сіяла&lt;br /&gt;</w:t>
        <w:br/>
        <w:t>У маєві хисткого покривала.</w:t>
      </w:r>
    </w:p>
    <w:p>
      <w:r>
        <w:br/>
        <w:t>"Тебе я знаю з хибами твоїми,&lt;br /&gt;</w:t>
        <w:br/>
        <w:t>Добро я бачу, що в тобі ще спить".—&lt;br /&gt;</w:t>
        <w:br/>
        <w:t>Сказала так,— я слухав, невситимий.&lt;br /&gt;</w:t>
        <w:br/>
        <w:t>"Пора тобі мій заповіт одкрить!&lt;br /&gt;</w:t>
        <w:br/>
        <w:t>Життя того до щастя завжди йтиме,&lt;br /&gt;</w:t>
        <w:br/>
        <w:t>Хто зможе дар мій у покорі стріть.&lt;br /&gt;</w:t>
        <w:br/>
        <w:t>Зіткали сонце й подих світанковий&lt;br /&gt;</w:t>
        <w:br/>
        <w:t>Для правди рук поезії покрови.</w:t>
      </w:r>
    </w:p>
    <w:p>
      <w:r>
        <w:br/>
        <w:t>Коли тобі і друзям душно стане,&lt;br /&gt;</w:t>
        <w:br/>
        <w:t>Кинь у повітря лиш покрови ті,&lt;br /&gt;</w:t>
        <w:br/>
        <w:t>І легіт вас овіє пожаданий,&lt;br /&gt;</w:t>
        <w:br/>
        <w:t>Запахнуть ніжно квіти золоті,&lt;br /&gt;</w:t>
        <w:br/>
        <w:t>І знов вам спокій у серця загляне,&lt;br /&gt;</w:t>
        <w:br/>
        <w:t>З труни — до хмар простеляться путі,&lt;br /&gt;</w:t>
        <w:br/>
        <w:t>Солодкими життя вам будуть хвилі,&lt;br /&gt;</w:t>
        <w:br/>
        <w:t>І день і ніч вам знову стануть милі".</w:t>
      </w:r>
    </w:p>
    <w:p>
      <w:r>
        <w:br/>
        <w:t>До мене ж, друзі! У гурті одному&lt;br /&gt;</w:t>
        <w:br/>
        <w:t>Тягар нести намлегше життьовий.&lt;br /&gt;</w:t>
        <w:br/>
        <w:t>Коли знайдем ми на шляху свойому&lt;br /&gt;</w:t>
        <w:br/>
        <w:t>Пахучий цвіт і овоч золотий,—&lt;br /&gt;</w:t>
        <w:br/>
        <w:t>Вперед ходім, долаючи утому,&lt;br /&gt;</w:t>
        <w:br/>
        <w:t>Благословляймо кожен день новий!&lt;br /&gt;</w:t>
        <w:br/>
        <w:t>Нехай колись по нас заплачуть внуки,—&lt;br /&gt;</w:t>
        <w:br/>
        <w:t>На радість їм єднаймо міцно руки!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Посвята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