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Праведне пануваннє</w:t>
      </w:r>
    </w:p>
    <w:p>
      <w:r>
        <w:br/>
        <w:t xml:space="preserve"> Голубко Музо! Годі сумовати&lt;br /&gt;</w:t>
        <w:br/>
        <w:t>Да плакатись над сліпотою черні,&lt;br /&gt;</w:t>
        <w:br/>
        <w:t>Що золотом вцяцьковує палати —&lt;br /&gt;</w:t>
        <w:br/>
        <w:t>Од світу правди сховища мізерні.</w:t>
      </w:r>
    </w:p>
    <w:p>
      <w:r>
        <w:br/>
        <w:t>Обіймемось та підемо в левади,&lt;br /&gt;</w:t>
        <w:br/>
        <w:t>В поля, в луги, в гаї широкошумні,&lt;br /&gt;</w:t>
        <w:br/>
        <w:t>Чи не розвіємо тяжкої там досади&lt;br /&gt;</w:t>
        <w:br/>
        <w:t>На узурпації, на захвати безумні.</w:t>
      </w:r>
    </w:p>
    <w:p>
      <w:r>
        <w:br/>
        <w:t>Глянь-подивись, який в нас "пишний город",&lt;br /&gt;</w:t>
        <w:br/>
        <w:t>І скільки в нім окраси дорогої!&lt;br /&gt;</w:t>
        <w:br/>
        <w:t>Дихання нашого не труїть смород,&lt;br /&gt;</w:t>
        <w:br/>
        <w:t>І деспот мислі не гніте живої.</w:t>
      </w:r>
    </w:p>
    <w:p>
      <w:r>
        <w:br/>
        <w:t>Піснями тут ми з богом розмовляєм,&lt;br /&gt;</w:t>
        <w:br/>
        <w:t>Вселенна серцю нашому відкрита,&lt;br /&gt;</w:t>
        <w:br/>
        <w:t>І області ми ширші осягаєм,&lt;br /&gt;</w:t>
        <w:br/>
        <w:t>Ніж та бідота, золотом окрита.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Праведне пануваннє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