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Разрытая могила</w:t>
      </w:r>
    </w:p>
    <w:p>
      <w:r>
        <w:br/>
        <w:t xml:space="preserve"> Край мой тихий, мать Украйна,&lt;br /&gt;</w:t>
        <w:br/>
        <w:t>Чей ты искупаешь&lt;br /&gt;</w:t>
        <w:br/>
        <w:t>Грех великий, за кого ты&lt;br /&gt;</w:t>
        <w:br/>
        <w:t>В муках погибаешь?&lt;br /&gt;</w:t>
        <w:br/>
        <w:t>Или ты молитвы ранней&lt;br /&gt;</w:t>
        <w:br/>
        <w:t>Богу не творила?&lt;br /&gt;</w:t>
        <w:br/>
        <w:t>Иль детей своих ты честно&lt;br /&gt;</w:t>
        <w:br/>
        <w:t>Жить не научила?&lt;br /&gt;</w:t>
        <w:br/>
        <w:t>"Я молилась, я трудилась,&lt;br /&gt;</w:t>
        <w:br/>
        <w:t>Я глаз не смыкала,&lt;br /&gt;</w:t>
        <w:br/>
        <w:t>Й Детей своих я в добрых&lt;br /&gt;</w:t>
        <w:br/>
        <w:t>Нравах наставляла.&lt;br /&gt;</w:t>
        <w:br/>
        <w:t>Как цветочки в чистом поле,&lt;br /&gt;</w:t>
        <w:br/>
        <w:t>Вырастали дети,&lt;br /&gt;</w:t>
        <w:br/>
        <w:t>Знала власть я, знала волю&lt;br /&gt;</w:t>
        <w:br/>
        <w:t>На широком свете.&lt;br /&gt;</w:t>
        <w:br/>
        <w:t>О Богдан мой, сын мой милый!&lt;br /&gt;</w:t>
        <w:br/>
        <w:t>Горе мне с тобою,&lt;br /&gt;</w:t>
        <w:br/>
        <w:t>Что ты сделал, неразумный,&lt;br /&gt;</w:t>
        <w:br/>
        <w:t>С матерью родною?&lt;br /&gt;</w:t>
        <w:br/>
        <w:t>Над твоею колыбелью&lt;br /&gt;</w:t>
        <w:br/>
        <w:t>Песни злой неволи&lt;br /&gt;</w:t>
        <w:br/>
        <w:t>Пела я и со слезами&lt;br /&gt;</w:t>
        <w:br/>
        <w:t>Ожидала воли.&lt;br /&gt;</w:t>
        <w:br/>
        <w:t>О Богдан, когда б я знала,&lt;br /&gt;</w:t>
        <w:br/>
        <w:t>Что мне жизнь судила,&lt;br /&gt;</w:t>
        <w:br/>
        <w:t>Я тебя бы в колыбели&lt;br /&gt;</w:t>
        <w:br/>
        <w:t>Насмерть задушила.&lt;br /&gt;</w:t>
        <w:br/>
        <w:t>Овладели чужеземцы&lt;br /&gt;</w:t>
        <w:br/>
        <w:t>Моими степями,&lt;br /&gt;</w:t>
        <w:br/>
        <w:t>Дети мой на чужбине&lt;br /&gt;</w:t>
        <w:br/>
        <w:t>Бродят батраками.&lt;br /&gt;</w:t>
        <w:br/>
        <w:t>Днепр мой, брат мой, высыхает&lt;br /&gt;</w:t>
        <w:br/>
        <w:t>Средь степей унылых,&lt;br /&gt;</w:t>
        <w:br/>
        <w:t>А москаль по степи бродит,&lt;br /&gt;</w:t>
        <w:br/>
        <w:t>Роется в могилах.&lt;br /&gt;</w:t>
        <w:br/>
        <w:t>Не свое он роет, ищет,&lt;br /&gt;</w:t>
        <w:br/>
        <w:t>Могилы тревожит;&lt;br /&gt;</w:t>
        <w:br/>
        <w:t>Но растет уж перевертень...&lt;br /&gt;</w:t>
        <w:br/>
        <w:t>Вырастет, поможет&lt;br /&gt;</w:t>
        <w:br/>
        <w:t>Он хозяйничать в отчизне&lt;br /&gt;</w:t>
        <w:br/>
        <w:t>Чужаку... Спешите&lt;br /&gt;</w:t>
        <w:br/>
        <w:t>Й рубаху вы с матери&lt;br /&gt;</w:t>
        <w:br/>
        <w:t>Худую снимите!&lt;br /&gt;</w:t>
        <w:br/>
        <w:t>Звери, звери, мать родную&lt;br /&gt;</w:t>
        <w:br/>
        <w:t>Терзать помогите!"&lt;br /&gt;</w:t>
        <w:br/>
        <w:t>Вся раскопана, разрыта&lt;br /&gt;</w:t>
        <w:br/>
        <w:t>Старая могила...&lt;br /&gt;</w:t>
        <w:br/>
        <w:t>Что нашли в ней? Что отцами&lt;br /&gt;</w:t>
        <w:br/>
        <w:t>Закопано было?&lt;br /&gt;</w:t>
        <w:br/>
        <w:t>Эх, когда бы отыскать нам...&lt;br /&gt;</w:t>
        <w:br/>
        <w:t>Отыскать нам кладьі, чїо земля сокрыла&lt;br /&gt;</w:t>
        <w:br/>
        <w:t>Не плакали б дети, мать бы не тужила!..</w:t>
      </w:r>
    </w:p>
    <w:p>
      <w:r>
        <w:br/>
        <w:t>9 октября 1843.&lt;br /&gt;</w:t>
        <w:br/>
        <w:t>Березань.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Разрытая могила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