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Редактор Карк</w:t>
      </w:r>
    </w:p>
    <w:p>
      <w:r>
        <w:br/>
        <w:t xml:space="preserve"> &lt;blockquote&gt;&lt;p&gt;І Бєлий, і Блок, і Єсенін, і Клюєв —</w:t>
      </w:r>
    </w:p>
    <w:p>
      <w:r>
        <w:br/>
        <w:t>Росія, Росія, Росія моя.</w:t>
      </w:r>
    </w:p>
    <w:p>
      <w:r>
        <w:br/>
        <w:t>Стоїть сторозтерзаний Київ</w:t>
      </w:r>
    </w:p>
    <w:p>
      <w:r>
        <w:br/>
        <w:t>І двістірозіп'ятий я.</w:t>
      </w:r>
    </w:p>
    <w:p>
      <w:r>
        <w:br/>
        <w:t>П.ТИЧИНА</w:t>
      </w:r>
    </w:p>
    <w:p>
      <w:r>
        <w:br/>
      </w:r>
    </w:p>
    <w:p>
      <w:r>
        <w:t>Связан я узловыми дорогами,</w:t>
      </w:r>
    </w:p>
    <w:p>
      <w:r>
        <w:br/>
        <w:t>На которых повесилась Русь,</w:t>
      </w:r>
    </w:p>
    <w:p>
      <w:r>
        <w:br/>
        <w:t>На которых трактиры с острогами</w:t>
      </w:r>
    </w:p>
    <w:p>
      <w:r>
        <w:br/>
        <w:t>Хоронили народную грусть.</w:t>
      </w:r>
    </w:p>
    <w:p>
      <w:r>
        <w:br/>
        <w:t>В. АЛЕКСАНДРОВСКИЙ</w:t>
      </w:r>
    </w:p>
    <w:p>
      <w:r>
        <w:br/>
        <w:t>І</w:t>
      </w:r>
    </w:p>
    <w:p>
      <w:r>
        <w:br/>
        <w:t>На стола поклав бравнінга й на нього дивився тривожно — редактор Карк. Згадав: холодний ранок — 1905 року чи 1906, тоді гімназистом був; це було вчора: учитель, а потім учень, а потім їх ховали в той ранок, у холодний, і дні йшли сірі, сірі — мабуть, того холодний. Гімназіяльна церква й піп із жіночим обличчям. Повітове місто, болото, гуси, хмари й цвинтар на горі.</w:t>
      </w:r>
    </w:p>
    <w:p>
      <w:r>
        <w:br/>
        <w:t>Кожний бравнінг має свою історію криваву і темну — у нас, на Україні, сьогодні: 3 березня року нашого п'ятого... а взагалі — 1922. Як довго як курс нашого карбованця, як товарний потяг у момент відступу в невідомість — і вогкий день, і на деревах жовті сльози, а біля дерев танок умирання — листя, а біля вокзалу метушаться сім'ї комуністів, а їх не беруть.</w:t>
      </w:r>
    </w:p>
    <w:p>
      <w:r>
        <w:br/>
        <w:t>Дехто не встиг сісти, і їх ловили по селах... Мого товариша жінку зловили, а потім зґвалтували, і вона стала дурненька.</w:t>
      </w:r>
    </w:p>
    <w:p>
      <w:r>
        <w:br/>
        <w:t>Кожний бравнінг має свою історію: темну, як духовне нутро окремої особи...</w:t>
      </w:r>
    </w:p>
    <w:p>
      <w:r>
        <w:br/>
        <w:t>Історія бравнінга така: ліс, дорога, втікачі, вороги, і хати, і дерева, і всім байдуже, вже дихати не можна, горять груди і згорають-згорають... Постріл... Темна історія. У буржуа відбирали бравнінги, і вони плакали, а потім у нас одбирали, і ми не плакали — не іронія! — а може, хто й плакав... Чого одну людину шкода, а до тисячі мертвих байдуже? Почуття колективізму нема — це не з "азбуки комунізму", провірте!</w:t>
      </w:r>
    </w:p>
    <w:p>
      <w:r>
        <w:br/>
        <w:t>Проте це не щоденник — це справжня сучасна новела.</w:t>
      </w:r>
    </w:p>
    <w:p>
      <w:r>
        <w:br/>
        <w:t>Редактор Карк підвівся, ще раз тривожно подивився на бравнінга і вийшов.</w:t>
      </w:r>
    </w:p>
    <w:p>
      <w:r>
        <w:br/>
        <w:t>II</w:t>
      </w:r>
    </w:p>
    <w:p>
      <w:r>
        <w:br/>
        <w:t>Із тихої вулиці пішов на клекіт. Жевріло блакиттю. На північ ішли води — дощ. На заході сонце в зелених усмішках: за міськими левадами вже зеленіло — теж ішло, і мріялось сонцем, за сонцем на Американський материк, тому — там океан, там велично й синьо.</w:t>
      </w:r>
    </w:p>
    <w:p>
      <w:r>
        <w:br/>
        <w:t>Так: телеграфічні дроти узгір'ям і проходили на брудні квартали міста, там вони вище над будинки.</w:t>
      </w:r>
    </w:p>
    <w:p>
      <w:r>
        <w:br/>
        <w:t>Так: після теплої зливи дротом котились краплі, зупинялись, звисали, а котрі налітали — вливались і падали на брук. Жевріло блакиттю.</w:t>
      </w:r>
    </w:p>
    <w:p>
      <w:r>
        <w:br/>
        <w:t>Чудово: смердюче, промислове місто велике, але не величне — забуло слобожанське народження, забуло слобожанські полки, не утворило американської казки: не йшли будинки в хмари — чудово, воно ховає сьогодні в своїх завулках криваві легенди на сотні віків.</w:t>
      </w:r>
    </w:p>
    <w:p>
      <w:r>
        <w:br/>
        <w:t>Зійшов на тротуар. Побігли трамваї з задумливим світлом: на фоні вечорового повітря електричні лампочки тьмяно-рожеві. Не хотілось знати, що трамваї біжать на край міста, що трамваї повертаються, що нема далі трамваїв, що далі важкі дороги й кістки замучених коней. А проте чудові легенди революції теж виростають тут.</w:t>
      </w:r>
    </w:p>
    <w:p>
      <w:r>
        <w:br/>
        <w:t>Наприклад: на цій вулиці, на цім місці — тут тепер міщани проходять, провозять свині з околиці — гурток матросів умирав у нерівній боротьбі з ворогами, умирали на автомобілі, коли барикади посувались на північ — інсургенти йшли на північ, а в проваллі раптово зацвіла Венера.</w:t>
      </w:r>
    </w:p>
    <w:p>
      <w:r>
        <w:br/>
        <w:t>Редактор Карк дивився на вікна: там Чепіга й теж зацвіла. Йшла синя ніч і налягала на будинки, мабуть, заповнювала коридорне повітря — коридори довгі, темні — установ. А в міщанських домах тукали, мабуть, годинники. Тукали, одмірювали простори по культурних, некультурних віках, згадували революції, не знали революцій — народні бунти, селянські повстання, Хмельниччина, Павлюк, Трясило...</w:t>
      </w:r>
    </w:p>
    <w:p>
      <w:r>
        <w:br/>
        <w:t>І дивився Карк на небо: там голуба безодня, там кінчається життя, а степи України теж голубі — асоціація з небом. Думав:</w:t>
      </w:r>
    </w:p>
    <w:p>
      <w:r>
        <w:br/>
        <w:t>— Чого так вабить туди — там же смерть? Може, тому, що голуба?</w:t>
      </w:r>
    </w:p>
    <w:p>
      <w:r>
        <w:br/>
        <w:t>Потім повертав додому. Біля цього магазина — тут тепер державний шоколад продають — одного зимового ранку він зустрів нову владу. Згадав, як шумувала Україна,— хохол упертий чоловік, а може, тут десь проходив Сковорода Григорій Савич, великий український філософ, а тепер, кажуть, могила бур'яном поросла й бджоли не гудуть біля дупла, тільки пчілка іноді пролетить, і шумують революції, повстання на Україні знову.</w:t>
      </w:r>
    </w:p>
    <w:p>
      <w:r>
        <w:br/>
        <w:t>Григорій Савич Сковорода — так російська інтелігенція любить:</w:t>
      </w:r>
    </w:p>
    <w:p>
      <w:r>
        <w:br/>
        <w:t>Григорій Савич, Ніколай Романович, Владимир Ілліч, Тарас Григорович. І єсть у цьому якась північна солодкість, упертість, і калузькі нетри, і Іван Калита,— і московська сила — велика велетенська, фатальна, від варязьких гостей іде. І нема тут вишневих садків — на вишнях у червні проростають зорі — і нема тут лунких дівочих пісень — далеких, край села, а то в заводському посьолку, або коли з сапками йдуть, а навкруги їх зелено, а за ними з цукроварні ледве-ледве манячить у літні, ясні ночі дим.</w:t>
      </w:r>
    </w:p>
    <w:p>
      <w:r>
        <w:br/>
        <w:t>Дим... Подумав, що над Україною завжди був дим, і вся вона задимилась у повстаннях, задимилась у муках, огонь ішов десь у землю, тільки на Дінці спокійно думали й упирались у небо димарі. І був огонь, і теж — велика велетенська сила, фатальна, тільки від варязьких гостей вона не йшла.</w:t>
      </w:r>
    </w:p>
    <w:p>
      <w:r>
        <w:br/>
        <w:t>Коли Карк зійшов на місток, біля ліхтаря його зупинили.</w:t>
      </w:r>
    </w:p>
    <w:p>
      <w:r>
        <w:br/>
        <w:t>— Пачістім!</w:t>
      </w:r>
    </w:p>
    <w:p>
      <w:r>
        <w:br/>
        <w:t>Здивувався: уночі? Подивився на хлопчиська — очі благають. Поставив ногу на підставку, але згадав, що грошей нема. Пішов. І згадав, як багато тепер дітей на вулиці — з щітками, з цигарками, стільки бачив у Яссах чи в Бакеу, в Румунії — там багато кафешантанів, добрі скрипники, а в горах їдять мамалиґу, живуть із свиньми, там же носяться вітри, а збоку Карпатські й Трансільванські гори, снігові верхів'я... Коли в Румунії буде революція?</w:t>
      </w:r>
    </w:p>
    <w:p>
      <w:r>
        <w:br/>
        <w:t>З Лопані дмухнуло вогкістю.</w:t>
      </w:r>
    </w:p>
    <w:p>
      <w:r>
        <w:br/>
        <w:t>Лопань теж має свою історію: на березі багато калу й дохлі коні, а вчителі гімназії і досі ловлять удочками рибу й думають — про минулі дні, коли фунт білого хліба коштував три копійки, а півпляшки — двадцять чотири.</w:t>
      </w:r>
    </w:p>
    <w:p>
      <w:r>
        <w:br/>
        <w:t>Лопань теж має свою історію — вона не знала революції, вона не бачила революції, біля неї проходять червоні крамарі, на ній теж зрідка появляються кайори. Розмова:</w:t>
      </w:r>
    </w:p>
    <w:p>
      <w:r>
        <w:br/>
        <w:t>— Що за світла ніч, а на душі темно: нема простору. Чека. Госпуп. Ех ти, життя прокляте! Другий голос:</w:t>
      </w:r>
    </w:p>
    <w:p>
      <w:r>
        <w:br/>
        <w:t>— Нічого. Сила за нами. Ха! Обиватель. А обиватель — хвиля, дев'ятий вал. Регулятор. Піднявся високо, ану-бо нижче! Не хочете? Себе виніть. Ми теж дещо знаємо. Налетів обиватель — і човен поринув. Обиватель регулятор.</w:t>
      </w:r>
    </w:p>
    <w:p>
      <w:r>
        <w:br/>
        <w:t>З Лопані дмухнуло вогкістю.</w:t>
      </w:r>
    </w:p>
    <w:p>
      <w:r>
        <w:br/>
        <w:t>III</w:t>
      </w:r>
    </w:p>
    <w:p>
      <w:r>
        <w:br/>
        <w:t>Мої любі читачі! — простий і зрозумілий лист.— Я боюсь, що ви мою новелу не дочитаєте до кінця. Ви в лабетах просвітянської літератури. І я поважаю. Та кожному свій час. Творити то є творити. Да. Соловей — от як дерева здалека пухкі, а між дерев біліє, а біля дерева зарясніло — солов'ї не однаково співають, прислухайтесь. Свої Моцарти, Бетховени, чув і Лисенка — солов'я. Переспівувати — не творити, а мавпувати. І читач творець, не тільки я, не тільки ми — письменники. Я шукаю, і ви шукайте. Спершу від новаторів — і я теж — це нічого: від них, щоб далі можна. А твір мій буде цілком художній — треба продумати, треба знати... Ах, зелені мої сни за далеким невимовним. Ах, моя молодість — на фабричних посьолках тебе залишив, заблукалась ти ніччю в шахтарських огнях, на степах запорізьких безмежних.</w:t>
      </w:r>
    </w:p>
    <w:p>
      <w:r>
        <w:br/>
        <w:t>IV</w:t>
      </w:r>
    </w:p>
    <w:p>
      <w:r>
        <w:br/>
        <w:t>Револьвер системи "бравнінг" не виходив із голови. Про бравнінг: Конан-Дойль добре знав звичайного читача: розв'язка і зав'язка, фабула, сюжет та інше. Шерлок Холмс. Не виходив із голови не тим, що його куплено в повстанця з банди Ангела, а тим, що він лежить у столі, а в кімнаті тихо, домовинне, тим, що є "сьогодні" і нема "вчора" — далекого, несподіваного, великого, особливо на фоні "позавчора".</w:t>
      </w:r>
    </w:p>
    <w:p>
      <w:r>
        <w:br/>
        <w:t>Карк зійшов на площу й раптом обернувся: його покликано.</w:t>
      </w:r>
    </w:p>
    <w:p>
      <w:r>
        <w:br/>
        <w:t>— Товаришу!</w:t>
      </w:r>
    </w:p>
    <w:p>
      <w:r>
        <w:br/>
        <w:t>Дивиться: чоловік розкинув руки, немов повітря хапає.</w:t>
      </w:r>
    </w:p>
    <w:p>
      <w:r>
        <w:br/>
        <w:t>І ще раз:</w:t>
      </w:r>
    </w:p>
    <w:p>
      <w:r>
        <w:br/>
        <w:t>— Товаришу!</w:t>
      </w:r>
    </w:p>
    <w:p>
      <w:r>
        <w:br/>
        <w:t>Відкіля цей голос?</w:t>
      </w:r>
    </w:p>
    <w:p>
      <w:r>
        <w:br/>
        <w:t>Так, він знає цей голос, це сімнадцятого року, голос сімнадцятого року, голос молодої, бадьорої, червінкової революції, тривожної радости — може глибокої, може синьої, може це не голос, а сон з оточеного ворогами героїчного Луганська.</w:t>
      </w:r>
    </w:p>
    <w:p>
      <w:r>
        <w:br/>
        <w:t>І що ж: був сліпий, вийшов з лікарні — голодний, і радий, і світлий, як усі після хвороби. Він після тифу. І на нього дмухало бузково, ачей ромашками, як дитині, що перший раз стала на ноги або заговорила.</w:t>
      </w:r>
    </w:p>
    <w:p>
      <w:r>
        <w:br/>
        <w:t>Хотілось обняти сліпого, згадав сентиментальний роман, провів сліпого на тротуар — і тільки.</w:t>
      </w:r>
    </w:p>
    <w:p>
      <w:r>
        <w:br/>
        <w:t>Той пішов.</w:t>
      </w:r>
    </w:p>
    <w:p>
      <w:r>
        <w:br/>
        <w:t>— Товаришу,— і руками повітря ловить. Думав про радість сімнадцятого року. Пішов тривожний: стояли в очах січневі сніги, іржали десь повстанські коні — думав.</w:t>
      </w:r>
    </w:p>
    <w:p>
      <w:r>
        <w:br/>
        <w:t>V</w:t>
      </w:r>
    </w:p>
    <w:p>
      <w:r>
        <w:br/>
        <w:t>Живе редактор Карк близько міського парку, на тім краю, де сонце сходить і блимає в скалках сміття,— там вигін, там собаки, а вночі постріли на сполох — вартові. Між іншим, відповідальности за газету жодної, відповідальний інший.</w:t>
      </w:r>
    </w:p>
    <w:p>
      <w:r>
        <w:br/>
        <w:t>На кватиру прийшов випусковий.</w:t>
      </w:r>
    </w:p>
    <w:p>
      <w:r>
        <w:br/>
        <w:t>— Еntrez!</w:t>
      </w:r>
    </w:p>
    <w:p>
      <w:r>
        <w:br/>
        <w:t>Редактор Карк завжди: еntrez! Випусковий товариш Шкіц і суворий, і булий член ЦК есерів. Був на суді — виправдали, тепер щось знає. Поклав останню коректу до підпису.</w:t>
      </w:r>
    </w:p>
    <w:p>
      <w:r>
        <w:br/>
        <w:t>Редактор Карк:</w:t>
      </w:r>
    </w:p>
    <w:p>
      <w:r>
        <w:br/>
        <w:t>— Сідайте, прошу.</w:t>
      </w:r>
    </w:p>
    <w:p>
      <w:r>
        <w:br/>
        <w:t>Шкіц дивиться на всіх трішки з презирством. І на Карка. Безумовно: одні не знають, що є ЦК, а другі — що він булий. Дивився поверх Каркової голови й стояв: Каркові з ним приємно, а коли згадував — неприємно: від ЦК дмухало чимсь величним, мов генерал-губернаторство. І прийшло чомусь в голову про величність. Хтось скаржився — їхати далеко: триста верстов. Не міг уявити: сьогодні за фунт хліба заплатив сто тисяч карбованців. За маленький шматок. Що ж триста? Мовчав. І Шкіц.</w:t>
      </w:r>
    </w:p>
    <w:p>
      <w:r>
        <w:br/>
        <w:t>Потім Шкіц запохмурнів.</w:t>
      </w:r>
    </w:p>
    <w:p>
      <w:r>
        <w:br/>
        <w:t>— Україна... Да... Проґавили — і пішла від нас. Україна пішла. А все тому, що ми поети, що ми не комерційної вдачі. І ще суворіш:</w:t>
      </w:r>
    </w:p>
    <w:p>
      <w:r>
        <w:br/>
        <w:t>— Ми не політики. Ми поети. Нема в нас і північної жорстокости. Ми романтики.</w:t>
      </w:r>
    </w:p>
    <w:p>
      <w:r>
        <w:br/>
        <w:t>Редактор Карк:</w:t>
      </w:r>
    </w:p>
    <w:p>
      <w:r>
        <w:br/>
        <w:t>— Велику французьку революцію поети робили. Із злістю:</w:t>
      </w:r>
    </w:p>
    <w:p>
      <w:r>
        <w:br/>
        <w:t>— Французи — нація. А ми без міста, в місті ми музлаї, роззявивши рота ходимо, а в установах революція і на селі революція. А втім, ми не французької вдачі, ми до німців скоріш. Може, вам дивно, а я кажу не дивно. Це ж у нас німець картопельку садить. Недарма наші культурники до Німеччини їздять. А німецької комерційності в нас і нема. І в цім наше лихо. Ми і короткозорі... А що наш народ? Був по лісах, а тепер в оселі повертається і плює на нас. Він теж романтик. Наш народ.</w:t>
      </w:r>
    </w:p>
    <w:p>
      <w:r>
        <w:br/>
        <w:t>Редактор Карк слухав, і було боляче й тоскно. Дивився на той стіл, де лежав бравнінг, і було сіро, як у 1905 чи в 1906 році. Було:</w:t>
      </w:r>
    </w:p>
    <w:p>
      <w:r>
        <w:br/>
        <w:t>— Центральна рада. Трудовий конгрес.</w:t>
      </w:r>
    </w:p>
    <w:p>
      <w:r>
        <w:br/>
        <w:t>Випусковий взяв підписану коректу і в'яло промовив:</w:t>
      </w:r>
    </w:p>
    <w:p>
      <w:r>
        <w:br/>
        <w:t>— До збачення.</w:t>
      </w:r>
    </w:p>
    <w:p>
      <w:r>
        <w:br/>
        <w:t>Потім хвилину розглядав біля дверей статуетку — бюст якогось римського полководця. І Карк дивився на статуетку. Він приніс її з редакції: старовиною віяло. В його редакції виходила колись велика газета сімнадцятого року. Розповсюджувалось її по всій Україні... Ну, і від статуетки віяло.</w:t>
      </w:r>
    </w:p>
    <w:p>
      <w:r>
        <w:br/>
        <w:t>Шкіц, зачиняючи двері, сказав:</w:t>
      </w:r>
    </w:p>
    <w:p>
      <w:r>
        <w:br/>
        <w:t>— Римський полководець... Дивно.</w:t>
      </w:r>
    </w:p>
    <w:p>
      <w:r>
        <w:br/>
        <w:t>А за дверима зідхнув.</w:t>
      </w:r>
    </w:p>
    <w:p>
      <w:r>
        <w:br/>
        <w:t>Приходила ще хазяйка і покликала до себе. Із хазяйчиної кімнати видно дорогу й зоологічний сад. Дорога ховається на краю міста, і на ній пасуться по-провінціяльному гуси. Хазяйка підфарбовує щоки, дарма що стара. Унизу її спідниці — шмаття, а все-таки вона лермонтівська пані, з гусарів. У неї квартирує декілька чоловіка. Вона завжди незадоволена з будинкового податку. Говорить:</w:t>
      </w:r>
    </w:p>
    <w:p>
      <w:r>
        <w:br/>
        <w:t>— З мене беруть податок, а я нічим не торгую. А тепер усі торгують. Або можна прожити не торгуючи?</w:t>
      </w:r>
    </w:p>
    <w:p>
      <w:r>
        <w:br/>
        <w:t>І ще каже:</w:t>
      </w:r>
    </w:p>
    <w:p>
      <w:r>
        <w:br/>
        <w:t>— У мене дочка хора, а їй не дають пайки. А тепер усі хорі мають одержувати пайки, бо тепер комунізм.</w:t>
      </w:r>
    </w:p>
    <w:p>
      <w:r>
        <w:br/>
        <w:t>Це вона каже досить щиро. Редактор Карк п'є в неї чай. За чаєм вона оповідає йому, як ховала фарфорові чашки від реквізицій — вони лежали у відомого лікаря внутрішніх хворіб, а в нього реквізицій не було.</w:t>
      </w:r>
    </w:p>
    <w:p>
      <w:r>
        <w:br/>
        <w:t>Потім вона згадувала минуле. Із станції бігли степові гудки, і хазяйка ще говорила:</w:t>
      </w:r>
    </w:p>
    <w:p>
      <w:r>
        <w:br/>
        <w:t>— Колись їздила в Крим... Вілла була. Горняшки були — багато. Під'їдемо фаетоном, а потяг уже шипить. Сядемо — гу! — і поїхали. Так гарно в купе колисає. Їдем, їдем — і так без кінця. На віллу в Крим. Все за тобою біжить, як у кінематографі. А тебе колисає...</w:t>
      </w:r>
    </w:p>
    <w:p>
      <w:r>
        <w:br/>
        <w:t>Думав: все це порожньо, а гарно; спогади за єгипетські сфінкси — для чого? А теж гарно.</w:t>
      </w:r>
    </w:p>
    <w:p>
      <w:r>
        <w:br/>
        <w:t>Потім він підвівся — іти треба. Похитала головою:</w:t>
      </w:r>
    </w:p>
    <w:p>
      <w:r>
        <w:br/>
        <w:t>— Ах, редакторе! Працюєте ви багато. Матвій Самійлович...</w:t>
      </w:r>
    </w:p>
    <w:p>
      <w:r>
        <w:br/>
        <w:t>І замислилась. Матвій Самійлович її чоловік. Розстріляли за контрреволюцію. Це було три роки тому. Висів його портрет над її ліжком, а в рядок — Михайловський. Купила на базарі, казали, що Михайловський теж не з комуністами.</w:t>
      </w:r>
    </w:p>
    <w:p>
      <w:r>
        <w:br/>
        <w:t>Коли Карк проходив вітальнею, біля вікна сиділа Нюся. На качалці: не ходить, ревматизм. Качалка із старими візерунками. Придивишся — щось подібне до візантійських малюнків, а то взагалі по фарбопису якогось минуло століття. Століття — віки. А то нагадує чомусь якогось гетьмана.</w:t>
      </w:r>
    </w:p>
    <w:p>
      <w:r>
        <w:br/>
        <w:t>Нюся покликала. Коли підійшов, подивилась ясно.</w:t>
      </w:r>
    </w:p>
    <w:p>
      <w:r>
        <w:br/>
        <w:t>— Драстуйте! — і подала руку.</w:t>
      </w:r>
    </w:p>
    <w:p>
      <w:r>
        <w:br/>
        <w:t>Рука тепла й м'яка, як його маленька подушка з лебединого пуху, що подарувала мама. Мама вмерла, а подушка нагадувала маму.</w:t>
      </w:r>
    </w:p>
    <w:p>
      <w:r>
        <w:br/>
        <w:t>Налетіла на вікно сіра хмара, і стало волохато. Замріялось. Нюся казала:</w:t>
      </w:r>
    </w:p>
    <w:p>
      <w:r>
        <w:br/>
        <w:t>— Чому це в голові два дні одбиває: губ-трамот! губ-трамот! Чому це слово? Ну, я не знаю. Чому це слово? Навіть уночі тривожить: знаєте — гупає й утрамбовує. І боляче. Навіщо?</w:t>
      </w:r>
    </w:p>
    <w:p>
      <w:r>
        <w:br/>
        <w:t>Вечоріло.</w:t>
      </w:r>
    </w:p>
    <w:p>
      <w:r>
        <w:br/>
        <w:t>Слухав, як десь прокричав півень.</w:t>
      </w:r>
    </w:p>
    <w:p>
      <w:r>
        <w:br/>
        <w:t>Нюся:</w:t>
      </w:r>
    </w:p>
    <w:p>
      <w:r>
        <w:br/>
        <w:t>— А на тім тижні думала про степи. Про махновщину. Довго-довго думала. І думала, що махновщина — то є трагедія інтелігенції Лівобережної України. Як ви гадаєте?</w:t>
      </w:r>
    </w:p>
    <w:p>
      <w:r>
        <w:br/>
        <w:t>Подумав.</w:t>
      </w:r>
    </w:p>
    <w:p>
      <w:r>
        <w:br/>
        <w:t>— Може.</w:t>
      </w:r>
    </w:p>
    <w:p>
      <w:r>
        <w:br/>
        <w:t>Потім сів біля неї, а вона не говорила. Вона говорила краще, як Шкіц: тепло, по-жіночому. І хотілось погладити її руку. За вікном гуділо місто. Десь ще прокричав півень.</w:t>
      </w:r>
    </w:p>
    <w:p>
      <w:r>
        <w:br/>
        <w:t>VI</w:t>
      </w:r>
    </w:p>
    <w:p>
      <w:r>
        <w:br/>
        <w:t>Зауважте, як пишуть молоді українські письменники. Ви їх, мабуть, не знаєте, а їх треба знати, це ще в Шевченка написано. Є повір'я, що наші діди всі грали на сопілках, тим-то й мова така музична. Наші діди були чабани і виганяли товар на вигін по синій росі, а біля підбитого бурею дуба грали на сопілках. А от Рабіндранат Тагор теж народився в нетрях.</w:t>
      </w:r>
    </w:p>
    <w:p>
      <w:r>
        <w:br/>
        <w:t>Так от, зауважте: вони родились в нетрях і заблукалися в нетрях. Це погано. Я виходжу на новий шлях, і мені радісно. Поперед мене горить зоря, як і колись горіла. Я її кладу в своє волосся — і вона горить інакше... Да...</w:t>
      </w:r>
    </w:p>
    <w:p>
      <w:r>
        <w:br/>
        <w:t>VII</w:t>
      </w:r>
    </w:p>
    <w:p>
      <w:r>
        <w:br/>
        <w:t>На подальшім розділі мій читач зупиниться й продумає те, що він прочитав. Ах, як радісно блукати невідомими чебрецевими шляхами.</w:t>
      </w:r>
    </w:p>
    <w:p>
      <w:r>
        <w:br/>
        <w:t>VIII</w:t>
      </w:r>
    </w:p>
    <w:p>
      <w:r>
        <w:br/>
        <w:t>Для живої мислі читачевої.</w:t>
      </w:r>
    </w:p>
    <w:p>
      <w:r>
        <w:br/>
        <w:t>IX</w:t>
      </w:r>
    </w:p>
    <w:p>
      <w:r>
        <w:br/>
        <w:t>Мені хочеться говорити не на тему, і я говорю. Я хочу написати агітаційного листка. Історична справка: великій соціалістичній революції завжди бракувало на талановитих поетів-агітаторів, а халтурили всі, за гонорар. Як мені тяжко писати про халтуру, я дивлюсь у майбутнє, я звертаюсь до нащадків: заплюйте темну тінь моїх сучасників від халтури.</w:t>
      </w:r>
    </w:p>
    <w:p>
      <w:r>
        <w:br/>
        <w:t>Це — риторика утилітарного походження. Ну і що ж. З Карком спільного — нічого, а з новелою — багато, з життям — теж багато.</w:t>
      </w:r>
    </w:p>
    <w:p>
      <w:r>
        <w:br/>
        <w:t>Так от, революція творить новий побут, і треба писати революційний побут. Є ще пролетарська поезія, в українській літературі вона утворює добу, а може, епоху...</w:t>
      </w:r>
    </w:p>
    <w:p>
      <w:r>
        <w:br/>
        <w:t>У мене, як на сеансі на користь голодних, в антрактах — "на користь". Між іншим — читайте оповідання на тему "голод" — це корисно.</w:t>
      </w:r>
    </w:p>
    <w:p>
      <w:r>
        <w:br/>
        <w:t>...Про вічність твору: де тенденція — межа її, де рафінована художність. Я хочу, щоб твір мій був вічний і величний... Пролетарська поезія — не метелик... Яка загальна композиція моєї новели?.. Важко торувати... твердий грунт, реп'яхи... Коли я вийду з літератури минулого?</w:t>
      </w:r>
    </w:p>
    <w:p>
      <w:r>
        <w:br/>
        <w:t>Відчуваєте змагання мого класу! Мій клас — пролетаріат — по крові в бур'янах і на шляхах боротьби за волю, рівність і братерство.</w:t>
      </w:r>
    </w:p>
    <w:p>
      <w:r>
        <w:br/>
        <w:t>Х</w:t>
      </w:r>
    </w:p>
    <w:p>
      <w:r>
        <w:br/>
        <w:t>У редактора Карка очі як у Гаршина, а очі Гаршина писав Рєпін, а Рєпін оголошував себе за українця, і Нюсі здавалось, що в очах Карка — степи. Крім того, вона часто читала Бельше, може, й тому степи.</w:t>
      </w:r>
    </w:p>
    <w:p>
      <w:r>
        <w:br/>
        <w:t>Стояли ясні дні, і йшли ясні дні. За міськими левадами сторожили простори, і було просторо, а на душах темно. І на тих, і на других, і переможці, і переможені — а хто переміг? Це редактор Карк думає. Усі були похмурі, того й театри так повно заповнювала публіка... республіка... ха!..— це редактор Карк думає.</w:t>
      </w:r>
    </w:p>
    <w:p>
      <w:r>
        <w:br/>
        <w:t>На заняття ходив уже пізніш відповідального. Вчора зійшлись у кабінеті.</w:t>
      </w:r>
    </w:p>
    <w:p>
      <w:r>
        <w:br/>
        <w:t>Відповідальний каже:</w:t>
      </w:r>
    </w:p>
    <w:p>
      <w:r>
        <w:br/>
        <w:t>— Читали "Росію в імлі" Уельса? Хай тепер радіє: на вулицях весело — магазини всі одчинено.</w:t>
      </w:r>
    </w:p>
    <w:p>
      <w:r>
        <w:br/>
        <w:t>Занозуватий чоловік — це видно, і нервовий — це теж видно. Йому повсякчас здається, що з нього глузують. Він лає інтелігенцію, але любить, коли йому кажуть:</w:t>
      </w:r>
    </w:p>
    <w:p>
      <w:r>
        <w:br/>
        <w:t>— Та ви ж самі інтелігент!</w:t>
      </w:r>
    </w:p>
    <w:p>
      <w:r>
        <w:br/>
        <w:t>Правда, замахає руками:</w:t>
      </w:r>
    </w:p>
    <w:p>
      <w:r>
        <w:br/>
        <w:t>— Ізбави бог, ізбави бог!</w:t>
      </w:r>
    </w:p>
    <w:p>
      <w:r>
        <w:br/>
        <w:t>Каркові він говорить:</w:t>
      </w:r>
    </w:p>
    <w:p>
      <w:r>
        <w:br/>
        <w:t>— Про присутніх історія замовчує.</w:t>
      </w:r>
    </w:p>
    <w:p>
      <w:r>
        <w:br/>
        <w:t>Карк інтелігент. Карк червоніє. Відповідальний іде.</w:t>
      </w:r>
    </w:p>
    <w:p>
      <w:r>
        <w:br/>
        <w:t>В редакції не по собі. В конторі теж. Контора міститься в одній із кімнат другого поверху.</w:t>
      </w:r>
    </w:p>
    <w:p>
      <w:r>
        <w:br/>
        <w:t>А там, де була контора, губпечать роздає газети.</w:t>
      </w:r>
    </w:p>
    <w:p>
      <w:r>
        <w:br/>
        <w:t>І там нудно. Згадує, яке життя кипіло тут.</w:t>
      </w:r>
    </w:p>
    <w:p>
      <w:r>
        <w:br/>
        <w:t>У конторі сидить машиністка, дочка бувшого власника цієї друкарні... (бувшого... тепер усі бувші і все бувше, і в цім глибінь вечірньої мислі...). Каркові шкода її, і він також ставиться до неї, як і до статуї римського полководця,— з повагою, і йому сумно, коли дивиться на неї. Здається, що вона, як і Нюся, вміє говорити, що і в неї такі м'які руки, як у Нюсі. Проте він до неї ніколи не говорить.</w:t>
      </w:r>
    </w:p>
    <w:p>
      <w:r>
        <w:br/>
        <w:t>Редактор Карк любить сидіти в кімнаті коректорів, а в конторі ні. Тут так тихо, а внизу гуде машина. Голови нахилились над столами. Напруження. Навіть небо працьовито заглядає сюди: світлі-світлі плями на розісланий папір. Думає: і за триста літ така ж напруженість і байдужість до всього, що діється там.</w:t>
      </w:r>
    </w:p>
    <w:p>
      <w:r>
        <w:br/>
        <w:t>...Шумить машина внизу.</w:t>
      </w:r>
    </w:p>
    <w:p>
      <w:r>
        <w:br/>
        <w:t>Пішов знову в кабінет. Йому треба писати передмову. Не хочеться. Але він сідає й пише — треба. Потім згадав про губ-трамот, і в голові почало одбивати:</w:t>
      </w:r>
    </w:p>
    <w:p>
      <w:r>
        <w:br/>
        <w:t>— Губ-трамот!</w:t>
      </w:r>
    </w:p>
    <w:p>
      <w:r>
        <w:br/>
        <w:t>Потім він пішов додому.</w:t>
      </w:r>
    </w:p>
    <w:p>
      <w:r>
        <w:br/>
        <w:t>І завтра він ходив додому, і багато днів ходив додому. Дивився: по верхів'ях парку з паровозобудівельного в задумі заходив десь дим, ішов за димом і думав про дим знову. По дорозі стрічав знайомих. Як от: у чумарці, із стьожкою, він завжди все знає, улесливий, лагідний.</w:t>
      </w:r>
    </w:p>
    <w:p>
      <w:r>
        <w:br/>
        <w:t>Він каже:</w:t>
      </w:r>
    </w:p>
    <w:p>
      <w:r>
        <w:br/>
        <w:t>— Хі! хочете побачити радянський шлюб? Це інтересно. Справжній робітник, з тютюнової фабрики. І його батько робітник.</w:t>
      </w:r>
    </w:p>
    <w:p>
      <w:r>
        <w:br/>
        <w:t>Входять у церкву. Улесливий метушиться, вказує на двох, що біля вівтаря стоять,— шлюб. Запевняє, що це робітник, що батько його робітник. А Карк думає, що улесливий, мабуть, бувший есер, мабуть, бувший есдек.</w:t>
      </w:r>
    </w:p>
    <w:p>
      <w:r>
        <w:br/>
        <w:t>Курить ладан-дим. Церква завжди збирала націю — Кирило-Методіївські братчики, лаври — фортеці. Та от прийшла революція, і закуріло, і не стало церкви, і воскресла церква.</w:t>
      </w:r>
    </w:p>
    <w:p>
      <w:r>
        <w:br/>
        <w:t>— Христос воскрес із мертвих!..</w:t>
      </w:r>
    </w:p>
    <w:p>
      <w:r>
        <w:br/>
        <w:t>Пішов дощ.</w:t>
      </w:r>
    </w:p>
    <w:p>
      <w:r>
        <w:br/>
        <w:t>До великодніх свят було сіро, холодно, першого (паски святили) заясніло, весело, тепло. І другого. Потім знову дощі. Віруючі думали, що це знамення, і Карк сьогодні трішки збентежений: бачив колись комету з хвостом, чогось тепер зелена, біля Оріону... Нащо комета? А земля одірветься-таки від сонця й полетить у провалля. І тоді будуть смішні революції й автокефалії. Буде тільки дим. Дим заповнить повітря, і буде первотвір.</w:t>
      </w:r>
    </w:p>
    <w:p>
      <w:r>
        <w:br/>
        <w:t>— Христос воскрес із мертвих!..</w:t>
      </w:r>
    </w:p>
    <w:p>
      <w:r>
        <w:br/>
        <w:t>У церкві співали мелодії з Леонтовича — кажуть, він загинув химерно однієї зеленої ночі, а це було взимку, а його композиції французькі діти співають, а в нас у церкві, з ладаном. Вийшов із церкви.</w:t>
      </w:r>
    </w:p>
    <w:p>
      <w:r>
        <w:br/>
        <w:t>Виходило світло, виходило темно, і йшла за обрій, щоб більше не повернутися. Шуміли трамваї, часом давили людей, а назавтра об'ява:</w:t>
      </w:r>
    </w:p>
    <w:p>
      <w:r>
        <w:br/>
        <w:t>Комендант міста наказує..</w:t>
      </w:r>
    </w:p>
    <w:p>
      <w:r>
        <w:br/>
        <w:t>Колись Карк бачив, як автомобіль задавив велосипедиста. Летіли обидва.</w:t>
      </w:r>
    </w:p>
    <w:p>
      <w:r>
        <w:br/>
        <w:t>Що думав велосипедист? І уявив: Сиваш, тривожна ніч, море і 10 000. Махновщина по Сивашу на тачанках. Трагедія інтелігенції Лівобережної України...</w:t>
      </w:r>
    </w:p>
    <w:p>
      <w:r>
        <w:br/>
        <w:t>...Нюся. Вона така лагідна, а візерунки нагадують гетьманщину.</w:t>
      </w:r>
    </w:p>
    <w:p>
      <w:r>
        <w:br/>
        <w:t>Було сумно.</w:t>
      </w:r>
    </w:p>
    <w:p>
      <w:r>
        <w:br/>
        <w:t>Вечорами сидів з Нюсею або ходив до відомого українського діяча — з боротьбістів — з рудою борідкою.</w:t>
      </w:r>
    </w:p>
    <w:p>
      <w:r>
        <w:br/>
        <w:t>Слухав його плани за те, як утворити нову партію,— викинути "Р" з РКП, викинути "У" з КП (б) У, утворити єдину КП. Це фантазія, це романтика.</w:t>
      </w:r>
    </w:p>
    <w:p>
      <w:r>
        <w:br/>
        <w:t>Український діяч ще видавав поганенького журнала й не міг його видавати — самоокупаємість сувора, а в нім не було німецького Духу.</w:t>
      </w:r>
    </w:p>
    <w:p>
      <w:r>
        <w:br/>
        <w:t>І була лагідність і скорбота в сірих очах, і було м'яке тіло.</w:t>
      </w:r>
    </w:p>
    <w:p>
      <w:r>
        <w:br/>
        <w:t>Фантазії розцвітали під блакитним небом.</w:t>
      </w:r>
    </w:p>
    <w:p>
      <w:r>
        <w:br/>
        <w:t>Блакитне небо проточувалось на всі вулиці великого промислового міста.</w:t>
      </w:r>
    </w:p>
    <w:p>
      <w:r>
        <w:br/>
        <w:t>XI</w:t>
      </w:r>
    </w:p>
    <w:p>
      <w:r>
        <w:br/>
        <w:t>Зазеленіли міські садки. Виходили няньки й діти, і тут же бліді обличчя з вокзалу — невідомі, невідомо, в невідомість. І хотілось кохати і не хотілось кохати.</w:t>
      </w:r>
    </w:p>
    <w:p>
      <w:r>
        <w:br/>
        <w:t>Редактор Карк виходив у зоологічний сад і прислухався до неясного шуму, що туманів між дерев.</w:t>
      </w:r>
    </w:p>
    <w:p>
      <w:r>
        <w:br/>
        <w:t>Тягнуло кудись, а на серці наростало слизьке, наростала злість на всіх. У редакції він не хотів стрічатись. Не говорив із відповідальним. Про що говорити?</w:t>
      </w:r>
    </w:p>
    <w:p>
      <w:r>
        <w:br/>
        <w:t>Була й на нього злість. Росла. Торік думав: раrvеnu, а відповідальний ріс, і була вже злість. Образливо було за себе, за руду борідку, за тисячі розкиданих по Україні невідомих і близьких. А відповідальний ріс, знову лаяв інтелігенцію, і хотілось плюнути йому межи очі за його неправду, за його лицемір'я. Годинами стояв біля букініста, а недалеко бандурист набринькував про славу України.</w:t>
      </w:r>
    </w:p>
    <w:p>
      <w:r>
        <w:br/>
        <w:t>Пішов до Нюсі. Нюся розказувала про козаччину, про боротьбу українського народу за своє визволення.</w:t>
      </w:r>
    </w:p>
    <w:p>
      <w:r>
        <w:br/>
        <w:t>Тоді він говорив — суворий, ніби з борами говорив:</w:t>
      </w:r>
    </w:p>
    <w:p>
      <w:r>
        <w:br/>
        <w:t>— Ні, Нюсю, я так не можу. Мені важко. Мене оточують люди, а хто вони? Про ймення замовчують. Я не можу жити, не можу творити. У нас жах — одні продаються, одні вискакують — темні, невідомі, раrvеnu. Бувші соціал-демократи метрополії беруть. Соціал-демократи!.. Розумієте — в митрах соціал-демократи. Це — жах. Я не можу. Це — жах.</w:t>
      </w:r>
    </w:p>
    <w:p>
      <w:r>
        <w:br/>
        <w:t>Нюся втішала, він заспокоювався, і вона знову говорила про козаччину, про Хмельниччину.</w:t>
      </w:r>
    </w:p>
    <w:p>
      <w:r>
        <w:br/>
        <w:t>Редактор Карк:</w:t>
      </w:r>
    </w:p>
    <w:p>
      <w:r>
        <w:br/>
        <w:t>— Мені сняться зелені сни — навкруги простори, а на мене лізуть гадюки. Я їх б'ю, а вони лізуть. Я не символіст, а вони на мене лізуть.</w:t>
      </w:r>
    </w:p>
    <w:p>
      <w:r>
        <w:br/>
        <w:t>Нюся:</w:t>
      </w:r>
    </w:p>
    <w:p>
      <w:r>
        <w:br/>
        <w:t>— Покладіть на мої коліна голову.</w:t>
      </w:r>
    </w:p>
    <w:p>
      <w:r>
        <w:br/>
        <w:t>Він клав, і вона пестила йому м'яке волосся.</w:t>
      </w:r>
    </w:p>
    <w:p>
      <w:r>
        <w:br/>
        <w:t>Вона усміхалась:</w:t>
      </w:r>
    </w:p>
    <w:p>
      <w:r>
        <w:br/>
        <w:t>— Губ-трамот! Губ-трамот!</w:t>
      </w:r>
    </w:p>
    <w:p>
      <w:r>
        <w:br/>
        <w:t>І він усміхався хоро:</w:t>
      </w:r>
    </w:p>
    <w:p>
      <w:r>
        <w:br/>
        <w:t>— Губ-трамот! Губ-трамот!</w:t>
      </w:r>
    </w:p>
    <w:p>
      <w:r>
        <w:br/>
        <w:t>А потім він знову думав про бравнінг, і було тоскно, бо хотілось жити, руда борідка теж хоче жити — одірваний від життя із своїм журналом радянський автомат.</w:t>
      </w:r>
    </w:p>
    <w:p>
      <w:r>
        <w:br/>
        <w:t>І було його шкода. А от варязька сила — велика, велетенська, напирає, ще напирає. І мовить руда борідка з сумом:</w:t>
      </w:r>
    </w:p>
    <w:p>
      <w:r>
        <w:br/>
        <w:t>— Не придавіть зовсім!</w:t>
      </w:r>
    </w:p>
    <w:p>
      <w:r>
        <w:br/>
        <w:t>...Підхопився. Хотілось вилаятись, кріпко, цинічно, матюком. У голову лізли соціал-демократи в митрах... Простогнав:</w:t>
      </w:r>
    </w:p>
    <w:p>
      <w:r>
        <w:br/>
        <w:t>— Нюсю!</w:t>
      </w:r>
    </w:p>
    <w:p>
      <w:r>
        <w:br/>
        <w:t>Вона одкинула руку, подивилась на його обличчя — воно було мертве. Сказала схвильовано:</w:t>
      </w:r>
    </w:p>
    <w:p>
      <w:r>
        <w:br/>
        <w:t>— Ідіть випийте води!</w:t>
      </w:r>
    </w:p>
    <w:p>
      <w:r>
        <w:br/>
        <w:t>Редактор Карк підвівся і, як хорий, пішов до дверей.</w:t>
      </w:r>
    </w:p>
    <w:p>
      <w:r>
        <w:br/>
        <w:t>XII</w:t>
      </w:r>
    </w:p>
    <w:p>
      <w:r>
        <w:br/>
        <w:t>Вогкий грунт притягує: вогкість на сонці. Майже щодня ходив у ярок і вбивав у легені вогкість. З ярка чути було далекий шум, у ярках блукало сонце. Знаєте, сонце вміє жити: ранком воно веселе, вдень — працьовите, увечері — задумливе, коли за обрій відходить, а біля нього купчаться хмари, обгортають сонце; воно задумливе, як мудрець.</w:t>
      </w:r>
    </w:p>
    <w:p>
      <w:r>
        <w:br/>
        <w:t>Удень бачив, як гурток дівчат біля акацій із сапками. Смішні в шумнім місті: у них такі ноги бронзові й м'язкі. Знаєте: грунт, рілля — пухко; тільки що важко пройшов плуг, а недалеко панський маєток, а десь збираються води, і зелина буйно б'ється вгору. Знаєте: майбутнє не в обмашиненні життя, а в притягненні природи до машини. Ах, як природа дивиться на машину! Знаєте: колись я вийшов із цеху на повітря після нічної зміни. Цокотіли молотки, гуділи машини — і все задумливо. А вгорі одне небо з зорями — і тільки. За заводським парканом тиша — ніч. Тоді в голові мудро, тоді в серці мудро, тоді я цар життя, і моя голова підпирає темно-синю височінь.</w:t>
      </w:r>
    </w:p>
    <w:p>
      <w:r>
        <w:br/>
        <w:t>Редактор Карк заговорив до дівчат:</w:t>
      </w:r>
    </w:p>
    <w:p>
      <w:r>
        <w:br/>
        <w:t>— Відкіля ви?</w:t>
      </w:r>
    </w:p>
    <w:p>
      <w:r>
        <w:br/>
        <w:t>— Хі! хі! хі!</w:t>
      </w:r>
    </w:p>
    <w:p>
      <w:r>
        <w:br/>
        <w:t>Але одна сміливо сказала:</w:t>
      </w:r>
    </w:p>
    <w:p>
      <w:r>
        <w:br/>
        <w:t>— Що тобі, паничу? Подивись на себе: тобі жити два дні. Хіба тобі до дівчат? Здригнув.</w:t>
      </w:r>
    </w:p>
    <w:p>
      <w:r>
        <w:br/>
        <w:t>— Відкіля це ти знаєш?</w:t>
      </w:r>
    </w:p>
    <w:p>
      <w:r>
        <w:br/>
        <w:t>— Знаю! Тепер усе пішло на комунію. Всі знаємо. І заспівала:</w:t>
      </w:r>
    </w:p>
    <w:p>
      <w:r>
        <w:br/>
        <w:t>Ципльонок жареной,</w:t>
      </w:r>
    </w:p>
    <w:p>
      <w:r>
        <w:br/>
        <w:t>ципльонок вареной,</w:t>
      </w:r>
    </w:p>
    <w:p>
      <w:r>
        <w:br/>
        <w:t>Ципльонок тоже хочіть жить.</w:t>
      </w:r>
    </w:p>
    <w:p>
      <w:r>
        <w:br/>
        <w:t>Я не совецькой, я не кадецькой,</w:t>
      </w:r>
    </w:p>
    <w:p>
      <w:r>
        <w:br/>
        <w:t>А я народной комісар.</w:t>
      </w:r>
    </w:p>
    <w:p>
      <w:r>
        <w:br/>
        <w:t>І говорила:</w:t>
      </w:r>
    </w:p>
    <w:p>
      <w:r>
        <w:br/>
        <w:t>— Бач, і той лізе в комісари — ципльонок.</w:t>
      </w:r>
    </w:p>
    <w:p>
      <w:r>
        <w:br/>
        <w:t>— Да...— сказав і одійшов. Думав...</w:t>
      </w:r>
    </w:p>
    <w:p>
      <w:r>
        <w:br/>
        <w:t>...Увечері бачив Шкіца. Дивно: почав одягатися краще, навіть надто. І комуністи одягаються краще, може, й не всі — неп.</w:t>
      </w:r>
    </w:p>
    <w:p>
      <w:r>
        <w:br/>
        <w:t>Шкіц організовує трест і вже не говорить про Україну, тільки іноді мало.</w:t>
      </w:r>
    </w:p>
    <w:p>
      <w:r>
        <w:br/>
        <w:t>Але він каже:</w:t>
      </w:r>
    </w:p>
    <w:p>
      <w:r>
        <w:br/>
        <w:t>— Практика — річ велика. Це життьова пошлість, але й життьова мудрість. Треба жити. Так після пожежі: стоїш на руїнах — важко, бо смердить трішки й нагадує... та треба жити.</w:t>
      </w:r>
    </w:p>
    <w:p>
      <w:r>
        <w:br/>
        <w:t>Карк нервово кинув:</w:t>
      </w:r>
    </w:p>
    <w:p>
      <w:r>
        <w:br/>
        <w:t>— Після пожежі не смердить! Шкіц уперто заявив:</w:t>
      </w:r>
    </w:p>
    <w:p>
      <w:r>
        <w:br/>
        <w:t>— Після пожежі маленький дим і... смердить.</w:t>
      </w:r>
    </w:p>
    <w:p>
      <w:r>
        <w:br/>
        <w:t>І розійшлись.</w:t>
      </w:r>
    </w:p>
    <w:p>
      <w:r>
        <w:br/>
        <w:t>Знову наростала злість. І на Шкіца. Був самотній, сунула непереможна стихія: степова пожежа... А потім буде дим. Крізь дим вирисовується дірка на чолі...</w:t>
      </w:r>
    </w:p>
    <w:p>
      <w:r>
        <w:br/>
        <w:t>...Цілу ніч горів степ, бігли отари товару, ревли, і душно було в повітрі...</w:t>
      </w:r>
    </w:p>
    <w:p>
      <w:r>
        <w:br/>
        <w:t>Так снилося.</w:t>
      </w:r>
    </w:p>
    <w:p>
      <w:r>
        <w:br/>
        <w:t>XIII</w:t>
      </w:r>
    </w:p>
    <w:p>
      <w:r>
        <w:br/>
        <w:t>Справа посувається до розв'язки. Як ви гадаєте, чим закінчиться новела? Американці не читають творів із нещасним кінцем, слов'яни навпаки — така вдача в тих і других. Я буду щиро казати: я сам не знаю, чим закінчиться вона.</w:t>
      </w:r>
    </w:p>
    <w:p>
      <w:r>
        <w:br/>
        <w:t>Проте над новелою я працював чимало. Я нарочито не знаю, чим вона закінчиться.</w:t>
      </w:r>
    </w:p>
    <w:p>
      <w:r>
        <w:br/>
        <w:t>Я не хочу бути зв'язаним. Я хочу творити по-новому. Все-таки новелу мою дочитайте — інтересно, до чого я прийду?</w:t>
      </w:r>
    </w:p>
    <w:p>
      <w:r>
        <w:br/>
        <w:t>XIV</w:t>
      </w:r>
    </w:p>
    <w:p>
      <w:r>
        <w:br/>
        <w:t>Уривок із мого щоденника. Міркую про сучасну українську белетристику. Думаю так: іде доба романтизму. Хто цього не розуміє, багато втратить. Реалізм прийде, коли з робфаків вийдуть тисячі, натуралізм — коли конче запаскудимо життя.</w:t>
      </w:r>
    </w:p>
    <w:p>
      <w:r>
        <w:br/>
        <w:t>XV</w:t>
      </w:r>
    </w:p>
    <w:p>
      <w:r>
        <w:br/>
        <w:t>В новелі два головні типи: Карк і Шкіц. Я хотів, щоб Нюся покохала Карка, а Шкіц Нюсю. Вони не покохали, і не треба. Проте не можна в кожній новелі про кохання — як ви гадаєте?</w:t>
      </w:r>
    </w:p>
    <w:p>
      <w:r>
        <w:br/>
        <w:t>XVI</w:t>
      </w:r>
    </w:p>
    <w:p>
      <w:r>
        <w:br/>
        <w:t>Навіщо стільки розділів?</w:t>
      </w:r>
    </w:p>
    <w:p>
      <w:r>
        <w:br/>
        <w:t>Така психологія творчого інтелекту: дати якомога більш навіть тоді, коли не можна.</w:t>
      </w:r>
    </w:p>
    <w:p>
      <w:r>
        <w:br/>
        <w:t>XVII</w:t>
      </w:r>
    </w:p>
    <w:p>
      <w:r>
        <w:br/>
        <w:t>Ранком заявив відповідальному, щоб підшукав йому заступника.</w:t>
      </w:r>
    </w:p>
    <w:p>
      <w:r>
        <w:br/>
        <w:t>Спокійно:</w:t>
      </w:r>
    </w:p>
    <w:p>
      <w:r>
        <w:br/>
        <w:t>— Добре.</w:t>
      </w:r>
    </w:p>
    <w:p>
      <w:r>
        <w:br/>
        <w:t>Чуття казало:</w:t>
      </w:r>
    </w:p>
    <w:p>
      <w:r>
        <w:br/>
        <w:t>— Тепер багато знайдеться.</w:t>
      </w:r>
    </w:p>
    <w:p>
      <w:r>
        <w:br/>
        <w:t>Стрічав руду борідку — це не відповідальний. Хазяйка стала суворіша. Шкіц у тресті заправило. Каже:</w:t>
      </w:r>
    </w:p>
    <w:p>
      <w:r>
        <w:br/>
        <w:t>— Практика — велика річ, хоч і життьова пошлість.</w:t>
      </w:r>
    </w:p>
    <w:p>
      <w:r>
        <w:br/>
        <w:t>Тільки Нюся. А хазяйка стала ще нахабніша.</w:t>
      </w:r>
    </w:p>
    <w:p>
      <w:r>
        <w:br/>
        <w:t>Не знав, що буде далі, і не цікавився. Без посади? Добре. Далі. Однаковісінько.</w:t>
      </w:r>
    </w:p>
    <w:p>
      <w:r>
        <w:br/>
        <w:t>Ішов міський вечір: фаркали ліхтарі, шумувало на тротуарах, а брук — тихше.</w:t>
      </w:r>
    </w:p>
    <w:p>
      <w:r>
        <w:br/>
        <w:t>Сидів проти Нюсі. Нюся не говорила про Хмельниччину — дивно.</w:t>
      </w:r>
    </w:p>
    <w:p>
      <w:r>
        <w:br/>
        <w:t>З вікна видно третину міста — з другого поверху. Місто загадкове, надмірне. Уносить ген-ген: чогось згадуються лицарські часи в Німеччині, потім бараки з тифозними — тифозні залишились, а вороги прийшли. Тифозні в гарячці, а палати сумні. І думають палати велику народну думу: де правда?</w:t>
      </w:r>
    </w:p>
    <w:p>
      <w:r>
        <w:br/>
        <w:t>...Ішов міський вечір, фаркали люкси, шумувало на тротуарах, а брук — тихше...</w:t>
      </w:r>
    </w:p>
    <w:p>
      <w:r>
        <w:br/>
        <w:t>— А я вам хочу ще сказати.</w:t>
      </w:r>
    </w:p>
    <w:p>
      <w:r>
        <w:br/>
        <w:t>Це Нюся.</w:t>
      </w:r>
    </w:p>
    <w:p>
      <w:r>
        <w:br/>
        <w:t>Карк:</w:t>
      </w:r>
    </w:p>
    <w:p>
      <w:r>
        <w:br/>
        <w:t>— Говоріть.</w:t>
      </w:r>
    </w:p>
    <w:p>
      <w:r>
        <w:br/>
        <w:t>— Не думаєте ви, що на Волині й сьогодні ліс шумить? Я гадаю, що шумить. Я в цей момент на Волині.</w:t>
      </w:r>
    </w:p>
    <w:p>
      <w:r>
        <w:br/>
        <w:t>...Як і завжди в тиху погоду, струмками відходив за обрій дим — над вечором, над містом.</w:t>
      </w:r>
    </w:p>
    <w:p>
      <w:r>
        <w:br/>
        <w:t>Редактор Карк:</w:t>
      </w:r>
    </w:p>
    <w:p>
      <w:r>
        <w:br/>
        <w:t>— А я от: Запоріжжя, Хортиця. Навіщо було бунтувати? Я щоденно читаю голодні інформації з Запоріжжя. І я згадую тільки, що це була житниця.</w:t>
      </w:r>
    </w:p>
    <w:p>
      <w:r>
        <w:br/>
        <w:t>На столі стояли фарфорові чашки. Це ті, що лікар ховав.</w:t>
      </w:r>
    </w:p>
    <w:p>
      <w:r>
        <w:br/>
        <w:t>Карк згадав: український мужик ніколи не бачив фарфорових чашок, а потім він пішов у повстанці — і бачив чашки. Але він не пив з тих чашок — йому ніколи. Український мужик і на заводі — він усюди український. Буває він пролетар — таких багато. Він більшовик і вміє умирати.</w:t>
      </w:r>
    </w:p>
    <w:p>
      <w:r>
        <w:br/>
        <w:t>Це було в листопаді. Український мужик біг обідраний і темний, з гарячими очима, з порожніми руками на багнети — чимало їх бігло. Вони уміли умирати. Тоді вітер носився з листям. Було й так: приїздили до нього, ставили його до стінки розстрілювати. А він казав:</w:t>
      </w:r>
    </w:p>
    <w:p>
      <w:r>
        <w:br/>
        <w:t>— Простіть, господа... чи то пак, як вас...</w:t>
      </w:r>
    </w:p>
    <w:p>
      <w:r>
        <w:br/>
        <w:t>Було ще й у ярках — ярки багато знають...</w:t>
      </w:r>
    </w:p>
    <w:p>
      <w:r>
        <w:br/>
        <w:t>Я: на те революція, на те боротьба.</w:t>
      </w:r>
    </w:p>
    <w:p>
      <w:r>
        <w:br/>
        <w:t>Він, редактор Карк:</w:t>
      </w:r>
    </w:p>
    <w:p>
      <w:r>
        <w:br/>
        <w:t>— А все-таки вклоняюсь тобі, мій героїчний народе! Твоєю кров'ю ми окропили три чверти пройденої нами путі до соціалізму. Почалося з волинців та ізмаїльців у Петрограді; продовжується в посьолках Донеччини, в шахтах і на тихих чебрецевих ланах.</w:t>
      </w:r>
    </w:p>
    <w:p>
      <w:r>
        <w:br/>
        <w:t>Так от. Карк казав:</w:t>
      </w:r>
    </w:p>
    <w:p>
      <w:r>
        <w:br/>
        <w:t>— Невже я зайвий чоловік тому, що люблю безумно Україну?</w:t>
      </w:r>
    </w:p>
    <w:p>
      <w:r>
        <w:br/>
        <w:t>Нюся підвела очі, подивилась на Карка й узяла його руку. Вона сказала:</w:t>
      </w:r>
    </w:p>
    <w:p>
      <w:r>
        <w:br/>
        <w:t>— Я так її, я так люблю мою Україну убогу, що прокляну Святого Бога, за неї душу погублю.</w:t>
      </w:r>
    </w:p>
    <w:p>
      <w:r>
        <w:br/>
        <w:t>...Було тихо. Вулицею пролетіла прольотка. Карк схилив голову: — Нас не зрозуміють: як погубити?</w:t>
      </w:r>
    </w:p>
    <w:p>
      <w:r>
        <w:br/>
        <w:t>...Було тихо.</w:t>
      </w:r>
    </w:p>
    <w:p>
      <w:r>
        <w:br/>
        <w:t>Нюся заговорила ледве чутно:</w:t>
      </w:r>
    </w:p>
    <w:p>
      <w:r>
        <w:br/>
        <w:t>— Моя мама рада, що нема вибухів, а я не рада. Свідомістю моєї мами життя керує, а моєю ні. Чого це? Я вночі прокидаюсь і прислухаюсь, і мені здається, що я в оселях і там громи. Потім гайдамаччина, махновські рейди, тачанки, а над ними я горлицею. Як мені хочеться бути горлицею! У нас у маєтку був байрак, і там реп'яхи. Коли підходила до них, відтіля пурхали горлиці й летіли до лісу. Потім до нас прийшли селяни, лаяли нас, і ми поїхали в місто.</w:t>
      </w:r>
    </w:p>
    <w:p>
      <w:r>
        <w:br/>
        <w:t>Карк підвівся й нервово заходив по кімнаті. Пішов до вікна. Вбирав у груди свіже повітря. На першому поверсі грали на піаніно щось стародавнє, далеке. Було в голові: чия музика? Верді? Стукало в голову:</w:t>
      </w:r>
    </w:p>
    <w:p>
      <w:r>
        <w:br/>
        <w:t>— Ала-верди! Ала-верди!</w:t>
      </w:r>
    </w:p>
    <w:p>
      <w:r>
        <w:br/>
        <w:t>І ще:</w:t>
      </w:r>
    </w:p>
    <w:p>
      <w:r>
        <w:br/>
        <w:t>— Губ-трамот! Ала-верди!</w:t>
      </w:r>
    </w:p>
    <w:p>
      <w:r>
        <w:br/>
        <w:t>Нюся покликала:</w:t>
      </w:r>
    </w:p>
    <w:p>
      <w:r>
        <w:br/>
        <w:t>— Вам боляче? Скажіть правду!</w:t>
      </w:r>
    </w:p>
    <w:p>
      <w:r>
        <w:br/>
        <w:t>Він:</w:t>
      </w:r>
    </w:p>
    <w:p>
      <w:r>
        <w:br/>
        <w:t>— Не знаю, я дивлюся вгору — там синьо і нічого не видно, а я щось знаю. Його ніхто не бачить, а я почуваю. Налетить вітер, розвіє його — я про дим — і нічого не буде. Загориться будинок, і довго на всю вулицю йде дух. Тоді буває тоскно.</w:t>
      </w:r>
    </w:p>
    <w:p>
      <w:r>
        <w:br/>
        <w:t>Нюся:</w:t>
      </w:r>
    </w:p>
    <w:p>
      <w:r>
        <w:br/>
        <w:t>— Все так, все дим! Я бачила вчора книжечку, червона, для молоді, про козаччину. Малюнки там. Один малюнок: козаки на морі — величний малюнок. Над ними буревісники, над ними в хмарах сховано блукають бурі. Під ними морська безодня. Це символ безумства хоробрих. І от під малюнком напис: "Козаки випливають грабувати турецькі міста". І текст відповідний... Може, й козаччина через сто літ буде дим...</w:t>
      </w:r>
    </w:p>
    <w:p>
      <w:r>
        <w:br/>
        <w:t>Карк зблід і схопився з канапи. Але не повірив тому, що хотілось. І було тоскно.</w:t>
      </w:r>
    </w:p>
    <w:p>
      <w:r>
        <w:br/>
        <w:t>Карк пішов у свою кімнату, сів біля столу, в якому був бравнінг.</w:t>
      </w:r>
    </w:p>
    <w:p>
      <w:r>
        <w:br/>
        <w:t>Так просидів до трьох годин ночі.</w:t>
      </w:r>
    </w:p>
    <w:p>
      <w:r>
        <w:br/>
        <w:t>...Близько вікна пролетіла пташина, гасли зорі. На міській башті загорівся циферблат.</w:t>
      </w:r>
    </w:p>
    <w:p>
      <w:r>
        <w:br/>
        <w:t>XVIII</w:t>
      </w:r>
    </w:p>
    <w:p>
      <w:r>
        <w:br/>
        <w:t>Новелу скінчено... Що? Так, скінчено...</w:t>
      </w:r>
    </w:p>
    <w:p>
      <w:r>
        <w:br/>
        <w:t>...Велике промислове місто, велике, але не величне: забуло слобожанське народження, забуло слобожанські полки...</w:t>
      </w:r>
    </w:p>
    <w:p>
      <w:r>
        <w:br/>
        <w:t>...А проте чудові легенди революції теж виростають тут.</w:t>
      </w:r>
    </w:p>
    <w:p>
      <w:r>
        <w:br/>
        <w:t>Нарешті коментарій і дієві особи:</w:t>
      </w:r>
    </w:p>
    <w:p>
      <w:r>
        <w:br/>
        <w:t>1. Автор.</w:t>
      </w:r>
    </w:p>
    <w:p>
      <w:r>
        <w:br/>
        <w:t>2. Читач.</w:t>
      </w:r>
    </w:p>
    <w:p>
      <w:r>
        <w:br/>
        <w:t>Читач. Послухай, шановний авторе, де ж твоє авторське обличчя?</w:t>
      </w:r>
    </w:p>
    <w:p>
      <w:r>
        <w:br/>
        <w:t>Автор. Любий мій читачу, це ж Карків щоденник (для того: розкрити природу типа), і тільки зрідка проривався я.</w:t>
      </w:r>
    </w:p>
    <w:p>
      <w:r>
        <w:br/>
        <w:t>Читач. Ну, а хто ж ти, шановний авторе?</w:t>
      </w:r>
    </w:p>
    <w:p>
      <w:r>
        <w:br/>
        <w:t>Автор. Милий мій читачу, редактор Карк думає, що я — раrvenu.</w:t>
      </w:r>
    </w:p>
    <w:p>
      <w:r>
        <w:br/>
        <w:t>Читач став біля вікна і замислився.</w:t>
      </w:r>
    </w:p>
    <w:p>
      <w:r>
        <w:br/>
        <w:t>Автор. По-мойому, я виконав своє завдання. Га?</w:t>
      </w:r>
    </w:p>
    <w:p>
      <w:r>
        <w:br/>
        <w:t>Читач мовчав.</w:t>
      </w:r>
    </w:p>
    <w:p>
      <w:r>
        <w:br/>
        <w:t>У кімнату влетів запашний вітер.</w:t>
      </w:r>
    </w:p>
    <w:p>
      <w:r>
        <w:br/>
        <w:t>У далекій кузні співали молотки.</w:t>
      </w:r>
    </w:p>
    <w:p>
      <w:r>
        <w:br/>
        <w:t>За вікном стояв город у вечоровій задумі.</w:t>
      </w:r>
    </w:p>
    <w:p>
      <w:r>
        <w:br/>
        <w:t>А на горизонті відходило шосе в степову бур'янову безвість.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Карк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