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Реготуни</w:t>
      </w:r>
    </w:p>
    <w:p>
      <w:r>
        <w:br/>
        <w:t xml:space="preserve"> &lt;p&gt;Вступ</w:t>
      </w:r>
    </w:p>
    <w:p>
      <w:r>
        <w:br/>
        <w:t>Дуже хочеться романа написати. Давай спробуємо.</w:t>
      </w:r>
    </w:p>
    <w:p>
      <w:r>
        <w:br/>
        <w:t>І</w:t>
      </w:r>
    </w:p>
    <w:p>
      <w:r>
        <w:br/>
        <w:t>Чудового червневого ранку на одній із затишних улиць тихого приморського міста, улиць, залитих п'янкими пахощами квітучої білої акації, біля брами невеличкого білого будинку, стояв у задумливій позі середніх літ мужчина і пильно дивився вдалечінь.</w:t>
      </w:r>
    </w:p>
    <w:p>
      <w:r>
        <w:br/>
        <w:t>Чоловіче лице його мало правильні риси і не палахкотіло ніякою енергією, рудувате волосся його не могло спадати на його високе, круте чоло, бо волосся його було і рудувате і рідкувате. Прямий, нещодавно висяканий, його ніс нікого не вражав своїми ніздрями, бо ніздрів було тільки дві, і то були звичайні собі ніздрі, що і не роздувались, і не западали.</w:t>
      </w:r>
    </w:p>
    <w:p>
      <w:r>
        <w:br/>
        <w:t>Тільки губи його, не зовсім товсті, і не так щоб уже дуже й тонкі, вражали кожного, хто кидав погляд на нашого героя, бо одна губа була верхня, а друга губа була нижня.</w:t>
      </w:r>
    </w:p>
    <w:p>
      <w:r>
        <w:br/>
        <w:t>Біля нього стояла чарівна дівчинка, років семивосьми, чудесне білокучеряве дитя, голубооке й ніжне. Такими бувають ангели, доки вони не злітають на землю в район атлантичної хартії.</w:t>
      </w:r>
    </w:p>
    <w:p>
      <w:r>
        <w:br/>
        <w:t>Дівчинка повними любові очима дивилася на мужчину й ніби запитливо чогось чекала.</w:t>
      </w:r>
    </w:p>
    <w:p>
      <w:r>
        <w:br/>
        <w:t>Нарешті вона сказала:</w:t>
      </w:r>
    </w:p>
    <w:p>
      <w:r>
        <w:br/>
        <w:t>— Тат! Чи скоро вже? Мем так хвилюється! Мужчина погладив чарівну дівчинку по білокучерявій її голівці, і відповів з такою глибокою ніжністю, що зразу було видно, що за цю чарівну дівчинку він ні одного пенса аліментів не платив.</w:t>
      </w:r>
    </w:p>
    <w:p>
      <w:r>
        <w:br/>
        <w:t>— Дитя моє! — промовив він. — Скажи нашій любій Мем, що як тільки кеб під'їде, ми зараз же виїдемо! Проси нашу дорогу Мем не хвилюватися й не крутити мені шариків!</w:t>
      </w:r>
    </w:p>
    <w:p>
      <w:r>
        <w:br/>
        <w:t>Дівчинка з глибокою відданістю подивилася на Тат'а:</w:t>
      </w:r>
    </w:p>
    <w:p>
      <w:r>
        <w:br/>
        <w:t>— Єс, Тат! Я скажу Мем, щоб не крутила вам шариків!</w:t>
      </w:r>
    </w:p>
    <w:p>
      <w:r>
        <w:br/>
        <w:t>— Іди, дитя моє! — сказав мужчина, продовжуючи дивитись в далечінь вулиці, напоєну п'янкими пахощами квітучої білої акації.</w:t>
      </w:r>
    </w:p>
    <w:p>
      <w:r>
        <w:br/>
        <w:t>— Гмгм! — прогумкав Тат.</w:t>
      </w:r>
    </w:p>
    <w:p>
      <w:r>
        <w:br/>
        <w:t>І не встиг він прогумкати, як ізза рогу вискочив кеб, запряжений парою непаристих і нерисистих коней.</w:t>
      </w:r>
    </w:p>
    <w:p>
      <w:r>
        <w:br/>
        <w:t>Коні мчали малокровним галопом, а на козлах стояв немолодий уже тубілець, держачи в лівій руці віжки, а правою "поливаючи" вільним кінцем віжок пару непаристих і нерисистих коней, які, як потім виявилося, були обидва жіночої статі, і, коли вірити енергійним вигукам немолодого вже тубільця, одну з них звали Душа, а другу Мать.</w:t>
      </w:r>
    </w:p>
    <w:p>
      <w:r>
        <w:br/>
        <w:t>Проти будинку, де стояв у задумливій позі середніх літ мужчина, після енергійного наказу тубільця на козлах:</w:t>
      </w:r>
    </w:p>
    <w:p>
      <w:r>
        <w:br/>
        <w:t>— ТррррІ Душа й Мать! Трррр! Кеб став.</w:t>
      </w:r>
    </w:p>
    <w:p>
      <w:r>
        <w:br/>
        <w:t>З двору вийшла Мем, ведучи за руку ніжноголубооке й білокучеряве чарівне дитя, а за ними гарновида покоївка, прописана як племінниця, міс Пріська, з кошиком, повним тарані, свіжих огірків, паляниці, варених яєць, пшеничної віскі, полуниць і тому подібних пудингів.</w:t>
      </w:r>
    </w:p>
    <w:p>
      <w:r>
        <w:br/>
        <w:t>Тат, Мем і чарівне дитя поїхали в гідроорнітологічну подоріж на Обіточенську косу, що врізається в Азовське море біля міста Ногайського.</w:t>
      </w:r>
    </w:p>
    <w:p>
      <w:r>
        <w:br/>
        <w:t>Світило сонце… Плескалось море…</w:t>
      </w:r>
    </w:p>
    <w:p>
      <w:r>
        <w:br/>
        <w:t>Минали години й дні 1926 року нашої ери…</w:t>
      </w:r>
    </w:p>
    <w:p>
      <w:r>
        <w:br/>
        <w:t>ІІ</w:t>
      </w:r>
    </w:p>
    <w:p>
      <w:r>
        <w:br/>
        <w:t>В цім розділі Таткові слід би було помріяти про Ногайські степи, про ногайців, про місто Ногайське, взагалі вдатися в старовинну історію, або в історичну старовину, але Тат'ові якраз схотілося їсти, через те він попрохав зупинити кеба, виліз із нього із своїми супутниками, — разіслав на травиці над морем пледрядно.</w:t>
      </w:r>
    </w:p>
    <w:p>
      <w:r>
        <w:br/>
        <w:t>А після трапези почали купатися, так що екскурси в далеку старовину довелось облишити…</w:t>
      </w:r>
    </w:p>
    <w:p>
      <w:r>
        <w:br/>
        <w:t>Поїхали далі.</w:t>
      </w:r>
    </w:p>
    <w:p>
      <w:r>
        <w:br/>
        <w:t>Так ото, купаючись та закусюючи, чи закусюючи та купаючись, і доїхали наші подорожники аж до міста Ногайського, звідки, як уже було сказано, врізається Обіточенська коса в Азовське море.</w:t>
      </w:r>
    </w:p>
    <w:p>
      <w:r>
        <w:br/>
        <w:t>Тут Тат'ові слід би було помріяти про те, що таке Обіточенська коса, звідки вона взялася, її географічне і всякі інші положення, її економічне і всякі інші значення.</w:t>
      </w:r>
    </w:p>
    <w:p>
      <w:r>
        <w:br/>
        <w:t>Але Тат'а з Мем і з донькою покликали вечеряти хазяї, де вони зупинилися, і мріяти було йому ніколи. Після вечері полягали спати…</w:t>
      </w:r>
    </w:p>
    <w:p>
      <w:r>
        <w:br/>
        <w:t>III</w:t>
      </w:r>
    </w:p>
    <w:p>
      <w:r>
        <w:br/>
        <w:t>На ранок Тат, Мем і чарівна дівчинка поїхали на Обіточенську косу.</w:t>
      </w:r>
    </w:p>
    <w:p>
      <w:r>
        <w:br/>
        <w:t>Там вони прибилися до рибальського куреня, познайомилися з симпатичними рибалками, з їхнім життям і роботою.</w:t>
      </w:r>
    </w:p>
    <w:p>
      <w:r>
        <w:br/>
        <w:t>Про рибальське життя на Обіточенській косі чимало можна б було цікавого занотувати, та Тат'ові не було коли це робити, бо він або юшку їв, або купався в нечисленних лагунах і затоках, рибалив з рибалками помагаючи їм витягати сіті, вечорами стріляв бакланів, розшукував чайчині гнізда і т. ін.</w:t>
      </w:r>
    </w:p>
    <w:p>
      <w:r>
        <w:br/>
        <w:t>Мем увесь час пляжилася й купалася, а чарівне дитя купалося, пляжилося й ловило метелики.</w:t>
      </w:r>
    </w:p>
    <w:p>
      <w:r>
        <w:br/>
        <w:t>І Мем, і чарівне дитя у вільний од пляжу час, їли юшку, їли рибу, їли яєчню і інші подібні пудинги, та так їли, що викликали у рибалок неабияке здивовання:</w:t>
      </w:r>
    </w:p>
    <w:p>
      <w:r>
        <w:br/>
        <w:t>— Дивись! Вроді як дома, а їсть, як за себе кидає! І дитьонок теж!</w:t>
      </w:r>
    </w:p>
    <w:p>
      <w:r>
        <w:br/>
        <w:t>Після вечері завжди довго точилися дискусії на тему: "Що краще, чи Обіточенська коса, чи обіточенська юшка?"</w:t>
      </w:r>
    </w:p>
    <w:p>
      <w:r>
        <w:br/>
        <w:t>Перевага була завжди на боці обіточенської юшки.</w:t>
      </w:r>
    </w:p>
    <w:p>
      <w:r>
        <w:br/>
        <w:t>Після юшки лягали спати: Мем і чарівна дівчинка в курені, а Тат з рибалками біля куреня, на запашному сіні.</w:t>
      </w:r>
    </w:p>
    <w:p>
      <w:r>
        <w:br/>
        <w:t>І кожної ночі над ногайським степом, над Обіточенською косою, над Азовським морем аж до ранкової зорі не гасли зорі.</w:t>
      </w:r>
    </w:p>
    <w:p>
      <w:r>
        <w:br/>
        <w:t>IV</w:t>
      </w:r>
    </w:p>
    <w:p>
      <w:r>
        <w:br/>
        <w:t>Одної ночі, коли все населення рибальського куреня, перетравлюючи юшку, дихало спокійно й рівномірно, — над Обіточенською косою, над її лагунами й затоками залунав дзвінко — страшний, заливчастий регіт:</w:t>
      </w:r>
    </w:p>
    <w:p>
      <w:r>
        <w:br/>
        <w:t>— Хахахаха! Хахахаха!</w:t>
      </w:r>
    </w:p>
    <w:p>
      <w:r>
        <w:br/>
        <w:t>Мем і чарізна дівчинка вискочили з куреня, припали, тремтячи до Тат'а:</w:t>
      </w:r>
    </w:p>
    <w:p>
      <w:r>
        <w:br/>
        <w:t>— Чув?</w:t>
      </w:r>
    </w:p>
    <w:p>
      <w:r>
        <w:br/>
        <w:t>— Що? — спросоння промимрив Тат.</w:t>
      </w:r>
    </w:p>
    <w:p>
      <w:r>
        <w:br/>
        <w:t>— Дикий регіт чув?</w:t>
      </w:r>
    </w:p>
    <w:p>
      <w:r>
        <w:br/>
        <w:t>— Ніякого реготу я не чув! То вам з юшки! — одказав Тат.</w:t>
      </w:r>
    </w:p>
    <w:p>
      <w:r>
        <w:br/>
        <w:t>Аж тут знову заливчастодике:</w:t>
      </w:r>
    </w:p>
    <w:p>
      <w:r>
        <w:br/>
        <w:t>— Хахахаха! Хахахаха!</w:t>
      </w:r>
    </w:p>
    <w:p>
      <w:r>
        <w:br/>
        <w:t>Тат, бувши людиною антирелігійною і абсолютно без ніяких забобонів, перехрестився:</w:t>
      </w:r>
    </w:p>
    <w:p>
      <w:r>
        <w:br/>
        <w:t>— Свят! Свят! Свят! А воно знову:</w:t>
      </w:r>
    </w:p>
    <w:p>
      <w:r>
        <w:br/>
        <w:t>— Хахахаха!</w:t>
      </w:r>
    </w:p>
    <w:p>
      <w:r>
        <w:br/>
        <w:t>Мем і чарівна дівчинка тремтіли.</w:t>
      </w:r>
    </w:p>
    <w:p>
      <w:r>
        <w:br/>
        <w:t>Тат не тремтів, бо з дитинства був людиною небоязкою й хороброю, чому доказом в надзвичайних випадках були його зуби: вони мужньо цокотіли…</w:t>
      </w:r>
    </w:p>
    <w:p>
      <w:r>
        <w:br/>
        <w:t>Тат миттю перекотився до найближчого рибалки, сіпнув його за смокінг і спокійно процокотів:</w:t>
      </w:r>
    </w:p>
    <w:p>
      <w:r>
        <w:br/>
        <w:t>— Сер Данило! Сатана! Регоче!</w:t>
      </w:r>
    </w:p>
    <w:p>
      <w:r>
        <w:br/>
        <w:t>Сер Данило лупнув очима й промовив:</w:t>
      </w:r>
    </w:p>
    <w:p>
      <w:r>
        <w:br/>
        <w:t>— Га?!</w:t>
      </w:r>
    </w:p>
    <w:p>
      <w:r>
        <w:br/>
        <w:t>— Регоче! Отак: "Хахахаха!" Сатана!</w:t>
      </w:r>
    </w:p>
    <w:p>
      <w:r>
        <w:br/>
        <w:t>Сер Данило почухав те місце, що свербіло, ліг на другий бік, натяг дужче капелюху, засунув ліву ногу глибше в сіно і позіхнув:</w:t>
      </w:r>
    </w:p>
    <w:p>
      <w:r>
        <w:br/>
        <w:t>— Чачачайка! Чайкареготун! І заснув.</w:t>
      </w:r>
    </w:p>
    <w:p>
      <w:r>
        <w:br/>
        <w:t>Тат пояснив Мем і чарівній дівчинці, в чім справа, і всі заснули тихим сном, не вважаючи на те, що колинеколи над лагунами й затоками лунало дзвінкотаємниче:</w:t>
      </w:r>
    </w:p>
    <w:p>
      <w:r>
        <w:br/>
        <w:t>— Хахахаха!</w:t>
      </w:r>
    </w:p>
    <w:p>
      <w:r>
        <w:br/>
        <w:t>V</w:t>
      </w:r>
    </w:p>
    <w:p>
      <w:r>
        <w:br/>
        <w:t>Так і жили Тат, Мем і чарівна дівчинка в рибальському курені над затоками й лагунами Обіточенської коси. Одного чудового ранку…</w:t>
      </w:r>
    </w:p>
    <w:p>
      <w:r>
        <w:br/>
        <w:t>Треба вам знати, що там усе чудове: і небо, і вода, і лагуни, і затоки, і ранки, і вечори, і сонце, і риба, і юшка.</w:t>
      </w:r>
    </w:p>
    <w:p>
      <w:r>
        <w:br/>
        <w:t>Отже, хай вас не ірітує те, що часто в нашім романі траплятимуться слова: чудовий, чудова, чудове…</w:t>
      </w:r>
    </w:p>
    <w:p>
      <w:r>
        <w:br/>
        <w:t>Так от, значить:</w:t>
      </w:r>
    </w:p>
    <w:p>
      <w:r>
        <w:br/>
        <w:t>Одного чудового ранку, коли на чудовому синьому небі з'явилося чудове золоте сонце, Тат, Мем і чарівна дівчинка сіли на чудового човна і попливли чудовими затоками вздовж чудової Обіточенської коси.</w:t>
      </w:r>
    </w:p>
    <w:p>
      <w:r>
        <w:br/>
        <w:t>Повітря було чудовоп'янке, вода була чудовопрозора, а бризки з весел, падаючи в чудову воду, нагадували чудовосліпучі діаманти.</w:t>
      </w:r>
    </w:p>
    <w:p>
      <w:r>
        <w:br/>
        <w:t>Тат орудував веслами, чарівна дівчинка, схилившись із човна, опускала в воду ручку і, заливаючись срібномалиновим сміхом, хлюпалася водичкою, а Мем, вдивляючись примруженими очима у блакитну далечінь, наспівувала чудовим голосом чудової пісеньки з якоїсь чудової італійської опери:</w:t>
      </w:r>
    </w:p>
    <w:p>
      <w:r>
        <w:br/>
        <w:t>Ти ж мене, я ж тебе підманула, Ти ж мене, я ж тебе підвела, Ти ж мені, я ж тобі, молодому Прочуханки дала…</w:t>
      </w:r>
    </w:p>
    <w:p>
      <w:r>
        <w:br/>
        <w:t>І в оцей саме момент чарівна дівчинка скрикнула:</w:t>
      </w:r>
    </w:p>
    <w:p>
      <w:r>
        <w:br/>
        <w:t>— Тат! Мем! Гусятка! Аж двоє!</w:t>
      </w:r>
    </w:p>
    <w:p>
      <w:r>
        <w:br/>
        <w:t>Справді, ліворуч од човна, в лагуні плавала пара буруватосіруватих пухнатих пташок, дуже подібних на малих гусенят, тільки дзьобики в них були не лопаточкою, а гостренькі.</w:t>
      </w:r>
    </w:p>
    <w:p>
      <w:r>
        <w:br/>
        <w:t>— Упіймать! — лягла в лівому кутку лагуни Тат'ова резолюція.</w:t>
      </w:r>
    </w:p>
    <w:p>
      <w:r>
        <w:br/>
        <w:t>Човен миттю завернув у лагуну. Тат, кинувши весла, махонули через борт і, не розрахувавши ні глибини, ні своїх можливостів щодо плавби, зразу ж пішли сокирою на дно.</w:t>
      </w:r>
    </w:p>
    <w:p>
      <w:r>
        <w:br/>
        <w:t>Виприснувши на сонце, вони тільки встигли вимовити:</w:t>
      </w:r>
    </w:p>
    <w:p>
      <w:r>
        <w:br/>
        <w:t>— Фррр! Рят!</w:t>
      </w:r>
    </w:p>
    <w:p>
      <w:r>
        <w:br/>
        <w:t>І знову пішли вглиб.</w:t>
      </w:r>
    </w:p>
    <w:p>
      <w:r>
        <w:br/>
        <w:t>Удруге вони викинули на поверхню вже тільки праву руку, але здогадлива Мем сунула їм у руку весло, вони вхопилися, вистромили з води голову й підтяглися до човна, видерлися за допомогою Мем у човен і сказали:</w:t>
      </w:r>
    </w:p>
    <w:p>
      <w:r>
        <w:br/>
        <w:t>— Фррр!</w:t>
      </w:r>
    </w:p>
    <w:p>
      <w:r>
        <w:br/>
        <w:t>І почали вдавати з себе факіра, що випиває в цирку одинадцять цеберок води, а потім фонтани пускає. Вифонтанившись, Тат промовили:</w:t>
      </w:r>
    </w:p>
    <w:p>
      <w:r>
        <w:br/>
        <w:t>— Треба обережніше! Утоплена людина навряд чи зможе впіймати оті гусенята! Давай нагонити їх на мілину!</w:t>
      </w:r>
    </w:p>
    <w:p>
      <w:r>
        <w:br/>
        <w:t>Коли Тат, Мем і чарівна дівчинка і веслами, і колективною кишою (а, кишакиша!) нагнали ті гусенятка на мілину, Тат знову вискочив із човна і почав їх ловити, вистрибуючи з ковбань, як Сірко з дерті.</w:t>
      </w:r>
    </w:p>
    <w:p>
      <w:r>
        <w:br/>
        <w:t>Нарешті одно гусеня викинуло з себе щось біле й крикнуло:</w:t>
      </w:r>
    </w:p>
    <w:p>
      <w:r>
        <w:br/>
        <w:t>— Киги!</w:t>
      </w:r>
    </w:p>
    <w:p>
      <w:r>
        <w:br/>
        <w:t>— Здаюсь! — мовляв. За ним і друге…</w:t>
      </w:r>
    </w:p>
    <w:p>
      <w:r>
        <w:br/>
        <w:t>Гусенята урочисто, під буряні аплодисменти чарівної дівчинки, було посаджено в човна, і Тат, витираючи піт і тяжко дихаючи, скомандував:</w:t>
      </w:r>
    </w:p>
    <w:p>
      <w:r>
        <w:br/>
        <w:t>— Підганяй до берега! Полежимо!</w:t>
      </w:r>
    </w:p>
    <w:p>
      <w:r>
        <w:br/>
        <w:t>Полежали, одсапались і повезли гусята до куреня. З ранкової тоні вже повернулись й рибалки і варили чудову юшку.</w:t>
      </w:r>
    </w:p>
    <w:p>
      <w:r>
        <w:br/>
        <w:t>— Що воно за пташенята? — запитав Тат у сера Давида. Сер Давид довго дивився на пташенят, довго думав і нарешті пояснив:</w:t>
      </w:r>
    </w:p>
    <w:p>
      <w:r>
        <w:br/>
        <w:t>— Це не йначе, як якасьто птиця! Я їх тут усіх знаю!</w:t>
      </w:r>
    </w:p>
    <w:p>
      <w:r>
        <w:br/>
        <w:t>— А що вони їдять?</w:t>
      </w:r>
    </w:p>
    <w:p>
      <w:r>
        <w:br/>
        <w:t>Сер Давид дивився на пташенят ще довше, ще довше думав і нарешті пояснив:</w:t>
      </w:r>
    </w:p>
    <w:p>
      <w:r>
        <w:br/>
        <w:t>— Годуються! Я їхні звички всі тут знаю!</w:t>
      </w:r>
    </w:p>
    <w:p>
      <w:r>
        <w:br/>
        <w:t>Чарівна дівчинка, граючись із пташенятами, взяла бичкарибку за хвостика й дратує ним гусятко. А воно як підстрибне та:</w:t>
      </w:r>
    </w:p>
    <w:p>
      <w:r>
        <w:br/>
        <w:t>— Хоп!</w:t>
      </w:r>
    </w:p>
    <w:p>
      <w:r>
        <w:br/>
        <w:t>І проковтнуло бичка.</w:t>
      </w:r>
    </w:p>
    <w:p>
      <w:r>
        <w:br/>
        <w:t>Так і було виявлено, що саме їдять ці любі, пухнатенькі пташеняточка.</w:t>
      </w:r>
    </w:p>
    <w:p>
      <w:r>
        <w:br/>
        <w:t>Виявлено заразом і друге, а саме: ці любі, пухнатенькі пташеняточка можуть проковтнути кожне штук по п'ятнадцять бичків на снідання, а, приміром, за годину ще п'ятнадцять і т. д., тоді як Тат'ові досить було десятка бичків, щоб бути не голодному аж до обіду.</w:t>
      </w:r>
    </w:p>
    <w:p>
      <w:r>
        <w:br/>
        <w:t>А воно знаєте: "Як гукнеш, так і одгукується".</w:t>
      </w:r>
    </w:p>
    <w:p>
      <w:r>
        <w:br/>
        <w:t>Пташенятка "гукали" неймовірною кількістю бичків, а одгукувались ще більшою кількістю, але вже не бичків.</w:t>
      </w:r>
    </w:p>
    <w:p>
      <w:r>
        <w:br/>
        <w:t>У всякому разі, доки гусенят було довезено з обіточенської коси до приморського міста, — вони поїли дві величезних банки бичків, а від одгукування на тачанці не було де всім, — і Тат'ові, і Мем, і чарівній дівчинці, і тубільцеві сидіти…</w:t>
      </w:r>
    </w:p>
    <w:p>
      <w:r>
        <w:br/>
        <w:t>Тубілець, цьвохкаючи батогом, скептично кидав:</w:t>
      </w:r>
    </w:p>
    <w:p>
      <w:r>
        <w:br/>
        <w:t>— Ну, пташки!? З парою телиць було б легше! І не поздихають!</w:t>
      </w:r>
    </w:p>
    <w:p>
      <w:r>
        <w:br/>
        <w:t>Усі мовчали, знаючи, що не кому іншому, а тубільцеві доведеться мити тачанку.</w:t>
      </w:r>
    </w:p>
    <w:p>
      <w:r>
        <w:br/>
        <w:t>— І куди ви їх везете? — суворо запитував тубілець.</w:t>
      </w:r>
    </w:p>
    <w:p>
      <w:r>
        <w:br/>
        <w:t>— В Зоопарк! Дуже дорогі й дуже рідкісні пташки!</w:t>
      </w:r>
    </w:p>
    <w:p>
      <w:r>
        <w:br/>
        <w:t>— Видатьвидать! — рипів тубілець. — Рідкостні! Ріденьким тачанку зничтожили!</w:t>
      </w:r>
    </w:p>
    <w:p>
      <w:r>
        <w:br/>
        <w:t>А чудове сонце привітно світить, а чудове море в березі хлюпочеться і співає пісні колискової… Дрімається.</w:t>
      </w:r>
    </w:p>
    <w:p>
      <w:r>
        <w:br/>
        <w:t>VI</w:t>
      </w:r>
    </w:p>
    <w:p>
      <w:r>
        <w:br/>
        <w:t>Тат, Мем і чарівна дівчинка повернулись з гідроорнітологічної подорожі, що так щасливо закінчилася надбанням двох невідомого гатунку пташок, які в родинному оточенні звалися гусятками.</w:t>
      </w:r>
    </w:p>
    <w:p>
      <w:r>
        <w:br/>
        <w:t>Гусятка призвичаїлися, були дуже милі, сильно дуже кигикали, якщо Тат запізнювався з моря з бичками, а Тат тільки те й робив, що сидів з вудкою на морі, тягав бички й носив для милих гусяток, у яких апетит збільшувався разом із їхнім зростом у геометричній прогресії.</w:t>
      </w:r>
    </w:p>
    <w:p>
      <w:r>
        <w:br/>
        <w:t>У хлів, де жили милі гусятка, можна було ввійти тільки в противогазі, бо чудесні пташки пахкотіли і не резедою, і не жасміном, і не фіялкою, — а якимись такими пахощами слонячого кладовища в Індії, помноженими на запахи буряного смерчу, що промчався по полях зрошення якогось величезного міста.</w:t>
      </w:r>
    </w:p>
    <w:p>
      <w:r>
        <w:br/>
        <w:t>Герць пташиних пахощів із запахом білої акації кінчився ганебним і поспішним відступом акації аж за чотири квартали, — а в котеджі Тат'а, Мем, чарівної дівчинки й місцевих пожильців пташина еманація панувала безроздільно й міцно.</w:t>
      </w:r>
    </w:p>
    <w:p>
      <w:r>
        <w:br/>
        <w:t>— Що робити? — гвіздком сиділо в Тат'овій голові, бо все населення, що оточувало його котедж, не говорило, а сичало.</w:t>
      </w:r>
    </w:p>
    <w:p>
      <w:r>
        <w:br/>
        <w:t>Тат ударив телеграму в столицю професоровіорнітологові А., відомому вченому, що завідував науковою частиною зоологічного саду:</w:t>
      </w:r>
    </w:p>
    <w:p>
      <w:r>
        <w:br/>
        <w:t>— "Упіймав двох невідомих птахів Обіточеській косі тчк Що робити тчк Задихаємось тчк".</w:t>
      </w:r>
    </w:p>
    <w:p>
      <w:r>
        <w:br/>
        <w:t>Через три дні надійшла відповідь:</w:t>
      </w:r>
    </w:p>
    <w:p>
      <w:r>
        <w:br/>
        <w:t>— "Всяку ціну збережи зпт привези столичний зоосад тчк Зарані імені наукової частини Зоосаду сердечно дякую тчк Вважай задихаєтесь користь орнітології тчк Професорорнітолог А".</w:t>
      </w:r>
    </w:p>
    <w:p>
      <w:r>
        <w:br/>
        <w:t>— Бачиш, — сказав Тат похмурій Мем, — задихаємось, виходить, ми не задарма, а на користь орнітології. Доведеться, виходить, ще трохи позадихатись. Як ти на це дивишся, моя крихітко?</w:t>
      </w:r>
    </w:p>
    <w:p>
      <w:r>
        <w:br/>
        <w:t>— Коли ви (Ого, — подумав Тат, — уже "ви"?!) брали мене в моєї мами, ви якої співали? — "Я ж тебе, вірная, аж до хатиноньки сам на руках однесу!" — ви співали!? І ніколи ви не говорили, що доведеться задихатись! Самі задихайтесь! — одповіла йому його крихітка.</w:t>
      </w:r>
    </w:p>
    <w:p>
      <w:r>
        <w:br/>
        <w:t>— Орнітологія ж… наука… професорорнітолог… — боязко доводив Тат.</w:t>
      </w:r>
    </w:p>
    <w:p>
      <w:r>
        <w:br/>
        <w:t>— А нюхать?! — гаркнула Мем. — Може, де й існує орнітологія і орнітологи! А вся ця історія з отими тхорами з пташиної породи — це не орнітологія, а єрундологія! І ви — не орнітолог, а єрундолог! От! Подайте мені полуниці, бо мені млосно!</w:t>
      </w:r>
    </w:p>
    <w:p>
      <w:r>
        <w:br/>
        <w:t>Побачивши, що ніжності тут уже сподіватися нема чого, Тат вирішив:</w:t>
      </w:r>
    </w:p>
    <w:p>
      <w:r>
        <w:br/>
        <w:t>— Їдемо!</w:t>
      </w:r>
    </w:p>
    <w:p>
      <w:r>
        <w:br/>
        <w:t>— Куди їдемо?</w:t>
      </w:r>
    </w:p>
    <w:p>
      <w:r>
        <w:br/>
        <w:t>— Додому їдемо! В столицю!</w:t>
      </w:r>
    </w:p>
    <w:p>
      <w:r>
        <w:br/>
        <w:t>— Будь ласка, будь ласка! — погодилася Мем.</w:t>
      </w:r>
    </w:p>
    <w:p>
      <w:r>
        <w:br/>
        <w:t>— І пташенята веземо!</w:t>
      </w:r>
    </w:p>
    <w:p>
      <w:r>
        <w:br/>
        <w:t>— Будь ласка, будь ласка! — погодилася Мем. — У багажному вагоні.</w:t>
      </w:r>
    </w:p>
    <w:p>
      <w:r>
        <w:br/>
        <w:t>— Як буде, так і буде! — туманно резюмував Тат.</w:t>
      </w:r>
    </w:p>
    <w:p>
      <w:r>
        <w:br/>
        <w:t>VII</w:t>
      </w:r>
    </w:p>
    <w:p>
      <w:r>
        <w:br/>
        <w:t>Того ж таки дня, надвечір, Тат пішов до міста, знайшов міську залізничну станцію, щоб довідатися, яким способом перевозяться залізницею живі, крім людей, створіння.</w:t>
      </w:r>
    </w:p>
    <w:p>
      <w:r>
        <w:br/>
        <w:t>Там йому пояснили:</w:t>
      </w:r>
    </w:p>
    <w:p>
      <w:r>
        <w:br/>
        <w:t>— Можна, — пояснили йому, — в багажному вагоні, у відповідній тарі, забезпечивши живі створіння доглядом і відповідними на весь час подорожі харчами… Можна, — говорять, — разом з пасажиром, взявши для цього квитка для "животных, которые следуют на руках у пассажиров".</w:t>
      </w:r>
    </w:p>
    <w:p>
      <w:r>
        <w:br/>
        <w:t>Тат замислився.</w:t>
      </w:r>
    </w:p>
    <w:p>
      <w:r>
        <w:br/>
        <w:t>— Посадить, — думав він, — у багажний вагон… З відповідним доглядом і харчами? І тарою! Ну, тара — це, очевидно, клітка… Зробимо. Догляд? — попросимо кондуктора доглядати… Харчі? Тільки свіжі бички. Наловимо… Поставимо біля тари акваріум… А хто їстиме ті бички?</w:t>
      </w:r>
    </w:p>
    <w:p>
      <w:r>
        <w:br/>
        <w:t>Подумав Тат і вирішив везти милі гусятка "на руках у пасажирів".</w:t>
      </w:r>
    </w:p>
    <w:p>
      <w:r>
        <w:br/>
        <w:t>Купивши на взавтра квитки для пасажирів і для птахів "на руках у пасажирів", Тат повернувся додому веселий і заспокоєний:</w:t>
      </w:r>
    </w:p>
    <w:p>
      <w:r>
        <w:br/>
        <w:t>— Взавтра їдемо! Збирайтесь! — об'явив він домашнім.</w:t>
      </w:r>
    </w:p>
    <w:p>
      <w:r>
        <w:br/>
        <w:t>— Будь ласка, будь ласка! — погодилася Мем.</w:t>
      </w:r>
    </w:p>
    <w:p>
      <w:r>
        <w:br/>
        <w:t>А чарівна дівчинка відразу почала одягати в дорогу свою ляльку "Галочку".</w:t>
      </w:r>
    </w:p>
    <w:p>
      <w:r>
        <w:br/>
        <w:t>VIII</w:t>
      </w:r>
    </w:p>
    <w:p>
      <w:r>
        <w:br/>
        <w:t>На другий день Тат, Мем і чарівна дівчинка виїхали із приморського затишного міста в столицю.</w:t>
      </w:r>
    </w:p>
    <w:p>
      <w:r>
        <w:br/>
        <w:t>Тат помітив, як радісно блищали в сусідів очі, коли він виносив із хліва напнутого сіткою кошика з милими гусятками.</w:t>
      </w:r>
    </w:p>
    <w:p>
      <w:r>
        <w:br/>
        <w:t>— Щаслива вам путь! — гукали сусіди.</w:t>
      </w:r>
    </w:p>
    <w:p>
      <w:r>
        <w:br/>
        <w:t>— Дякую сердечно! — одповідав Тат, умощуючи кошика з гусятками на кеба.</w:t>
      </w:r>
    </w:p>
    <w:p>
      <w:r>
        <w:br/>
        <w:t>На вокзалі зустрілися з своїми друзями, що теж поверталися в столицю після відпочинку на морі.</w:t>
      </w:r>
    </w:p>
    <w:p>
      <w:r>
        <w:br/>
        <w:t>— І пташки з вами? — питали приятелі.</w:t>
      </w:r>
    </w:p>
    <w:p>
      <w:r>
        <w:br/>
        <w:t>— І пташки з нами! — відповідав Тат.</w:t>
      </w:r>
    </w:p>
    <w:p>
      <w:r>
        <w:br/>
        <w:t>— А в якому ви вагоні? — питали приятелі.</w:t>
      </w:r>
    </w:p>
    <w:p>
      <w:r>
        <w:br/>
        <w:t>— У п'ятому, — одповідав Тат.</w:t>
      </w:r>
    </w:p>
    <w:p>
      <w:r>
        <w:br/>
        <w:t>— І ми в п'ятому! — говорили приятелі.— І пташки, значить, у п'ятому?</w:t>
      </w:r>
    </w:p>
    <w:p>
      <w:r>
        <w:br/>
        <w:t>— І пташки в п'ятому!</w:t>
      </w:r>
    </w:p>
    <w:p>
      <w:r>
        <w:br/>
        <w:t>Очі в приятелів бралися сумом.</w:t>
      </w:r>
    </w:p>
    <w:p>
      <w:r>
        <w:br/>
        <w:t>Мем, довідавшись уже на вокзалі, що пташки їдуть в одному вагоні з ними, спочатку рвонулась з чарівною дівчинкою назад до моря, але квитки було вже куплено, грошей було обмаль, і треба було їхати.</w:t>
      </w:r>
    </w:p>
    <w:p>
      <w:r>
        <w:br/>
        <w:t>Мем ущухла, губи в неї потоншали, мову в неї одібрало, до Тат'а вона зверталася тільки іноді, кріпко стуливши губи й зуби, і крізь ті стулені губи й зуби вилітало зловіще: "ви", ніби Тат був не один, а було Тат'ів цілий підрозділ, — множина!</w:t>
      </w:r>
    </w:p>
    <w:p>
      <w:r>
        <w:br/>
        <w:t>Посідали у вагон.</w:t>
      </w:r>
    </w:p>
    <w:p>
      <w:r>
        <w:br/>
        <w:t>Кошика з пташками було прилаштовано під лавкою, там же було поставлено і дві великі банки з живими бичками.</w:t>
      </w:r>
    </w:p>
    <w:p>
      <w:r>
        <w:br/>
        <w:t>Був липень і було душно.</w:t>
      </w:r>
    </w:p>
    <w:p>
      <w:r>
        <w:br/>
        <w:t>Душно було надворі, ще душніше було у вагоні.</w:t>
      </w:r>
    </w:p>
    <w:p>
      <w:r>
        <w:br/>
        <w:t>Настрій у всіх, що їхали в однім вагоні з Тат'ом, Мем, чарівною дівчинкою, пташками й бичками був, сказать, не зовсім веселий, певніше — настрій у всіх був сумовитий.</w:t>
      </w:r>
    </w:p>
    <w:p>
      <w:r>
        <w:br/>
        <w:t>Єдина Нора Іванівна, симпатична блондинка, з веселими сірими очима, всіх підбадьорювала, привітно і з співчуттям поглядала на Тат'а: — "Не журись, мовляв, якось то воно буде!" — і говорила:</w:t>
      </w:r>
    </w:p>
    <w:p>
      <w:r>
        <w:br/>
        <w:t>— Які симпатичні пташки! Безперечно, вони будуть прикрасою зоосаду! Ах, які милі!</w:t>
      </w:r>
    </w:p>
    <w:p>
      <w:r>
        <w:br/>
        <w:t>Симпатичну Нору Іванівну ніхто із знайомих не підтримував, а незнайомі пасажири, справді, дивлячись на пташенят, ласкаво посміхалися, запитуючи:</w:t>
      </w:r>
    </w:p>
    <w:p>
      <w:r>
        <w:br/>
        <w:t>— А як називаються ці пташки?</w:t>
      </w:r>
    </w:p>
    <w:p>
      <w:r>
        <w:br/>
        <w:t>Тат поясняв усім, що пташки ці ще системи нез'ясованої, що, можливо, це пташки такі, що зроблять своєю появою в наших широтах цілий переворот в орнітології і що справу про їхнє положення й їхній гатунок вирішуватиме в столиці наукова орнітологічна конференція.</w:t>
      </w:r>
    </w:p>
    <w:p>
      <w:r>
        <w:br/>
        <w:t>Поїхали…</w:t>
      </w:r>
    </w:p>
    <w:p>
      <w:r>
        <w:br/>
        <w:t>Тат потім докладно, з усіма деталями, розповідав, що то була за подоріж.</w:t>
      </w:r>
    </w:p>
    <w:p>
      <w:r>
        <w:br/>
        <w:t>Ще й п'яти кілометрів не проїхали, як уже весь вагон сповнився стогоном:</w:t>
      </w:r>
    </w:p>
    <w:p>
      <w:r>
        <w:br/>
        <w:t>— Поодчиняйте всі вікна! Поодчиняли…</w:t>
      </w:r>
    </w:p>
    <w:p>
      <w:r>
        <w:br/>
        <w:t>Стогін не вщухав.</w:t>
      </w:r>
    </w:p>
    <w:p>
      <w:r>
        <w:br/>
        <w:t>Навіть симпатична Нора Іванівна зскочила з верхньої полиці і побігла в тамбур.</w:t>
      </w:r>
    </w:p>
    <w:p>
      <w:r>
        <w:br/>
        <w:t>Пробігаючи повз Тат*а, вона подивилася на нього винуватими очима й промовила:</w:t>
      </w:r>
    </w:p>
    <w:p>
      <w:r>
        <w:br/>
        <w:t>— Співчуваю, але не можу!</w:t>
      </w:r>
    </w:p>
    <w:p>
      <w:r>
        <w:br/>
        <w:t>Серйозний дядя, що лежав на другій полиці в подальшому купе, лаявся одверто і кріпко. Він викликав провідника. Тат розсердився:</w:t>
      </w:r>
    </w:p>
    <w:p>
      <w:r>
        <w:br/>
        <w:t>— Пташенята їдуть на законній підставі, з квитками "на руках у пасажирів". Але ж головне не це! Будьте ж, нарешті, громадяни, свідомі того, що це рідкостні пташки, що вони їдуть в зоосад з науковою метою, що вони збагатять нашу науку й техніку!</w:t>
      </w:r>
    </w:p>
    <w:p>
      <w:r>
        <w:br/>
        <w:t>Не помогло.</w:t>
      </w:r>
    </w:p>
    <w:p>
      <w:r>
        <w:br/>
        <w:t>Все населення вагона вирішило виселити птахів із вагона, бо вони "невообразимо" пахнуть.</w:t>
      </w:r>
    </w:p>
    <w:p>
      <w:r>
        <w:br/>
        <w:t>Особливо протестував отой серйозний дядя. Викликали начальника поїзда.</w:t>
      </w:r>
    </w:p>
    <w:p>
      <w:r>
        <w:br/>
        <w:t>Начальник поїзда довго умовляв Тат'а передати пташки у багажний вагон.</w:t>
      </w:r>
    </w:p>
    <w:p>
      <w:r>
        <w:br/>
        <w:t>— Як? — кипів Тат. — Такі дорогі, такі рідкостні, такі наукові пташки — і в багажний вагон?! А як вони там повмирають?! Що я науці скажу?! Столична орнітологія, а може, й світова, на них чекають. Нізащо!</w:t>
      </w:r>
    </w:p>
    <w:p>
      <w:r>
        <w:br/>
        <w:t>Начальник поїзда приніс велику книгу з усіма інструкціями й правилами, як перевозити залізницями живі й мертві речі…</w:t>
      </w:r>
    </w:p>
    <w:p>
      <w:r>
        <w:br/>
        <w:t>— Ну, коли пасажири протестують, я мушу видворити тварину з пасажирського вагона! Розумієте, мушу! Ось тут так і написано!</w:t>
      </w:r>
    </w:p>
    <w:p>
      <w:r>
        <w:br/>
        <w:t>— А чого вони, власне, протестують? — здивувався Тат.</w:t>
      </w:r>
    </w:p>
    <w:p>
      <w:r>
        <w:br/>
        <w:t>— Розумієте, пах… "Невообразимо" пахнуть!</w:t>
      </w:r>
    </w:p>
    <w:p>
      <w:r>
        <w:br/>
        <w:t>— А ви всіх видворяєте, хто "невообразимо" пахне? — ядовито запитав Тат і з презирством подивився на серйозного дядю.</w:t>
      </w:r>
    </w:p>
    <w:p>
      <w:r>
        <w:br/>
        <w:t>Серйозний дядя перейшов у сусідній вагон. Гордіїв узол розрубав провідник:</w:t>
      </w:r>
    </w:p>
    <w:p>
      <w:r>
        <w:br/>
        <w:t>— Давайте, я заберу пташки в своє купе, як такі вже вони дорогі й наукові!</w:t>
      </w:r>
    </w:p>
    <w:p>
      <w:r>
        <w:br/>
        <w:t>І забрав…</w:t>
      </w:r>
    </w:p>
    <w:p>
      <w:r>
        <w:br/>
        <w:t>У вагоні стало тихо.</w:t>
      </w:r>
    </w:p>
    <w:p>
      <w:r>
        <w:br/>
        <w:t>Мем говорила чарівній дівчинці:</w:t>
      </w:r>
    </w:p>
    <w:p>
      <w:r>
        <w:br/>
        <w:t>— Як приїдемо до столиці, ти візьмеш кошика з птахами, я посаджу тебе на візника, а ми з Тат'ом з вокзалу поїдемо в ЗАГС, розлучимося й приїдемо додому. Тільки не внось кошика в кватирю, постав доки ми приїдемо серед двору!</w:t>
      </w:r>
    </w:p>
    <w:p>
      <w:r>
        <w:br/>
        <w:t>Тат спокійно все це слухав і думав гірко: "Все для науки! І власне своє особисте щастя для науки!"</w:t>
      </w:r>
    </w:p>
    <w:p>
      <w:r>
        <w:br/>
        <w:t>Сумний і задумливий пішов Тат у тамбур. Дивиться, — а провідник стоїть в коридорі біля відчиненого вікна й тяжко хакає.</w:t>
      </w:r>
    </w:p>
    <w:p>
      <w:r>
        <w:br/>
        <w:t>— Що з вами? — питає Тат.</w:t>
      </w:r>
    </w:p>
    <w:p>
      <w:r>
        <w:br/>
        <w:t>— Не можу! Дозвольте пташенят в убиральню! Не можу!</w:t>
      </w:r>
    </w:p>
    <w:p>
      <w:r>
        <w:br/>
        <w:t>Дорогі й рідкостні пташенята доїхали до столиці в убиральні.</w:t>
      </w:r>
    </w:p>
    <w:p>
      <w:r>
        <w:br/>
        <w:t>Але доїхали!</w:t>
      </w:r>
    </w:p>
    <w:p>
      <w:r>
        <w:br/>
        <w:t>Аж на підступах до столиці дипломатичні відносини Тат'а з Мем і з усіма подорожніми відновилися.</w:t>
      </w:r>
    </w:p>
    <w:p>
      <w:r>
        <w:br/>
        <w:t>Од столичного вокзалу пташенята їхали у передку з візником.</w:t>
      </w:r>
    </w:p>
    <w:p>
      <w:r>
        <w:br/>
        <w:t>Візник увесь час крутив сюди й туди головою, а потім звернувся до пасажирів:</w:t>
      </w:r>
    </w:p>
    <w:p>
      <w:r>
        <w:br/>
        <w:t>— Воздух сьогодня какойсь такий вроді важкуватий! Чи бува не на дощ? Як там на морі?</w:t>
      </w:r>
    </w:p>
    <w:p>
      <w:r>
        <w:br/>
        <w:t>— Буває й на морі! — одказав Тат.</w:t>
      </w:r>
    </w:p>
    <w:p>
      <w:r>
        <w:br/>
        <w:t>— Та воно, сказать, одна земля, один світ! Могло буть і на морі! Ннно!</w:t>
      </w:r>
    </w:p>
    <w:p>
      <w:r>
        <w:br/>
        <w:t>Тат, Мем і чарівна дівчинка їхали з вокзалу повз будинок, де жив професорорнітолог, зав. науковою частиною зоологічного саду.</w:t>
      </w:r>
    </w:p>
    <w:p>
      <w:r>
        <w:br/>
        <w:t>Коли вони під'їхали до професорового будинку, Тат скомандував візникові:</w:t>
      </w:r>
    </w:p>
    <w:p>
      <w:r>
        <w:br/>
        <w:t>— Стоп! Занесу я ці милі пташенята до професораорнітолога.</w:t>
      </w:r>
    </w:p>
    <w:p>
      <w:r>
        <w:br/>
        <w:t>Заніс разом із недоїденими бичками. Професора не було вдома, була вдома його тітонька, старенька бабуся.</w:t>
      </w:r>
    </w:p>
    <w:p>
      <w:r>
        <w:br/>
        <w:t>— Драстуйте, бабусю! — привітався Тат. — Пташки привіз. Зараз же наточіть півванни води, ми їх туди пустимо, бо в дорозі вони, бідні, без води дуже страждали. Коб ще не похворіли! Бо птиця вона — водяна!</w:t>
      </w:r>
    </w:p>
    <w:p>
      <w:r>
        <w:br/>
        <w:t>Наточили в ванну води, Тат пустив туди пташенята й висипав бички.</w:t>
      </w:r>
    </w:p>
    <w:p>
      <w:r>
        <w:br/>
        <w:t>— "Плавай, плавай, лебедонько!" — проказав Тат і поїхав додому.</w:t>
      </w:r>
    </w:p>
    <w:p>
      <w:r>
        <w:br/>
        <w:t>Увечері дзвонить телефон:</w:t>
      </w:r>
    </w:p>
    <w:p>
      <w:r>
        <w:br/>
        <w:t>— Поздихали б вони тобі! У ванну поткнутись не можна!</w:t>
      </w:r>
    </w:p>
    <w:p>
      <w:r>
        <w:br/>
        <w:t>— Ааа! Професор! — зрадів Тат. — Здорові були! А ви ванну промийте!</w:t>
      </w:r>
    </w:p>
    <w:p>
      <w:r>
        <w:br/>
        <w:t>— Не обмивається! Поприкипало!</w:t>
      </w:r>
    </w:p>
    <w:p>
      <w:r>
        <w:br/>
        <w:t>— А де ж пташеняточка?</w:t>
      </w:r>
    </w:p>
    <w:p>
      <w:r>
        <w:br/>
        <w:t>— Відправив в зоосад!</w:t>
      </w:r>
    </w:p>
    <w:p>
      <w:r>
        <w:br/>
        <w:t>— А що за пташки?</w:t>
      </w:r>
    </w:p>
    <w:p>
      <w:r>
        <w:br/>
        <w:t>— Реготуни! Чайкиреготуни, поздихали б вони тобі.— Серед сусідів по квартирі бунт!</w:t>
      </w:r>
    </w:p>
    <w:p>
      <w:r>
        <w:br/>
        <w:t>— Реготуни, кажеш?</w:t>
      </w:r>
    </w:p>
    <w:p>
      <w:r>
        <w:br/>
        <w:t>— Реготуни!</w:t>
      </w:r>
    </w:p>
    <w:p>
      <w:r>
        <w:br/>
        <w:t>— Я місяць з того реготу плакав! Поплач і ти! Для науки!</w:t>
      </w:r>
    </w:p>
    <w:p>
      <w:r>
        <w:br/>
        <w:t>Цілий місяць професор з посемейством ходив до Тат'а банитись у ванні.</w:t>
      </w:r>
    </w:p>
    <w:p>
      <w:r>
        <w:br/>
        <w:t>Епілог</w:t>
      </w:r>
    </w:p>
    <w:p>
      <w:r>
        <w:br/>
        <w:t>Пташенята виросли і вибилися на справжніх дорослих морських птахів — чайокреготунів, що важно ходили серед численного птаства орнітологічного відділу столичного зоосаду.</w:t>
      </w:r>
    </w:p>
    <w:p>
      <w:r>
        <w:br/>
        <w:t>І як колинебудь Тат, Мем і чарівна дівчинка, відвідуючи зоосад, підходили до ставка, де на березі гордо проходжалося водоплавне птаство, — чайкиреготуни махали крилами й реготалися:</w:t>
      </w:r>
    </w:p>
    <w:p>
      <w:r>
        <w:br/>
        <w:t>— Хахахаха! Хахахаха!</w:t>
      </w:r>
    </w:p>
    <w:p>
      <w:r>
        <w:br/>
        <w:t>Вони насміхалися з гідроорнітологічного посемейства, пригадуючи свою подоріж од Азовського моря до столиці…</w:t>
      </w:r>
    </w:p>
    <w:p>
      <w:r>
        <w:br/>
        <w:t>Післяслово</w:t>
      </w:r>
    </w:p>
    <w:p>
      <w:r>
        <w:br/>
        <w:t>А де ж роман, що його автор обіцяв у вступі? Слухайте:</w:t>
      </w:r>
    </w:p>
    <w:p>
      <w:r>
        <w:br/>
        <w:t>Чайка-реготун, "вона", полюбила чайку-реготуна, "його". Чарівна дівчинка виросла і, мріючи про генерал-лейтенанта, покохала лейтенанта. Тат і Мем — посивіли.</w:t>
      </w:r>
    </w:p>
    <w:p>
      <w:r>
        <w:br/>
        <w:t>Вони часто й густо згадували свою молодість, свої гідроорнітологічні і мисливські експедиції і зморшки на їхніх лицях розгладжувалися.</w:t>
      </w:r>
    </w:p>
    <w:p>
      <w:r>
        <w:br/>
        <w:t>Мем, дивлячись повним любові поглядом на Тат'а, ніжно говорила:</w:t>
      </w:r>
    </w:p>
    <w:p>
      <w:r>
        <w:br/>
        <w:t>— Дорогенький мій! А чому ж ти не випив сьогодні риб'ячого жиру? І діуретіну не пив!</w:t>
      </w:r>
    </w:p>
    <w:p>
      <w:r>
        <w:br/>
        <w:t>Тат сумносумно дивився на Мем, і скільки ж туги й страждання було в очах у його!</w:t>
      </w:r>
    </w:p>
    <w:p>
      <w:r>
        <w:br/>
        <w:t>Він не промовляв, а проридував:</w:t>
      </w:r>
    </w:p>
    <w:p>
      <w:r>
        <w:br/>
        <w:t>— А скільки ж у тому риб'ячому жирі градусів, моя крихітко?! А діуретін хіба закуска?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Реготуни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