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Реквієм</w:t>
      </w:r>
    </w:p>
    <w:p>
      <w:r>
        <w:br/>
        <w:t xml:space="preserve"> Анна Ахматова (1889 — 1966)&lt;br /&gt;</w:t>
        <w:br/>
        <w:t>Реквієм</w:t>
      </w:r>
    </w:p>
    <w:p>
      <w:r>
        <w:br/>
        <w:t>Ні, не під чужинним небозводом&lt;br /&gt;</w:t>
        <w:br/>
        <w:t>Вирієм я тішила судьбу —&lt;br /&gt;</w:t>
        <w:br/>
        <w:t>Я тоді, була з своїм народом.&lt;br /&gt;</w:t>
        <w:br/>
        <w:t>Там, де мій народ, на лихо, був.&lt;br /&gt;</w:t>
        <w:br/>
        <w:t>1961</w:t>
      </w:r>
    </w:p>
    <w:p>
      <w:r>
        <w:br/>
        <w:t>Замість передмови</w:t>
      </w:r>
    </w:p>
    <w:p>
      <w:r>
        <w:br/>
        <w:t>У страхітливі роки єжовщини я простояла сімнадцять місяців&lt;br /&gt;</w:t>
        <w:br/>
        <w:t>у в'язничних чергах у Ленінграді. Одного разу хтось "упізнав"&lt;br /&gt;</w:t>
        <w:br/>
        <w:t>мене. Тоді жінка з голубими губами, яка стояла за мною і яка,&lt;br /&gt;</w:t>
        <w:br/>
        <w:t>звісно, ніколи в житті не чула мого імені, спам'яталася від заці-&lt;br /&gt;</w:t>
        <w:br/>
        <w:t>пеніння, що ним усі ми були скуті, і запитала мене на вухо (там&lt;br /&gt;</w:t>
        <w:br/>
        <w:t>усі розмовляли пошепки):&lt;br /&gt;</w:t>
        <w:br/>
        <w:t>— А це ви можете описати?&lt;br /&gt;</w:t>
        <w:br/>
        <w:t>I я сказала:&lt;br /&gt;</w:t>
        <w:br/>
        <w:t>— Можу.&lt;br /&gt;</w:t>
        <w:br/>
        <w:t>Тоді щось схоже на посмішку промайнуло тим, що колись&lt;br /&gt;</w:t>
        <w:br/>
        <w:t>було її обличчям.&lt;br /&gt;</w:t>
        <w:br/>
        <w:t>1 квітня 1957 р.&lt;br /&gt;</w:t>
        <w:br/>
        <w:t>Ленінград</w:t>
      </w:r>
    </w:p>
    <w:p>
      <w:r>
        <w:br/>
        <w:t>Посвята</w:t>
      </w:r>
    </w:p>
    <w:p>
      <w:r>
        <w:br/>
        <w:t>У такому горі никнуть гори,&lt;br /&gt;</w:t>
        <w:br/>
        <w:t>Кам'яніє тікищем ріка.&lt;br /&gt;</w:t>
        <w:br/>
        <w:t>Незворушні лиш в'язниць затвори,&lt;br /&gt;</w:t>
        <w:br/>
        <w:t>Поза ними "каторжанські нори"&lt;br /&gt;</w:t>
        <w:br/>
        <w:t>I журба, як смерть, гірка.&lt;br /&gt;</w:t>
        <w:br/>
        <w:t>Ще для когось, може, віє легіт.&lt;br /&gt;</w:t>
        <w:br/>
        <w:t>Ніжне сонце за Неву спада —&lt;br /&gt;</w:t>
        <w:br/>
        <w:t>Ми не знаєм, будневі підлеглі,&lt;br /&gt;</w:t>
        <w:br/>
        <w:t>Чуєм лиш ключів іржавий скрегіт&lt;br /&gt;</w:t>
        <w:br/>
        <w:t>Та важкий, державний крок солдат.&lt;br /&gt;</w:t>
        <w:br/>
        <w:t>Дзвонять нам заутрені зловіщі.&lt;br /&gt;</w:t>
        <w:br/>
        <w:t>Брук столичний одичів, знімів.&lt;br /&gt;</w:t>
        <w:br/>
        <w:t>Збіжимось — мерці од нас живіші!&lt;br /&gt;</w:t>
        <w:br/>
        <w:t>Сонце низько, та Нева у вічі&lt;br /&gt;</w:t>
        <w:br/>
        <w:t>Зблискує надією в імлі.&lt;br /&gt;</w:t>
        <w:br/>
        <w:t>Врешті — вирок... Сльози рятували:&lt;br /&gt;</w:t>
        <w:br/>
        <w:t>Назавжди відрізнена од всіх,&lt;br /&gt;</w:t>
        <w:br/>
        <w:t>Мов на площі — навзнак — зґвалтували,&lt;br /&gt;</w:t>
        <w:br/>
        <w:t>Пси у підворітні недорвали, —&lt;br /&gt;</w:t>
        <w:br/>
        <w:t>Йдеш, немов сновида... В мертвий світ...&lt;br /&gt;</w:t>
        <w:br/>
        <w:t>Де тепер сестриці безталанні&lt;br /&gt;</w:t>
        <w:br/>
        <w:t>Двох моїх осатанілих літ?&lt;br /&gt;</w:t>
        <w:br/>
        <w:t>Сніг сибірський, може, їм востаннє&lt;br /&gt;</w:t>
        <w:br/>
        <w:t>Шелестить з-під місяця й не тане?&lt;br /&gt;</w:t>
        <w:br/>
        <w:t>Всім їм шлю прощальний свій привіт.&lt;br /&gt;</w:t>
        <w:br/>
        <w:t>Березень 1940 р.</w:t>
      </w:r>
    </w:p>
    <w:p>
      <w:r>
        <w:br/>
        <w:t>Вступ</w:t>
      </w:r>
    </w:p>
    <w:p>
      <w:r>
        <w:br/>
        <w:t>Це було в ті часи, як всміхався&lt;br /&gt;</w:t>
        <w:br/>
        <w:t>Тільки мрець: розквитався — і рад.&lt;br /&gt;</w:t>
        <w:br/>
        <w:t>Наче зайвий доважок, гойдався&lt;br /&gt;</w:t>
        <w:br/>
        <w:t>При в'язницях своїх Ленінград.&lt;br /&gt;</w:t>
        <w:br/>
        <w:t>А коли, одурілі від муки,&lt;br /&gt;</w:t>
        <w:br/>
        <w:t>Уже ткалися в'язнів полки,&lt;br /&gt;</w:t>
        <w:br/>
        <w:t>Їм уривчасту пісню розлуки&lt;br /&gt;</w:t>
        <w:br/>
        <w:t>Паровозні ридали гудки.&lt;br /&gt;</w:t>
        <w:br/>
        <w:t>Зорі смерті стояли над нами,&lt;br /&gt;</w:t>
        <w:br/>
        <w:t>I безвинна судомилась Русь&lt;br /&gt;</w:t>
        <w:br/>
        <w:t>Під кривавими каблуками&lt;br /&gt;</w:t>
        <w:br/>
        <w:t>I під шинами чорних "марусь".</w:t>
      </w:r>
    </w:p>
    <w:p>
      <w:r>
        <w:br/>
        <w:t>I</w:t>
      </w:r>
    </w:p>
    <w:p>
      <w:r>
        <w:br/>
        <w:t>Забирали тебе на світанку,&lt;br /&gt;</w:t>
        <w:br/>
        <w:t>Мов на цвинтар, тебе провела.&lt;br /&gt;</w:t>
        <w:br/>
        <w:t>Плачуть діти тобі наостанку.&lt;br /&gt;</w:t>
        <w:br/>
        <w:t>На божниці свіча опливла.&lt;br /&gt;</w:t>
        <w:br/>
        <w:t>На устах твоїх — крига ікони,&lt;br /&gt;</w:t>
        <w:br/>
        <w:t>Смертний піт на чолі... Смертна мить...&lt;br /&gt;</w:t>
        <w:br/>
        <w:t>Як стрілецькі знеславлені жони,&lt;br /&gt;</w:t>
        <w:br/>
        <w:t>Під Кремлем буду вити і вить!&lt;br /&gt;</w:t>
        <w:br/>
        <w:t>[Листопад] 1935 р., Москва</w:t>
      </w:r>
    </w:p>
    <w:p>
      <w:r>
        <w:br/>
        <w:t>II</w:t>
      </w:r>
    </w:p>
    <w:p>
      <w:r>
        <w:br/>
        <w:t>Тихо плине тихий Дін,&lt;br /&gt;</w:t>
        <w:br/>
        <w:t>Жовтий місяць входить в дім.&lt;br /&gt;</w:t>
        <w:br/>
        <w:t>Входить в шапці набакир.&lt;br /&gt;</w:t>
        <w:br/>
        <w:t>Хлібний місяць, лютий мир.&lt;br /&gt;</w:t>
        <w:br/>
        <w:t>В домі — голод і пітьма.&lt;br /&gt;</w:t>
        <w:br/>
        <w:t>Хвора жінка в нім. Сама.&lt;br /&gt;</w:t>
        <w:br/>
        <w:t>Мужа вбито. Син в тюрмі.&lt;br /&gt;</w:t>
        <w:br/>
        <w:t>Хто заплаче по мені?&lt;br /&gt;</w:t>
        <w:br/>
        <w:t>(1938)</w:t>
      </w:r>
    </w:p>
    <w:p>
      <w:r>
        <w:br/>
        <w:t>III</w:t>
      </w:r>
    </w:p>
    <w:p>
      <w:r>
        <w:br/>
        <w:t>Ні, не я, це за мене хтось інший страждає,&lt;br /&gt;</w:t>
        <w:br/>
        <w:t>Я б так не могла, а лицедійство&lt;br /&gt;</w:t>
        <w:br/>
        <w:t>Хай запинала чорні заступлять.&lt;br /&gt;</w:t>
        <w:br/>
        <w:t>I хай винесуть ліхтарі...&lt;br /&gt;</w:t>
        <w:br/>
        <w:t>Ніч.&lt;br /&gt;</w:t>
        <w:br/>
        <w:t>(1939)</w:t>
      </w:r>
    </w:p>
    <w:p>
      <w:r>
        <w:br/>
        <w:t>IV</w:t>
      </w:r>
    </w:p>
    <w:p>
      <w:r>
        <w:br/>
        <w:t>Уявити б тобі, насмішнице,&lt;br /&gt;</w:t>
        <w:br/>
        <w:t>Чарівнице в своїм гурті,&lt;br /&gt;</w:t>
        <w:br/>
        <w:t>Царськосільська весела грішнице,&lt;br /&gt;</w:t>
        <w:br/>
        <w:t>Що тобі судилось в житті —&lt;br /&gt;</w:t>
        <w:br/>
        <w:t>Під Хрестами, із передачею,&lt;br /&gt;</w:t>
        <w:br/>
        <w:t>Дням і чергам втративши лік,&lt;br /&gt;</w:t>
        <w:br/>
        <w:t>I твоєю сльозою гарячою&lt;br /&gt;</w:t>
        <w:br/>
        <w:t>Новорічний скипається лід.&lt;br /&gt;</w:t>
        <w:br/>
        <w:t>Осокір в'язничний гойдається,&lt;br /&gt;</w:t>
        <w:br/>
        <w:t>Ні шелесне, а скільки там&lt;br /&gt;</w:t>
        <w:br/>
        <w:t>Безневинних доль обривається...&lt;br /&gt;</w:t>
        <w:br/>
        <w:t>(1938)</w:t>
      </w:r>
    </w:p>
    <w:p>
      <w:r>
        <w:br/>
        <w:t>V</w:t>
      </w:r>
    </w:p>
    <w:p>
      <w:r>
        <w:br/>
        <w:t>Сімнадцять місяців молю,&lt;br /&gt;</w:t>
        <w:br/>
        <w:t>Чекаю без надій,&lt;br /&gt;</w:t>
        <w:br/>
        <w:t>Але не знає кат жалю,&lt;br /&gt;</w:t>
        <w:br/>
        <w:t>Жаданий сину мій.&lt;br /&gt;</w:t>
        <w:br/>
        <w:t>Все переплуталось навік,&lt;br /&gt;</w:t>
        <w:br/>
        <w:t>Не тямлю білий світ,&lt;br /&gt;</w:t>
        <w:br/>
        <w:t>Хто звір у нім, хто чоловік,&lt;br /&gt;</w:t>
        <w:br/>
        <w:t>Коли мій смертний звіт.&lt;br /&gt;</w:t>
        <w:br/>
        <w:t>Лиш квіти, як цвіли, цвітуть.&lt;br /&gt;</w:t>
        <w:br/>
        <w:t>Кадильний подзвін. I ведуть&lt;br /&gt;</w:t>
        <w:br/>
        <w:t>У небуття сліди.&lt;br /&gt;</w:t>
        <w:br/>
        <w:t>Пече в зіниці і зорить&lt;br /&gt;</w:t>
        <w:br/>
        <w:t>Зловісний знак мені згори&lt;br /&gt;</w:t>
        <w:br/>
        <w:t>Великої звізди.&lt;br /&gt;</w:t>
        <w:br/>
        <w:t>(1939)</w:t>
      </w:r>
    </w:p>
    <w:p>
      <w:r>
        <w:br/>
        <w:t>VI</w:t>
      </w:r>
    </w:p>
    <w:p>
      <w:r>
        <w:br/>
        <w:t>Тижні плинуть перебіглі,&lt;br /&gt;</w:t>
        <w:br/>
        <w:t>Що стряслося, не збагну.&lt;br /&gt;</w:t>
        <w:br/>
        <w:t>Синку, як тобі в тюрму&lt;br /&gt;</w:t>
        <w:br/>
        <w:t>Надивлялись ночі білі,&lt;br /&gt;</w:t>
        <w:br/>
        <w:t>Все ще цідяться ущерть&lt;br /&gt;</w:t>
        <w:br/>
        <w:t>Вірлим оком і жорстоким&lt;br /&gt;</w:t>
        <w:br/>
        <w:t>Над твоїм хрестом високим&lt;br /&gt;</w:t>
        <w:br/>
        <w:t>I нашіптують про смерть.&lt;br /&gt;</w:t>
        <w:br/>
        <w:t>Весна 1939 р.</w:t>
      </w:r>
    </w:p>
    <w:p>
      <w:r>
        <w:br/>
        <w:t>VII&lt;br /&gt;</w:t>
        <w:br/>
        <w:t>Вирок</w:t>
      </w:r>
    </w:p>
    <w:p>
      <w:r>
        <w:br/>
        <w:t>I діждала слова кам'яного,&lt;br /&gt;</w:t>
        <w:br/>
        <w:t>Придавило груди, ще живі.&lt;br /&gt;</w:t>
        <w:br/>
        <w:t>Що ж, була готова я до всього,&lt;br /&gt;</w:t>
        <w:br/>
        <w:t>Здужаю і владу слів.&lt;br /&gt;</w:t>
        <w:br/>
        <w:t>Нині в мене днина клопітлива:&lt;br /&gt;</w:t>
        <w:br/>
        <w:t>Треба вбити пам'ять і любов,&lt;br /&gt;</w:t>
        <w:br/>
        <w:t>Треба, щоб душа закам'яніла,&lt;br /&gt;</w:t>
        <w:br/>
        <w:t>Треба вивчитися жити знов.&lt;br /&gt;</w:t>
        <w:br/>
        <w:t>Що ж бо інше? Літо палко шепче,&lt;br /&gt;</w:t>
        <w:br/>
        <w:t>Ніби свято за вікном гуде.&lt;br /&gt;</w:t>
        <w:br/>
        <w:t>Здавна я передчувала все це —&lt;br /&gt;</w:t>
        <w:br/>
        <w:t>Дім осиротілий, світлий день.&lt;br /&gt;</w:t>
        <w:br/>
        <w:t>[22 червня] 1939 р.,&lt;br /&gt;</w:t>
        <w:br/>
        <w:t>Фонтанний Дім</w:t>
      </w:r>
    </w:p>
    <w:p>
      <w:r>
        <w:br/>
        <w:t>VIII&lt;br /&gt;</w:t>
        <w:br/>
        <w:t>До смерті</w:t>
      </w:r>
    </w:p>
    <w:p>
      <w:r>
        <w:br/>
        <w:t>Ти ж неминуче прийдеш — чом би й не тепер&lt;br /&gt;</w:t>
        <w:br/>
        <w:t>Зарадити в страшній годині?&lt;br /&gt;</w:t>
        <w:br/>
        <w:t>Чекаю. Двері навстіж. I вогонь помер.&lt;br /&gt;</w:t>
        <w:br/>
        <w:t>Тобі що варт, простій і дивній,&lt;br /&gt;</w:t>
        <w:br/>
        <w:t>Личину будь-яку нацупити? Прийди,&lt;br /&gt;</w:t>
        <w:br/>
        <w:t>Ввірвись отруєним снарядом,&lt;br /&gt;</w:t>
        <w:br/>
        <w:t>Чи з гиркою підстережи, немов бандит,&lt;br /&gt;</w:t>
        <w:br/>
        <w:t>Чи задуши тифозним чадом.&lt;br /&gt;</w:t>
        <w:br/>
        <w:t>Чи милу казку вигадай собі,&lt;br /&gt;</w:t>
        <w:br/>
        <w:t>Майстриня, вправна в словоблудді, —&lt;br /&gt;</w:t>
        <w:br/>
        <w:t>Бодай околиші побачу голубі&lt;br /&gt;</w:t>
        <w:br/>
        <w:t>Й до смерті переляканих кербудів.&lt;br /&gt;</w:t>
        <w:br/>
        <w:t>Мені вже все дарма. Клубочить Єнісей.&lt;br /&gt;</w:t>
        <w:br/>
        <w:t>Вгорі Північна зірка сяє.&lt;br /&gt;</w:t>
        <w:br/>
        <w:t>I синій виблиск люблених очей&lt;br /&gt;</w:t>
        <w:br/>
        <w:t>Останнім жахом застилає.&lt;br /&gt;</w:t>
        <w:br/>
        <w:t>19 серпня 1939 р.,&lt;br /&gt;</w:t>
        <w:br/>
        <w:t>Фонтанний Дім</w:t>
      </w:r>
    </w:p>
    <w:p>
      <w:r>
        <w:br/>
        <w:t>IX</w:t>
      </w:r>
    </w:p>
    <w:p>
      <w:r>
        <w:br/>
        <w:t>Вже чорне безуму крило&lt;br /&gt;</w:t>
        <w:br/>
        <w:t>Душі вгорнуло половину,&lt;br /&gt;</w:t>
        <w:br/>
        <w:t>Вогненне ллє мені вино&lt;br /&gt;</w:t>
        <w:br/>
        <w:t>I в чорну зваблює долину.&lt;br /&gt;</w:t>
        <w:br/>
        <w:t>I я збагнула: переміг,&lt;br /&gt;</w:t>
        <w:br/>
        <w:t>Йому я поступитись мушу,&lt;br /&gt;</w:t>
        <w:br/>
        <w:t>Хоч безум наче вже й не мій,&lt;br /&gt;</w:t>
        <w:br/>
        <w:t>Але мою конає душу.&lt;br /&gt;</w:t>
        <w:br/>
        <w:t>В собі ні крихітки свого&lt;br /&gt;</w:t>
        <w:br/>
        <w:t>Не дасть мені він врятувати&lt;br /&gt;</w:t>
        <w:br/>
        <w:t>(Намарне впрохувать його,&lt;br /&gt;</w:t>
        <w:br/>
        <w:t>На милосердя уповати):&lt;br /&gt;</w:t>
        <w:br/>
        <w:t>Ні синову страшну сльозу,&lt;br /&gt;</w:t>
        <w:br/>
        <w:t>Що випекла мені зіниці,&lt;br /&gt;</w:t>
        <w:br/>
        <w:t>Ні день, який наслав грозу,&lt;br /&gt;</w:t>
        <w:br/>
        <w:t>Ні мить побачення в в'язниці,&lt;br /&gt;</w:t>
        <w:br/>
        <w:t>Ні прохолоду любих рук,&lt;br /&gt;</w:t>
        <w:br/>
        <w:t>Ані розхвильні тіні липи,&lt;br /&gt;</w:t>
        <w:br/>
        <w:t>Ні лагідний далекий звук —&lt;br /&gt;</w:t>
        <w:br/>
        <w:t>Останні передсмертні схлипи.&lt;br /&gt;</w:t>
        <w:br/>
        <w:t>4 травня 1940 р.</w:t>
      </w:r>
    </w:p>
    <w:p>
      <w:r>
        <w:br/>
        <w:t>Розп'яття</w:t>
      </w:r>
    </w:p>
    <w:p>
      <w:r>
        <w:br/>
        <w:t>Не ридай Мене, Мати,&lt;br /&gt;</w:t>
        <w:br/>
        <w:t>во гробе зрящи...</w:t>
      </w:r>
    </w:p>
    <w:p>
      <w:r>
        <w:br/>
        <w:t>1</w:t>
      </w:r>
    </w:p>
    <w:p>
      <w:r>
        <w:br/>
        <w:t>Хор янгольський великий час возславив,&lt;br /&gt;</w:t>
        <w:br/>
        <w:t>Небесна твердь отверзлася вогнем.&lt;br /&gt;</w:t>
        <w:br/>
        <w:t>Вітцю сказав: "Пощо Мене зоставив?!"&lt;br /&gt;</w:t>
        <w:br/>
        <w:t>А матері: "О, не ридай Мене..."</w:t>
      </w:r>
    </w:p>
    <w:p>
      <w:r>
        <w:br/>
        <w:t>2</w:t>
      </w:r>
    </w:p>
    <w:p>
      <w:r>
        <w:br/>
        <w:t>Магдалина билася, ридала,&lt;br /&gt;</w:t>
        <w:br/>
        <w:t>Любий учень в горі кам'янів,&lt;br /&gt;</w:t>
        <w:br/>
        <w:t>Лиш на Матір, що, німа, стояла,&lt;br /&gt;</w:t>
        <w:br/>
        <w:t>Аніхто поглянути не смів.</w:t>
      </w:r>
    </w:p>
    <w:p>
      <w:r>
        <w:br/>
        <w:t>Епілог</w:t>
      </w:r>
    </w:p>
    <w:p>
      <w:r>
        <w:br/>
        <w:t>1</w:t>
      </w:r>
    </w:p>
    <w:p>
      <w:r>
        <w:br/>
        <w:t>Пізнала все: які спадають лиця,&lt;br /&gt;</w:t>
        <w:br/>
        <w:t>Який з-під вік тече липучий страх,&lt;br /&gt;</w:t>
        <w:br/>
        <w:t>Які страшні, незгойні запеклися&lt;br /&gt;</w:t>
        <w:br/>
        <w:t>Клинописи страждання на щоках,&lt;br /&gt;</w:t>
        <w:br/>
        <w:t>Який вівсяні і смолисті скроні&lt;br /&gt;</w:t>
        <w:br/>
        <w:t>Зненацька осипає срібний сніг,&lt;br /&gt;</w:t>
        <w:br/>
        <w:t>Догідно кривляться вуста безкровні,&lt;br /&gt;</w:t>
        <w:br/>
        <w:t>Пересипає страх сухенький сміх.&lt;br /&gt;</w:t>
        <w:br/>
        <w:t>Не милосердя лиш собі одній,&lt;br /&gt;</w:t>
        <w:br/>
        <w:t>Для всіх благаю, хто стояв зі мною&lt;br /&gt;</w:t>
        <w:br/>
        <w:t>Під люті стужі і в липневі дні&lt;br /&gt;</w:t>
        <w:br/>
        <w:t>Під красною осліплою стіною.</w:t>
      </w:r>
    </w:p>
    <w:p>
      <w:r>
        <w:br/>
        <w:t>2</w:t>
      </w:r>
    </w:p>
    <w:p>
      <w:r>
        <w:br/>
        <w:t>Надходить урочий для помину час.&lt;br /&gt;</w:t>
        <w:br/>
        <w:t>Я бачу, я чую, вчуваю всіх вас:&lt;br /&gt;</w:t>
        <w:br/>
        <w:t>I ту, що надсилу до кватирки тяглась.&lt;br /&gt;</w:t>
        <w:br/>
        <w:t>I ту, що недовго топтатиме ряст,&lt;br /&gt;</w:t>
        <w:br/>
        <w:t>I ту, що легеньким волоссям — як дим —&lt;br /&gt;</w:t>
        <w:br/>
        <w:t>Стріпнула: "Ходжу, як додому, сюди!"&lt;br /&gt;</w:t>
        <w:br/>
        <w:t>Хотіла б згадати я всі імена,&lt;br /&gt;</w:t>
        <w:br/>
        <w:t>Та віднято список, а де він — хто зна?&lt;br /&gt;</w:t>
        <w:br/>
        <w:t>Широкий покровець зіткала я всім&lt;br /&gt;</w:t>
        <w:br/>
        <w:t>Із бідних, у них же підслуханих слів.&lt;br /&gt;</w:t>
        <w:br/>
        <w:t>Про них пам'ятатиму всюди й завжди,&lt;br /&gt;</w:t>
        <w:br/>
        <w:t>Якої б мені не приспіло біди.&lt;br /&gt;</w:t>
        <w:br/>
        <w:t>Коли ж мені стиснуть змордований рот,&lt;br /&gt;</w:t>
        <w:br/>
        <w:t>Яким прокричав стомільйонний народ,&lt;br /&gt;</w:t>
        <w:br/>
        <w:t>Хтось, може, нівроку, згадає мене,&lt;br /&gt;</w:t>
        <w:br/>
        <w:t>На проводи тихо мене пом'яне.&lt;br /&gt;</w:t>
        <w:br/>
        <w:t>Якщо ж у вітчизні, у нашій, трудній,&lt;br /&gt;</w:t>
        <w:br/>
        <w:t>Поставити пам'ятник схочуть мені,&lt;br /&gt;</w:t>
        <w:br/>
        <w:t>Я згодна, але заповіту мого&lt;br /&gt;</w:t>
        <w:br/>
        <w:t>Не руште: край моря не ставте його,&lt;br /&gt;</w:t>
        <w:br/>
        <w:t>Де я народилась, де сонце й пісок:&lt;br /&gt;</w:t>
        <w:br/>
        <w:t>Останній урвався із морем зв'язок,&lt;br /&gt;</w:t>
        <w:br/>
        <w:t>Ні в царськім саду, при таємному пні,&lt;br /&gt;</w:t>
        <w:br/>
        <w:t>Де постать дівоча ще мріє мені,&lt;br /&gt;</w:t>
        <w:br/>
        <w:t>Поставте ось тут, де я триста годин&lt;br /&gt;</w:t>
        <w:br/>
        <w:t>Стояла — й замок не відкривсь ні один.&lt;br /&gt;</w:t>
        <w:br/>
        <w:t>Ось тут, бо і в смерті спасенній боюсь&lt;br /&gt;</w:t>
        <w:br/>
        <w:t>Забути про гуркіт зловісних "марусь",&lt;br /&gt;</w:t>
        <w:br/>
        <w:t>Про двері, розчахнуті нагло у двір,&lt;br /&gt;</w:t>
        <w:br/>
        <w:t>Про жінку, що вила, мов ранений звір.&lt;br /&gt;</w:t>
        <w:br/>
        <w:t>Нехай мені з бронзових мертвих повік,&lt;br /&gt;</w:t>
        <w:br/>
        <w:t>Як сльози, підталий покрапує сніг,&lt;br /&gt;</w:t>
        <w:br/>
        <w:t>I голуб в'язничний туркоче в імлі,&lt;br /&gt;</w:t>
        <w:br/>
        <w:t>I тихо Невою ідуть кораблі.&lt;br /&gt;</w:t>
        <w:br/>
        <w:t>(1940)</w:t>
      </w:r>
    </w:p>
    <w:p>
      <w:r>
        <w:br/>
        <w:t>Переклад Володимир Золотовітер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Реквієм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