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Руслан і Людмила</w:t>
      </w:r>
    </w:p>
    <w:p>
      <w:r>
        <w:br/>
        <w:t xml:space="preserve"> Руслан і Людмила.&lt;br /&gt;</w:t>
        <w:br/>
        <w:t>Поема.</w:t>
      </w:r>
    </w:p>
    <w:p>
      <w:r>
        <w:br/>
        <w:t>Присвята</w:t>
      </w:r>
    </w:p>
    <w:p>
      <w:r>
        <w:br/>
        <w:t>Для вас, очей моїх цариці,&lt;br /&gt;</w:t>
        <w:br/>
        <w:t>Красуні, я лише для вас&lt;br /&gt;</w:t>
        <w:br/>
        <w:t>Подій минулих небилиці&lt;br /&gt;</w:t>
        <w:br/>
        <w:t>У золотий дозвільний час,&lt;br /&gt;</w:t>
        <w:br/>
        <w:t>Під шепіт давнини пестливий,&lt;br /&gt;</w:t>
        <w:br/>
        <w:t>Рукою вірною списав;&lt;br /&gt;</w:t>
        <w:br/>
        <w:t>Прийміть же твір мій жартівливий!&lt;br /&gt;</w:t>
        <w:br/>
        <w:t>Хвали собі я не шукав,&lt;br /&gt;</w:t>
        <w:br/>
        <w:t>Та мрія у душі не тане,&lt;br /&gt;</w:t>
        <w:br/>
        <w:t>Що, може, діва крадькома&lt;br /&gt;</w:t>
        <w:br/>
        <w:t>На грішні ці пісні погляне,&lt;br /&gt;</w:t>
        <w:br/>
        <w:t>Любові сповнена сама.</w:t>
      </w:r>
    </w:p>
    <w:p>
      <w:r>
        <w:br/>
        <w:t>Край лукомор'я дуб зелений,&lt;br /&gt;</w:t>
        <w:br/>
        <w:t>І золотий ланцюг на нім:&lt;br /&gt;</w:t>
        <w:br/>
        <w:t>Щодня, щоночі кіт учений&lt;br /&gt;</w:t>
        <w:br/>
        <w:t>На ланцюгу кружляє тім;&lt;br /&gt;</w:t>
        <w:br/>
        <w:t>Іде праворуч — спів заводить,&lt;br /&gt;</w:t>
        <w:br/>
        <w:t>Ліворуч — казку повіда.</w:t>
      </w:r>
    </w:p>
    <w:p>
      <w:r>
        <w:br/>
        <w:t>Дива там: лісовик там бродить,&lt;br /&gt;</w:t>
        <w:br/>
        <w:t>В гіллі русалка спить бліда;&lt;br /&gt;</w:t>
        <w:br/>
        <w:t>На невідомих там доріжках&lt;br /&gt;</w:t>
        <w:br/>
        <w:t>Сліди нечуваних страхіть;&lt;br /&gt;</w:t>
        <w:br/>
        <w:t>Там хатка на куриних ніжках&lt;br /&gt;</w:t>
        <w:br/>
        <w:t>Без вікон, без дверей стоїть;&lt;br /&gt;</w:t>
        <w:br/>
        <w:t>В примарах там ліси й долини;&lt;br /&gt;</w:t>
        <w:br/>
        <w:t>Там на світанні хвиля лине&lt;br /&gt;</w:t>
        <w:br/>
        <w:t>На берег дикий пісковий,&lt;br /&gt;</w:t>
        <w:br/>
        <w:t>І тридцять витязів чудових&lt;br /&gt;</w:t>
        <w:br/>
        <w:t>Із хвиль виходять смарагдових,&lt;br /&gt;</w:t>
        <w:br/>
        <w:t>Та ще й дозорець їх морський;&lt;br /&gt;</w:t>
        <w:br/>
        <w:t>Там королевич мимоходом&lt;br /&gt;</w:t>
        <w:br/>
        <w:t>Полонить грізного царя;&lt;br /&gt;</w:t>
        <w:br/>
        <w:t>Там серед хмар перед народом&lt;br /&gt;</w:t>
        <w:br/>
        <w:t>Через ліси, через моря&lt;br /&gt;</w:t>
        <w:br/>
        <w:t>Чаклун несе богатиря;&lt;br /&gt;</w:t>
        <w:br/>
        <w:t>В темниці там царівна тужить,&lt;br /&gt;</w:t>
        <w:br/>
        <w:t>А бурий вовк їй вірно служить;&lt;br /&gt;</w:t>
        <w:br/>
        <w:t>З Ягою ступа там бреде,&lt;br /&gt;</w:t>
        <w:br/>
        <w:t>Вперед сама собою йде;&lt;br /&gt;</w:t>
        <w:br/>
        <w:t>Там цар Кащей над злотом чахне;&lt;br /&gt;</w:t>
        <w:br/>
        <w:t>Там руський дух... Там Руссю пахне!&lt;br /&gt;</w:t>
        <w:br/>
        <w:t>І я там був, і мед я пив;&lt;br /&gt;</w:t>
        <w:br/>
        <w:t>Край моря бачив дуб зелений;&lt;br /&gt;</w:t>
        <w:br/>
        <w:t>Під ним сидів, і кіт учений&lt;br /&gt;</w:t>
        <w:br/>
        <w:t>Своїх казок мене учив.&lt;br /&gt;</w:t>
        <w:br/>
        <w:t>Одну згадав я: добрі люди,&lt;br /&gt;</w:t>
        <w:br/>
        <w:t>Нехай для вас ця казка буде.</w:t>
      </w:r>
    </w:p>
    <w:p>
      <w:r>
        <w:br/>
        <w:t>Пісня перша&lt;br /&gt;</w:t>
        <w:br/>
        <w:t>Діла давно минулих днів,&lt;br /&gt;</w:t>
        <w:br/>
        <w:t>Казки старовини глухої.</w:t>
      </w:r>
    </w:p>
    <w:p>
      <w:r>
        <w:br/>
        <w:t>Веселих друзів і синів&lt;br /&gt;</w:t>
        <w:br/>
        <w:t>Посеред гридниці ясної&lt;br /&gt;</w:t>
        <w:br/>
        <w:t>Князь Володимир частував;&lt;br /&gt;</w:t>
        <w:br/>
        <w:t>Дочку найменшу видавав&lt;br /&gt;</w:t>
        <w:br/>
        <w:t>Він за хороброго Руслана,&lt;br /&gt;</w:t>
        <w:br/>
        <w:t>І мед із кованого жбана&lt;br /&gt;</w:t>
        <w:br/>
        <w:t>За їх здоров'я випивав.&lt;br /&gt;</w:t>
        <w:br/>
        <w:t>Не скоро їли предки наші,&lt;br /&gt;</w:t>
        <w:br/>
        <w:t>Не скоро за гучним столом&lt;br /&gt;</w:t>
        <w:br/>
        <w:t>Ходили келихи та чаші&lt;br /&gt;</w:t>
        <w:br/>
        <w:t>З кипучим пивом та вином.&lt;br /&gt;</w:t>
        <w:br/>
        <w:t>Вони серця всім веселили,&lt;br /&gt;</w:t>
        <w:br/>
        <w:t>Шипіли пінистим питтям,&lt;br /&gt;</w:t>
        <w:br/>
        <w:t>Їх важно чашники носили&lt;br /&gt;</w:t>
        <w:br/>
        <w:t>І низько кланялись гостям.</w:t>
      </w:r>
    </w:p>
    <w:p>
      <w:r>
        <w:br/>
        <w:t>Злилися речі в шум неясний;&lt;br /&gt;</w:t>
        <w:br/>
        <w:t>Гуде гостей веселий рій;&lt;br /&gt;</w:t>
        <w:br/>
        <w:t>Враз голос чується прекрасний,&lt;br /&gt;</w:t>
        <w:br/>
        <w:t>І гусел перебір дзвінкий;&lt;br /&gt;</w:t>
        <w:br/>
        <w:t>Всі стихли, слухають Баяна:&lt;br /&gt;</w:t>
        <w:br/>
        <w:t>І славить піснею співець&lt;br /&gt;</w:t>
        <w:br/>
        <w:t>Красу-Людмилу та Руслана&lt;br /&gt;</w:t>
        <w:br/>
        <w:t>І Лелем звитий їм вінець.</w:t>
      </w:r>
    </w:p>
    <w:p>
      <w:r>
        <w:br/>
        <w:t>Вогнем жадання оповитий,&lt;br /&gt;</w:t>
        <w:br/>
        <w:t>Руслан не може їсти й пити;&lt;br /&gt;</w:t>
        <w:br/>
        <w:t>На друга любого зорить,&lt;br /&gt;</w:t>
        <w:br/>
        <w:t>Зітхає, сердиться, горить,&lt;br /&gt;</w:t>
        <w:br/>
        <w:t>Щипає вуса з хвилювання&lt;br /&gt;</w:t>
        <w:br/>
        <w:t>І лічить кожну мить чекання.&lt;br /&gt;</w:t>
        <w:br/>
        <w:t>Зажурені, з смутним чолом,&lt;br /&gt;</w:t>
        <w:br/>
        <w:t>За гомінким сидять столом&lt;br /&gt;</w:t>
        <w:br/>
        <w:t>Три витязі на цім весіллі;&lt;br /&gt;</w:t>
        <w:br/>
        <w:t>Німують за ковшем пустим,&lt;br /&gt;</w:t>
        <w:br/>
        <w:t>Чарки забули спорожнілі,&lt;br /&gt;</w:t>
        <w:br/>
        <w:t>Наїдки неприємні їм;&lt;br /&gt;</w:t>
        <w:br/>
        <w:t>Не чують віщого Баяна,&lt;br /&gt;</w:t>
        <w:br/>
        <w:t>Ніщо їх тут не веселить:&lt;br /&gt;</w:t>
        <w:br/>
        <w:t>То три суперники Руслана,&lt;br /&gt;</w:t>
        <w:br/>
        <w:t>Що в серці кожен мимохіть&lt;br /&gt;</w:t>
        <w:br/>
        <w:t>Любов і ненависть таїть.&lt;br /&gt;</w:t>
        <w:br/>
        <w:t>Один — Рогдай, вояк суворий,&lt;br /&gt;</w:t>
        <w:br/>
        <w:t>Що розширяв мечем простори&lt;br /&gt;</w:t>
        <w:br/>
        <w:t>Розкішних київських полів;&lt;br /&gt;</w:t>
        <w:br/>
        <w:t>За ним — Фарлаф, крикун порожній,&lt;br /&gt;</w:t>
        <w:br/>
        <w:t>На бенкетах непереможний,&lt;br /&gt;</w:t>
        <w:br/>
        <w:t>Та воїн скромний між мечів;&lt;br /&gt;</w:t>
        <w:br/>
        <w:t>Останній з них — подібний бурі,&lt;br /&gt;</w:t>
        <w:br/>
        <w:t>Хазарський юний хан Ратмір.&lt;br /&gt;</w:t>
        <w:br/>
        <w:t>Бліді всі троє і похмурі,&lt;br /&gt;</w:t>
        <w:br/>
        <w:t>І їм чужий бенкетний вир.</w:t>
      </w:r>
    </w:p>
    <w:p>
      <w:r>
        <w:br/>
        <w:t>Ось і кінець; ідуть юрбою,&lt;br /&gt;</w:t>
        <w:br/>
        <w:t>Безладною і гомінкою,&lt;br /&gt;</w:t>
        <w:br/>
        <w:t>І дивляться на молодих, —&lt;br /&gt;</w:t>
        <w:br/>
        <w:t>Як наречена коло столу&lt;br /&gt;</w:t>
        <w:br/>
        <w:t>Спустила сумно очі долу,&lt;br /&gt;</w:t>
        <w:br/>
        <w:t>І сяє радісний жених.&lt;br /&gt;</w:t>
        <w:br/>
        <w:t>Та обняли природу чари,&lt;br /&gt;</w:t>
        <w:br/>
        <w:t>І тіні півночі встають;&lt;br /&gt;</w:t>
        <w:br/>
        <w:t>Від меду сонні вкрай бояри&lt;br /&gt;</w:t>
        <w:br/>
        <w:t>З поклонами додому йдуть.&lt;br /&gt;</w:t>
        <w:br/>
        <w:t>А молодий, з жаги сп'янілий,&lt;br /&gt;</w:t>
        <w:br/>
        <w:t>В уяві пестить образ милий,&lt;br /&gt;</w:t>
        <w:br/>
        <w:t>Що в ніжній чистоті розцвів.&lt;br /&gt;</w:t>
        <w:br/>
        <w:t>Та князь в сумнім замилуванні&lt;br /&gt;</w:t>
        <w:br/>
        <w:t>Прекрасну пару в час прощання&lt;br /&gt;</w:t>
        <w:br/>
        <w:t>На шлюбну ніч благословив.</w:t>
      </w:r>
    </w:p>
    <w:p>
      <w:r>
        <w:br/>
        <w:t>От наречену соромливу&lt;br /&gt;</w:t>
        <w:br/>
        <w:t>Ведуть на постіль із шовків;&lt;br /&gt;</w:t>
        <w:br/>
        <w:t>Огні погасли... Лель пестливо&lt;br /&gt;</w:t>
        <w:br/>
        <w:t>Нічну лампаду засвітив.&lt;br /&gt;</w:t>
        <w:br/>
        <w:t>Здійснились любі сподівання&lt;br /&gt;</w:t>
        <w:br/>
        <w:t>В обіймах приязної тьми;&lt;br /&gt;</w:t>
        <w:br/>
        <w:t>Ревниве падає убрання&lt;br /&gt;</w:t>
        <w:br/>
        <w:t>На цареградські килими...&lt;br /&gt;</w:t>
        <w:br/>
        <w:t>Чи чуєте ви звабний шепіт&lt;br /&gt;</w:t>
        <w:br/>
        <w:t>І звук цілунків запальних,&lt;br /&gt;</w:t>
        <w:br/>
        <w:t>І мовчазний останній трепет&lt;br /&gt;</w:t>
        <w:br/>
        <w:t>Пручань несміливих?.. Жених&lt;br /&gt;</w:t>
        <w:br/>
        <w:t>Блаженство відчува зарані;&lt;br /&gt;</w:t>
        <w:br/>
        <w:t>Вже ось воно... Та з хмар нічних&lt;br /&gt;</w:t>
        <w:br/>
        <w:t>Ударив грім; огонь в тумані,&lt;br /&gt;</w:t>
        <w:br/>
        <w:t>Лампада гасне, дим летить,&lt;br /&gt;</w:t>
        <w:br/>
        <w:t>Усе померкло, все тремтить,&lt;br /&gt;</w:t>
        <w:br/>
        <w:t>І завмира душа в Руслані...&lt;br /&gt;</w:t>
        <w:br/>
        <w:t>Все змовкло. В грізній тишині&lt;br /&gt;</w:t>
        <w:br/>
        <w:t>Почувся двічі крик таємний,&lt;br /&gt;</w:t>
        <w:br/>
        <w:t>І хтось у млистій далині&lt;br /&gt;</w:t>
        <w:br/>
        <w:t>Здійнявся, наче привид темний...&lt;br /&gt;</w:t>
        <w:br/>
        <w:t>І от порожній терем знов;&lt;br /&gt;</w:t>
        <w:br/>
        <w:t>У жениха хвилює кров,&lt;br /&gt;</w:t>
        <w:br/>
        <w:t>І піт з лиця його стікає;&lt;br /&gt;</w:t>
        <w:br/>
        <w:t>І тремтячи, мов навісний,&lt;br /&gt;</w:t>
        <w:br/>
        <w:t>Питає морок він нічний...&lt;br /&gt;</w:t>
        <w:br/>
        <w:t>0 горе: подруги немає!&lt;br /&gt;</w:t>
        <w:br/>
        <w:t>Схопив повітря сам не свій;&lt;br /&gt;</w:t>
        <w:br/>
        <w:t>Людмилу десь у млі густій&lt;br /&gt;</w:t>
        <w:br/>
        <w:t>Таємна сила обіймає.</w:t>
      </w:r>
    </w:p>
    <w:p>
      <w:r>
        <w:br/>
        <w:t>Ах, серце змучене щемить,&lt;br /&gt;</w:t>
        <w:br/>
        <w:t>Коли кохають нещасливо;&lt;br /&gt;</w:t>
        <w:br/>
        <w:t>Хоч так і сумно, друзі, жить,&lt;br /&gt;</w:t>
        <w:br/>
        <w:t>Одначе жити ще можливо.&lt;br /&gt;</w:t>
        <w:br/>
        <w:t>Та після довгих літ сумних&lt;br /&gt;</w:t>
        <w:br/>
        <w:t>Обнять закохану дружину,&lt;br /&gt;</w:t>
        <w:br/>
        <w:t>Предмет бажань і сліз гірких,&lt;br /&gt;</w:t>
        <w:br/>
        <w:t>І раптом подругу хвилинну&lt;br /&gt;</w:t>
        <w:br/>
        <w:t>Навіки втратить... о, брати,&lt;br /&gt;</w:t>
        <w:br/>
        <w:t>Вже краще б смерть собі знайти!</w:t>
      </w:r>
    </w:p>
    <w:p>
      <w:r>
        <w:br/>
        <w:t>Проте живе Руслан нещасний.&lt;br /&gt;</w:t>
        <w:br/>
        <w:t>Та що великий князь повів?&lt;br /&gt;</w:t>
        <w:br/>
        <w:t>Запавши в розпач непогасний,&lt;br /&gt;</w:t>
        <w:br/>
        <w:t>На зятя обернувши гнів,&lt;br /&gt;</w:t>
        <w:br/>
        <w:t>Його він і двірських скликає:&lt;br /&gt;</w:t>
        <w:br/>
        <w:t>"Де, де Людмила?" — князь питає&lt;br /&gt;</w:t>
        <w:br/>
        <w:t>З чолом розпаленим, жахним.&lt;br /&gt;</w:t>
        <w:br/>
        <w:t>Руслан не чує. "Друзі, діти!&lt;br /&gt;</w:t>
        <w:br/>
        <w:t>О, як мені це пережити? —&lt;br /&gt;</w:t>
        <w:br/>
        <w:t>Над горем згляньтесь ви моїм!&lt;br /&gt;</w:t>
        <w:br/>
        <w:t>Скажіть, хто згоден без вагання&lt;br /&gt;</w:t>
        <w:br/>
        <w:t>Шукать дочку, її знайти?&lt;br /&gt;</w:t>
        <w:br/>
        <w:t>Кому по силі це завдання,&lt;br /&gt;</w:t>
        <w:br/>
        <w:t>Тому — злочиннику, тремти!&lt;br /&gt;</w:t>
        <w:br/>
        <w:t>Не міг дружини вберегти! —&lt;br /&gt;</w:t>
        <w:br/>
        <w:t>Її віддам я по заслузі&lt;br /&gt;</w:t>
        <w:br/>
        <w:t>З півцарством прадідів моїх.&lt;br /&gt;</w:t>
        <w:br/>
        <w:t>Хто ж обізветься, діти, друзі?.."&lt;br /&gt;</w:t>
        <w:br/>
        <w:t>"Я!" — вимовив сумний жених.&lt;br /&gt;</w:t>
        <w:br/>
        <w:t>"Я! Я! — гукнули із Рогдаєм&lt;br /&gt;</w:t>
        <w:br/>
        <w:t>Фарлаф і радісний Ратмір: —&lt;br /&gt;</w:t>
        <w:br/>
        <w:t>Ми зараз коней осідлаєм;&lt;br /&gt;</w:t>
        <w:br/>
        <w:t>Об'їздим світ увесь, повір.&lt;br /&gt;</w:t>
        <w:br/>
        <w:t>Не бійся довгої розлуки,&lt;br /&gt;</w:t>
        <w:br/>
        <w:t>Не плач по донечці своїй".&lt;br /&gt;</w:t>
        <w:br/>
        <w:t>І ось в подяці мовчазній&lt;br /&gt;</w:t>
        <w:br/>
        <w:t>Старий їм простягає руки,&lt;br /&gt;</w:t>
        <w:br/>
        <w:t>І сльози капають з-під вій.</w:t>
      </w:r>
    </w:p>
    <w:p>
      <w:r>
        <w:br/>
        <w:t>Всі четверо ідуть у сумі;&lt;br /&gt;</w:t>
        <w:br/>
        <w:t>Руслан, мов смерть, блідий з лиця:&lt;br /&gt;</w:t>
        <w:br/>
        <w:t>Про втрачену кохану думи&lt;br /&gt;</w:t>
        <w:br/>
        <w:t>Його терзають без кінця.&lt;br /&gt;</w:t>
        <w:br/>
        <w:t>На огирів баских сідають,&lt;br /&gt;</w:t>
        <w:br/>
        <w:t>Понад Дніпром щасливим мають,&lt;br /&gt;</w:t>
        <w:br/>
        <w:t>Летять в хвилястому пилу;&lt;br /&gt;</w:t>
        <w:br/>
        <w:t>Уже сховалися в імлу;&lt;br /&gt;</w:t>
        <w:br/>
        <w:t>Вже зникли вершники хоробрі...&lt;br /&gt;</w:t>
        <w:br/>
        <w:t>Та довго, довго ще зорить&lt;br /&gt;</w:t>
        <w:br/>
        <w:t>Великий князь в порожній обрій&lt;br /&gt;</w:t>
        <w:br/>
        <w:t>І вслід їм думкою летить.</w:t>
      </w:r>
    </w:p>
    <w:p>
      <w:r>
        <w:br/>
        <w:t>Руслан журився у мовчанні,&lt;br /&gt;</w:t>
        <w:br/>
        <w:t>Без дум, без пам'яті, без слів.&lt;br /&gt;</w:t>
        <w:br/>
        <w:t>Бундючно, в пишному убранні,&lt;br /&gt;</w:t>
        <w:br/>
        <w:t>У боки взявшися, сидів&lt;br /&gt;</w:t>
        <w:br/>
        <w:t>Фарлаф на огирі буланім.&lt;br /&gt;</w:t>
        <w:br/>
        <w:t>Він каже: "Знов, брати мої,&lt;br /&gt;</w:t>
        <w:br/>
        <w:t>Я в вільні вирвався краї!&lt;br /&gt;</w:t>
        <w:br/>
        <w:t>Чи скоро з велетнем поганим&lt;br /&gt;</w:t>
        <w:br/>
        <w:t>Зійдусь я?.. Кров почне текти,&lt;br /&gt;</w:t>
        <w:br/>
        <w:t>І покажу я подвиг ратний!&lt;br /&gt;</w:t>
        <w:br/>
        <w:t>Гей, коню мій, прудкіш лети,&lt;br /&gt;</w:t>
        <w:br/>
        <w:t>Гей, погуляй, мій меч булатний!"</w:t>
      </w:r>
    </w:p>
    <w:p>
      <w:r>
        <w:br/>
        <w:t>Хазарський хан в своїх думках&lt;br /&gt;</w:t>
        <w:br/>
        <w:t>Уже Людмилу обіймає&lt;br /&gt;</w:t>
        <w:br/>
        <w:t>І мов танцює в стременах;&lt;br /&gt;</w:t>
        <w:br/>
        <w:t>Кров молода у ньому грає,&lt;br /&gt;</w:t>
        <w:br/>
        <w:t>Горить. В очах огонь надій:&lt;br /&gt;</w:t>
        <w:br/>
        <w:t>То скаче він, мов сам не свій,&lt;br /&gt;</w:t>
        <w:br/>
        <w:t>То бистрого коня дратує,&lt;br /&gt;</w:t>
        <w:br/>
        <w:t>То ставить дибки скакуна,&lt;br /&gt;</w:t>
        <w:br/>
        <w:t>То знову в гори мчить-басує.</w:t>
      </w:r>
    </w:p>
    <w:p>
      <w:r>
        <w:br/>
        <w:t>Рогдай мовчить, — сумний простує...&lt;br /&gt;</w:t>
        <w:br/>
        <w:t>Своєї долі він не зна,&lt;br /&gt;</w:t>
        <w:br/>
        <w:t>Та, з марних ревнощів журливий,&lt;br /&gt;</w:t>
        <w:br/>
        <w:t>Хвилюється найбільше він,&lt;br /&gt;</w:t>
        <w:br/>
        <w:t>І часто погляд свій жахливий&lt;br /&gt;</w:t>
        <w:br/>
        <w:t>За князем кида навздогін.</w:t>
      </w:r>
    </w:p>
    <w:p>
      <w:r>
        <w:br/>
        <w:t>Суперники летять на конях&lt;br /&gt;</w:t>
        <w:br/>
        <w:t>Вже цілий день одним шляхом.&lt;br /&gt;</w:t>
        <w:br/>
        <w:t>Темніє берег в оболонях;&lt;br /&gt;</w:t>
        <w:br/>
        <w:t>Зі сходу встала тінь кругом;&lt;br /&gt;</w:t>
        <w:br/>
        <w:t>Тумани над Дніпром глибоким;&lt;br /&gt;</w:t>
        <w:br/>
        <w:t>Пора вже коням одпочить.&lt;br /&gt;</w:t>
        <w:br/>
        <w:t>Враз бачать: під горбом високим&lt;br /&gt;</w:t>
        <w:br/>
        <w:t>Шлях перехресний майорить.&lt;br /&gt;</w:t>
        <w:br/>
        <w:t>"Пора! Роз'їдьмося по полю,&lt;br /&gt;</w:t>
        <w:br/>
        <w:t>Де зустрічі незнані ждуть".&lt;br /&gt;</w:t>
        <w:br/>
        <w:t>І кожен кінь, почувши волю,&lt;br /&gt;</w:t>
        <w:br/>
        <w:t>Обрав для себе дальшу путь.</w:t>
      </w:r>
    </w:p>
    <w:p>
      <w:r>
        <w:br/>
        <w:t>Що ти, Руслане нещасливий,&lt;br /&gt;</w:t>
        <w:br/>
        <w:t>В пустельній робиш тишині?&lt;br /&gt;</w:t>
        <w:br/>
        <w:t>Людмилу, шлюбу день жахливий —&lt;br /&gt;</w:t>
        <w:br/>
        <w:t>Все бачив ніби ти вві сні.&lt;br /&gt;</w:t>
        <w:br/>
        <w:t>Насунув ти шолом на брови,&lt;br /&gt;</w:t>
        <w:br/>
        <w:t>Повіддя опустив шовкове,&lt;br /&gt;</w:t>
        <w:br/>
        <w:t>По стежці їдеш польовій,&lt;br /&gt;</w:t>
        <w:br/>
        <w:t>І звільна у душі твоїй&lt;br /&gt;</w:t>
        <w:br/>
        <w:t>Надія гасне, віра гине.</w:t>
      </w:r>
    </w:p>
    <w:p>
      <w:r>
        <w:br/>
        <w:t>Аж ось печера старовинна;&lt;br /&gt;</w:t>
        <w:br/>
        <w:t>В печері світло. Він мерщій&lt;br /&gt;</w:t>
        <w:br/>
        <w:t>Ввіходить під склепіння тьмяне,&lt;br /&gt;</w:t>
        <w:br/>
        <w:t>Прапращурам, напевно, знане.&lt;br /&gt;</w:t>
        <w:br/>
        <w:t>Що ж бачить витязь наш сумний?&lt;br /&gt;</w:t>
        <w:br/>
        <w:t>В печері дід; він вид ясний&lt;br /&gt;</w:t>
        <w:br/>
        <w:t>І бороду сивезну має;&lt;br /&gt;</w:t>
        <w:br/>
        <w:t>Лампада перед ним горить;&lt;br /&gt;</w:t>
        <w:br/>
        <w:t>При книзі він старій сидить&lt;br /&gt;</w:t>
        <w:br/>
        <w:t>І пильно книгу ту читає.&lt;br /&gt;</w:t>
        <w:br/>
        <w:t>"Заходь, мій сину, відпочинь! —&lt;br /&gt;</w:t>
        <w:br/>
        <w:t>Сказав він з усміхом Руслану: —&lt;br /&gt;</w:t>
        <w:br/>
        <w:t>Вже двадцять років тут один&lt;br /&gt;</w:t>
        <w:br/>
        <w:t>У млі свого життя я в'яну;&lt;br /&gt;</w:t>
        <w:br/>
        <w:t>Та врешті надійшов той день,&lt;br /&gt;</w:t>
        <w:br/>
        <w:t>Що я передбачав зарані.&lt;br /&gt;</w:t>
        <w:br/>
        <w:t>Звела нас доля наостанні;&lt;br /&gt;</w:t>
        <w:br/>
        <w:t>Сідай і вислухай лишень.&lt;br /&gt;</w:t>
        <w:br/>
        <w:t>Руслане, втратив ти Людмилу;&lt;br /&gt;</w:t>
        <w:br/>
        <w:t>Твій дух твердий вже губить силу;&lt;br /&gt;</w:t>
        <w:br/>
        <w:t>Та скоро лихо це промчить;&lt;br /&gt;</w:t>
        <w:br/>
        <w:t>Настигло зло тебе на мить.&lt;br /&gt;</w:t>
        <w:br/>
        <w:t>І що б пізніш тебе не стріло,&lt;br /&gt;</w:t>
        <w:br/>
        <w:t>Іди на все, надію май;&lt;br /&gt;</w:t>
        <w:br/>
        <w:t>Вперед! грудьми й мечем ти сміло&lt;br /&gt;</w:t>
        <w:br/>
        <w:t>Свій шлях на північ пробивай.</w:t>
      </w:r>
    </w:p>
    <w:p>
      <w:r>
        <w:br/>
        <w:t>Руслане, знай: твій кривдник лютий –&lt;br /&gt;</w:t>
        <w:br/>
        <w:t>Це Чорномор, чаклун страшний,&lt;br /&gt;</w:t>
        <w:br/>
        <w:t>Крадій дівчат, як здавна чути,&lt;br /&gt;</w:t>
        <w:br/>
        <w:t>Володар півночі гірський.&lt;br /&gt;</w:t>
        <w:br/>
        <w:t>Його палац хоч озирнути&lt;br /&gt;</w:t>
        <w:br/>
        <w:t>Не міг ще погляд анічий,&lt;br /&gt;</w:t>
        <w:br/>
        <w:t>Та ти, щоб скарб свій повернути,&lt;br /&gt;</w:t>
        <w:br/>
        <w:t>До нього прийдеш, і старий&lt;br /&gt;</w:t>
        <w:br/>
        <w:t>Від тебе згине лиходій.&lt;br /&gt;</w:t>
        <w:br/>
        <w:t>Більш не скажу тобі, доволі:&lt;br /&gt;</w:t>
        <w:br/>
        <w:t>Усе майбутнє, сину мій,&lt;br /&gt;</w:t>
        <w:br/>
        <w:t>Залежить од твоєї волі!"</w:t>
      </w:r>
    </w:p>
    <w:p>
      <w:r>
        <w:br/>
        <w:t>Наш витязь перед ним упав&lt;br /&gt;</w:t>
        <w:br/>
        <w:t>І з радощів цілує руку.&lt;br /&gt;</w:t>
        <w:br/>
        <w:t>Перед очима світ засяв,&lt;br /&gt;</w:t>
        <w:br/>
        <w:t>І серце вже забуло муку.&lt;br /&gt;</w:t>
        <w:br/>
        <w:t>Він знов ожив; та впала враз&lt;br /&gt;</w:t>
        <w:br/>
        <w:t>На душу розпачу хвилина...&lt;br /&gt;</w:t>
        <w:br/>
        <w:t>"Ясна твого жалю причина;&lt;br /&gt;</w:t>
        <w:br/>
        <w:t>Але твій сум розвіє час, —&lt;br /&gt;</w:t>
        <w:br/>
        <w:t>Сказав дідусь: — тебе жахає&lt;br /&gt;</w:t>
        <w:br/>
        <w:t>Любов старого чаклуна;&lt;br /&gt;</w:t>
        <w:br/>
        <w:t>Та знай: вона вже сил не має&lt;br /&gt;</w:t>
        <w:br/>
        <w:t>І діві юній не страшна.&lt;br /&gt;</w:t>
        <w:br/>
        <w:t>Він зорі зводить з небосхилу,&lt;br /&gt;</w:t>
        <w:br/>
        <w:t>Він свисне — місяць затремтить;&lt;br /&gt;</w:t>
        <w:br/>
        <w:t>Та біг часу не має сили&lt;br /&gt;</w:t>
        <w:br/>
        <w:t>Його наука зупинить.&lt;br /&gt;</w:t>
        <w:br/>
        <w:t>Ревнивий, злий охоронитель&lt;br /&gt;</w:t>
        <w:br/>
        <w:t>Тяжких замків своїх та брам,&lt;br /&gt;</w:t>
        <w:br/>
        <w:t>Він тільки немічний мучитель&lt;br /&gt;</w:t>
        <w:br/>
        <w:t>Своєї полонянки там.&lt;br /&gt;</w:t>
        <w:br/>
        <w:t>Він коло неї все блукає,&lt;br /&gt;</w:t>
        <w:br/>
        <w:t>Кляне він долю в злій журбі...&lt;br /&gt;</w:t>
        <w:br/>
        <w:t>Та день, мій витязю, минає,&lt;br /&gt;</w:t>
        <w:br/>
        <w:t>І відпочить пора тобі!"</w:t>
      </w:r>
    </w:p>
    <w:p>
      <w:r>
        <w:br/>
        <w:t>Руслан на мох м'який лягає&lt;br /&gt;</w:t>
        <w:br/>
        <w:t>Перед скупим огнем нічним,&lt;br /&gt;</w:t>
        <w:br/>
        <w:t>Заснути хоче сном міцним,&lt;br /&gt;</w:t>
        <w:br/>
        <w:t>Перевертається, зітхає...&lt;br /&gt;</w:t>
        <w:br/>
        <w:t>Даремно! Витязь в тишині:&lt;br /&gt;</w:t>
        <w:br/>
        <w:t>"Не спиться, батьку, щось мені!&lt;br /&gt;</w:t>
        <w:br/>
        <w:t>Що вдієш: хворий я душею,&lt;br /&gt;</w:t>
        <w:br/>
        <w:t>І сон не сон, так гірко жить.&lt;br /&gt;</w:t>
        <w:br/>
        <w:t>Дозволь же серце освіжить&lt;br /&gt;</w:t>
        <w:br/>
        <w:t>Святою мовою твоєю.&lt;br /&gt;</w:t>
        <w:br/>
        <w:t>Моє питання ти прости.&lt;br /&gt;</w:t>
        <w:br/>
        <w:t>Признайся: хто ти, благодійний,&lt;br /&gt;</w:t>
        <w:br/>
        <w:t>Моєї долі друг надійний?&lt;br /&gt;</w:t>
        <w:br/>
        <w:t>В пустелю як дістався ти?"</w:t>
      </w:r>
    </w:p>
    <w:p>
      <w:r>
        <w:br/>
        <w:t>Зітхнувши з усміхом печалі,&lt;br /&gt;</w:t>
        <w:br/>
        <w:t>Старий на те: "Живу один,&lt;br /&gt;</w:t>
        <w:br/>
        <w:t>Мій сину; забувать дедалі&lt;br /&gt;</w:t>
        <w:br/>
        <w:t>Став рідний край. Природний фіни,&lt;br /&gt;</w:t>
        <w:br/>
        <w:t>Серед безлюдної долини&lt;br /&gt;</w:t>
        <w:br/>
        <w:t>Ганяв я череду щоднини,&lt;br /&gt;</w:t>
        <w:br/>
        <w:t>І з юних літ я тільки знав&lt;br /&gt;</w:t>
        <w:br/>
        <w:t>Ліси дрімучі старовинні,&lt;br /&gt;</w:t>
        <w:br/>
        <w:t>Печери та струмки між трав,&lt;br /&gt;</w:t>
        <w:br/>
        <w:t>І злиднів забавки невинні.&lt;br /&gt;</w:t>
        <w:br/>
        <w:t>Та жити в тихій глушині&lt;br /&gt;</w:t>
        <w:br/>
        <w:t>Недовго довелось мені.</w:t>
      </w:r>
    </w:p>
    <w:p>
      <w:r>
        <w:br/>
        <w:t>Тоді близ нашої оселі,&lt;br /&gt;</w:t>
        <w:br/>
        <w:t>Немовби квіт серед пустелі,&lt;br /&gt;</w:t>
        <w:br/>
        <w:t>Жила Наїна. У краю&lt;br /&gt;</w:t>
        <w:br/>
        <w:t>Вона уславилась красою.&lt;br /&gt;</w:t>
        <w:br/>
        <w:t>От якось ранньою порою&lt;br /&gt;</w:t>
        <w:br/>
        <w:t>Я вигнав череду свою,&lt;br /&gt;</w:t>
        <w:br/>
        <w:t>На дудку граючи в долині;&lt;br /&gt;</w:t>
        <w:br/>
        <w:t>Шумів потік через лісок.&lt;br /&gt;</w:t>
        <w:br/>
        <w:t>Красуня в мрійній самотині&lt;br /&gt;</w:t>
        <w:br/>
        <w:t>На березі плела вінок.&lt;br /&gt;</w:t>
        <w:br/>
        <w:t>Прийшла рокована година...&lt;br /&gt;</w:t>
        <w:br/>
        <w:t>Ах, друже, то була Наїна!&lt;br /&gt;</w:t>
        <w:br/>
        <w:t>Я до красуні підійшов,&lt;br /&gt;</w:t>
        <w:br/>
        <w:t>Одним охоплений жаданням,&lt;br /&gt;</w:t>
        <w:br/>
        <w:t>І я спізнав тоді любов&lt;br /&gt;</w:t>
        <w:br/>
        <w:t>З її небесним раюванням,&lt;br /&gt;</w:t>
        <w:br/>
        <w:t>З її вогнем, що палить кров.</w:t>
      </w:r>
    </w:p>
    <w:p>
      <w:r>
        <w:br/>
        <w:t>Промчала року половина;&lt;br /&gt;</w:t>
        <w:br/>
        <w:t>Я, тремтячи, признався їй,&lt;br /&gt;</w:t>
        <w:br/>
        <w:t>Сказав: "Люблю тебе, Наїно".&lt;br /&gt;</w:t>
        <w:br/>
        <w:t>Але журливий голос мій&lt;br /&gt;</w:t>
        <w:br/>
        <w:t>Наїна з гордістю вчувала,&lt;br /&gt;</w:t>
        <w:br/>
        <w:t>Бо, бач, любила лиш себе,&lt;br /&gt;</w:t>
        <w:br/>
        <w:t>І байдуже вона сказала:&lt;br /&gt;</w:t>
        <w:br/>
        <w:t>"Пастуше, не люблю тебе!"</w:t>
      </w:r>
    </w:p>
    <w:p>
      <w:r>
        <w:br/>
        <w:t>І все мені похмурим стало:&lt;br /&gt;</w:t>
        <w:br/>
        <w:t>Діброва рідна, тінь кущів,&lt;br /&gt;</w:t>
        <w:br/>
        <w:t>Веселі ігри пастухів —&lt;br /&gt;</w:t>
        <w:br/>
        <w:t>Ніщо мене не утішало.&lt;br /&gt;</w:t>
        <w:br/>
        <w:t>У тузі серце сохло, в'яло.&lt;br /&gt;</w:t>
        <w:br/>
        <w:t>І от тоді надумав я&lt;br /&gt;</w:t>
        <w:br/>
        <w:t>Геть фінські кинути поля;&lt;br /&gt;</w:t>
        <w:br/>
        <w:t>Зібравши молодців ватагу,&lt;br /&gt;</w:t>
        <w:br/>
        <w:t>Морями в далечінь майнуть&lt;br /&gt;</w:t>
        <w:br/>
        <w:t>І славним подвигом здобуть&lt;br /&gt;</w:t>
        <w:br/>
        <w:t>Наїни гордої увагу.&lt;br /&gt;</w:t>
        <w:br/>
        <w:t>Морських рибалок я повів&lt;br /&gt;</w:t>
        <w:br/>
        <w:t>Шукати небезпек і злата.&lt;br /&gt;</w:t>
        <w:br/>
        <w:t>Уперше тихий край батьків&lt;br /&gt;</w:t>
        <w:br/>
        <w:t>Почув звитяжний звук булата&lt;br /&gt;</w:t>
        <w:br/>
        <w:t>І шум озброєних човнів.&lt;br /&gt;</w:t>
        <w:br/>
        <w:t>Полинув я, в надії милій,&lt;br /&gt;</w:t>
        <w:br/>
        <w:t>З юрбою смілих земляків;&lt;br /&gt;</w:t>
        <w:br/>
        <w:t>Ми десять літ сніги та хвилі&lt;br /&gt;</w:t>
        <w:br/>
        <w:t>Багрили кров'ю ворогів.&lt;br /&gt;</w:t>
        <w:br/>
        <w:t>І слава йшла про мене в світі:&lt;br /&gt;</w:t>
        <w:br/>
        <w:t>Царі боялись сил моїх,&lt;br /&gt;</w:t>
        <w:br/>
        <w:t>І вояки їх гордовиті&lt;br /&gt;</w:t>
        <w:br/>
        <w:t>Тікали од мечів страшних.&lt;br /&gt;</w:t>
        <w:br/>
        <w:t>Ми весело, ми грізно бились,&lt;br /&gt;</w:t>
        <w:br/>
        <w:t>Ділили дань країн чужих&lt;br /&gt;</w:t>
        <w:br/>
        <w:t>І з бранцями ми веселились&lt;br /&gt;</w:t>
        <w:br/>
        <w:t>Разом на бенкетах бучних.&lt;br /&gt;</w:t>
        <w:br/>
        <w:t>Та серце, сповнене Наїни,&lt;br /&gt;</w:t>
        <w:br/>
        <w:t>На бенкеті й серед боїв,&lt;br /&gt;</w:t>
        <w:br/>
        <w:t>В таємнім болі щогодини&lt;br /&gt;</w:t>
        <w:br/>
        <w:t>Шукало фінських берегів.&lt;br /&gt;</w:t>
        <w:br/>
        <w:t>Пора, сказав я, годі, друзі!&lt;br /&gt;</w:t>
        <w:br/>
        <w:t>Ходити досить у кольчузі,&lt;br /&gt;</w:t>
        <w:br/>
        <w:t>Спочинем у своїх краях.&lt;br /&gt;</w:t>
        <w:br/>
        <w:t>Сказав — і весла зашуміли;&lt;br /&gt;</w:t>
        <w:br/>
        <w:t>І, залишивши в морі страх,&lt;br /&gt;</w:t>
        <w:br/>
        <w:t>В отчизну, з вірою в очах,&lt;br /&gt;</w:t>
        <w:br/>
        <w:t>Ми гордо й радо прилетіли.</w:t>
      </w:r>
    </w:p>
    <w:p>
      <w:r>
        <w:br/>
        <w:t>Збулися мрії вогняні,&lt;br /&gt;</w:t>
        <w:br/>
        <w:t>Збулось затаєне бажання!&lt;br /&gt;</w:t>
        <w:br/>
        <w:t>Солодке, думав я, кохання,&lt;br /&gt;</w:t>
        <w:br/>
        <w:t>Як сонце, блиснуло мені!&lt;br /&gt;</w:t>
        <w:br/>
        <w:t>До ніг погордої Наїни&lt;br /&gt;</w:t>
        <w:br/>
        <w:t>Коралі, золото й перлини&lt;br /&gt;</w:t>
        <w:br/>
        <w:t>І меч кривавий я поклав;&lt;br /&gt;</w:t>
        <w:br/>
        <w:t>Як бранець, пройнятий жагою,&lt;br /&gt;</w:t>
        <w:br/>
        <w:t>Перед примхливою красою,&lt;br /&gt;</w:t>
        <w:br/>
        <w:t>У колі подруг я стояв,&lt;br /&gt;</w:t>
        <w:br/>
        <w:t>Від пристрасті немов шалений;&lt;br /&gt;</w:t>
        <w:br/>
        <w:t>Та відказала без жалю&lt;br /&gt;</w:t>
        <w:br/>
        <w:t>Вона, й не глянувши на мене:&lt;br /&gt;</w:t>
        <w:br/>
        <w:t>"Тебе, герою, не люблю!"</w:t>
      </w:r>
    </w:p>
    <w:p>
      <w:r>
        <w:br/>
        <w:t>Та що казати, сину мій,&lt;br /&gt;</w:t>
        <w:br/>
        <w:t>Коли вже більш немає сили?&lt;br /&gt;</w:t>
        <w:br/>
        <w:t>Ах, і тепер в пустелі цій,&lt;br /&gt;</w:t>
        <w:br/>
        <w:t>Заснувши серцем, край могили,&lt;br /&gt;</w:t>
        <w:br/>
        <w:t>Я лихо згадую, і враз,&lt;br /&gt;</w:t>
        <w:br/>
        <w:t>Як думка про старе заграє,&lt;br /&gt;</w:t>
        <w:br/>
        <w:t>По сивій бороді щораз&lt;br /&gt;</w:t>
        <w:br/>
        <w:t>Важка сльоза тоді стікає.</w:t>
      </w:r>
    </w:p>
    <w:p>
      <w:r>
        <w:br/>
        <w:t>Та знай: в землі батьків моїх,&lt;br /&gt;</w:t>
        <w:br/>
        <w:t>Серед рибалок мовчазних,&lt;br /&gt;</w:t>
        <w:br/>
        <w:t>Наука дивна процвітає.&lt;br /&gt;</w:t>
        <w:br/>
        <w:t>У млі страшної глушини,&lt;br /&gt;</w:t>
        <w:br/>
        <w:t>Серед лісів і серед тиші,&lt;br /&gt;</w:t>
        <w:br/>
        <w:t>Живуть там сиві чаклуни;&lt;br /&gt;</w:t>
        <w:br/>
        <w:t>Лише думкам про тайни вищі&lt;br /&gt;</w:t>
        <w:br/>
        <w:t>Себе присвячують вони;&lt;br /&gt;</w:t>
        <w:br/>
        <w:t>Все чує голос їх жахливий,&lt;br /&gt;</w:t>
        <w:br/>
        <w:t>Що вже було і буде знов,&lt;br /&gt;</w:t>
        <w:br/>
        <w:t>Підвладні волі їх правдивій&lt;br /&gt;</w:t>
        <w:br/>
        <w:t>І домовина і любов.</w:t>
      </w:r>
    </w:p>
    <w:p>
      <w:r>
        <w:br/>
        <w:t>І я, шукаючи кохання,&lt;br /&gt;</w:t>
        <w:br/>
        <w:t>У тузі вирішив востаннє&lt;br /&gt;</w:t>
        <w:br/>
        <w:t>Наїну чарами схилить&lt;br /&gt;</w:t>
        <w:br/>
        <w:t>І, научившись чаклування,&lt;br /&gt;</w:t>
        <w:br/>
        <w:t>Любов у серці запалить.&lt;br /&gt;</w:t>
        <w:br/>
        <w:t>І скерував свої я кроки&lt;br /&gt;</w:t>
        <w:br/>
        <w:t>В безлюдну темряву лісів;&lt;br /&gt;</w:t>
        <w:br/>
        <w:t>І там я вчився в чаклунів,&lt;br /&gt;</w:t>
        <w:br/>
        <w:t>Нечутно жив я цілі роки.&lt;br /&gt;</w:t>
        <w:br/>
        <w:t>Прийшла давно жадана мить,&lt;br /&gt;</w:t>
        <w:br/>
        <w:t>І тайни всесвіту глибокі&lt;br /&gt;</w:t>
        <w:br/>
        <w:t>Я встиг душею зрозуміть:&lt;br /&gt;</w:t>
        <w:br/>
        <w:t>Спізнав я силу чарування.&lt;br /&gt;</w:t>
        <w:br/>
        <w:t>Вінець чуттям, вінець бажанням!&lt;br /&gt;</w:t>
        <w:br/>
        <w:t>Тепер, Наїно, ти моя!&lt;br /&gt;</w:t>
        <w:br/>
        <w:t>Я переміг! — так думав я.&lt;br /&gt;</w:t>
        <w:br/>
        <w:t>Але насправді інша воля&lt;br /&gt;</w:t>
        <w:br/>
        <w:t>Перемогла — жорстока доля.</w:t>
      </w:r>
    </w:p>
    <w:p>
      <w:r>
        <w:br/>
        <w:t>В надії на палке чуття,&lt;br /&gt;</w:t>
        <w:br/>
        <w:t>У піалі дивного бажання,&lt;br /&gt;</w:t>
        <w:br/>
        <w:t>Роблю страшне я заклинання,&lt;br /&gt;</w:t>
        <w:br/>
        <w:t>Скликаю духів — і з борів&lt;br /&gt;</w:t>
        <w:br/>
        <w:t>Стріла летить, немов із хмари,&lt;br /&gt;</w:t>
        <w:br/>
        <w:t>І вихор чарівний завив,&lt;br /&gt;</w:t>
        <w:br/>
        <w:t>І суходіл застугонів...&lt;br /&gt;</w:t>
        <w:br/>
        <w:t>Я в ту хвилину очі звів —&lt;br /&gt;</w:t>
        <w:br/>
        <w:t>Сидить якась гидка примара,&lt;br /&gt;</w:t>
        <w:br/>
        <w:t>Горбата і страшна почвара,&lt;br /&gt;</w:t>
        <w:br/>
        <w:t>Трясеться вся, — на схилі днів&lt;br /&gt;</w:t>
        <w:br/>
        <w:t>Сумної старості картина!&lt;br /&gt;</w:t>
        <w:br/>
        <w:t>Ах, друже, то була Наїна!..&lt;br /&gt;</w:t>
        <w:br/>
        <w:t>І я жахнувся, і мовчав,&lt;br /&gt;</w:t>
        <w:br/>
        <w:t>Очима дивний привид міряв,&lt;br /&gt;</w:t>
        <w:br/>
        <w:t>У сумніві, я ще не вірив,&lt;br /&gt;</w:t>
        <w:br/>
        <w:t>І враз заплакав, закричав:&lt;br /&gt;</w:t>
        <w:br/>
        <w:t>"Це ти, Наїно, друже милий?&lt;br /&gt;</w:t>
        <w:br/>
        <w:t>Наїно, де твоя краса?&lt;br /&gt;</w:t>
        <w:br/>
        <w:t>Невже тебе так небеса,&lt;br /&gt;</w:t>
        <w:br/>
        <w:t>Жалю не маючи, змінили!&lt;br /&gt;</w:t>
        <w:br/>
        <w:t>Скажи, давно лишив я світ,&lt;br /&gt;</w:t>
        <w:br/>
        <w:t>Пішов незнаного шукати?&lt;br /&gt;</w:t>
        <w:br/>
        <w:t>Давно?" "Та рівно сорок літ. –&lt;br /&gt;</w:t>
        <w:br/>
        <w:t>Вона рекла мені в одвіт: —&lt;br /&gt;</w:t>
        <w:br/>
        <w:t>Вступила в рік я сімдесятий.&lt;br /&gt;</w:t>
        <w:br/>
        <w:t>Та що робить, — пищить вона, —&lt;br /&gt;</w:t>
        <w:br/>
        <w:t>Юрбою роки пролетіли,&lt;br /&gt;</w:t>
        <w:br/>
        <w:t>Пройшла моя, твоя весна —&lt;br /&gt;</w:t>
        <w:br/>
        <w:t>Обоє ми вже постаріли.&lt;br /&gt;</w:t>
        <w:br/>
        <w:t>Та, друже, слухай: не біда&lt;br /&gt;</w:t>
        <w:br/>
        <w:t>Легкої молодості втрата.&lt;br /&gt;</w:t>
        <w:br/>
        <w:t>Я, звісно, сива, вже не та,&lt;br /&gt;</w:t>
        <w:br/>
        <w:t>Можливо, трохи ще й горбата;&lt;br /&gt;</w:t>
        <w:br/>
        <w:t>Не те, що я колись була,&lt;br /&gt;</w:t>
        <w:br/>
        <w:t>І врода, певне, одцвіла;&lt;br /&gt;</w:t>
        <w:br/>
        <w:t>Зате я (додала базіка)&lt;br /&gt;</w:t>
        <w:br/>
        <w:t>Чаклунка, вір мені, велика!"</w:t>
      </w:r>
    </w:p>
    <w:p>
      <w:r>
        <w:br/>
        <w:t>І все було це справді так.&lt;br /&gt;</w:t>
        <w:br/>
        <w:t>Німий, недвижний перед нею,&lt;br /&gt;</w:t>
        <w:br/>
        <w:t>Дурний тоді я був дивак&lt;br /&gt;</w:t>
        <w:br/>
        <w:t>З моєю мудрістю всією.</w:t>
      </w:r>
    </w:p>
    <w:p>
      <w:r>
        <w:br/>
        <w:t>Та жах який: прийшла пора,&lt;br /&gt;</w:t>
        <w:br/>
        <w:t>Здійснилось марення шалене.&lt;br /&gt;</w:t>
        <w:br/>
        <w:t>Моя божественна мара&lt;br /&gt;</w:t>
        <w:br/>
        <w:t>Жагою зайнялась до мене.&lt;br /&gt;</w:t>
        <w:br/>
        <w:t>Скрививши в усмішку свій вид,&lt;br /&gt;</w:t>
        <w:br/>
        <w:t>Потвора занедбала стид&lt;br /&gt;</w:t>
        <w:br/>
        <w:t>І бурмотить слова кохання.&lt;br /&gt;</w:t>
        <w:br/>
        <w:t>Ти уяви моє страждання!&lt;br /&gt;</w:t>
        <w:br/>
        <w:t>Спустивши очі, я тремтів;&lt;br /&gt;</w:t>
        <w:br/>
        <w:t>Вона крізь кашель все звертала&lt;br /&gt;</w:t>
        <w:br/>
        <w:t>До пристрасних, безтямних слів:&lt;br /&gt;</w:t>
        <w:br/>
        <w:t>"Так, серце я тепер пізнала;&lt;br /&gt;</w:t>
        <w:br/>
        <w:t>Жадаю присвятить життя&lt;br /&gt;</w:t>
        <w:br/>
        <w:t>Я чарам ніжного чуття;&lt;br /&gt;</w:t>
        <w:br/>
        <w:t>Проснулось серце, я палаю,&lt;br /&gt;</w:t>
        <w:br/>
        <w:t>У пристраснім, палкім огні...&lt;br /&gt;</w:t>
        <w:br/>
        <w:t>Прийди в обійми запальні...&lt;br /&gt;</w:t>
        <w:br/>
        <w:t>О милий, милий! помираю..."</w:t>
      </w:r>
    </w:p>
    <w:p>
      <w:r>
        <w:br/>
        <w:t>Вона в цей час, Руслане мій,&lt;br /&gt;</w:t>
        <w:br/>
        <w:t>Моргала млосними очима —&lt;br /&gt;</w:t>
        <w:br/>
        <w:t>1 все за мій каптан старий&lt;br /&gt;</w:t>
        <w:br/>
        <w:t>Трималась пальцями худими;&lt;br /&gt;</w:t>
        <w:br/>
        <w:t>А я тим часом завмирав&lt;br /&gt;</w:t>
        <w:br/>
        <w:t>І жмурив очі, жаху повний;&lt;br /&gt;</w:t>
        <w:br/>
        <w:t>Одчай почувши невимовний,&lt;br /&gt;</w:t>
        <w:br/>
        <w:t>Утік — і страшно закричав.&lt;br /&gt;</w:t>
        <w:br/>
        <w:t>Вона услід: "О ти, негідний!&lt;br /&gt;</w:t>
        <w:br/>
        <w:t>Ти схвилював мій вік погідний,&lt;br /&gt;</w:t>
        <w:br/>
        <w:t>Мої ясні, невинні сни!&lt;br /&gt;</w:t>
        <w:br/>
        <w:t>Добивсь кохання ти Наїни,&lt;br /&gt;</w:t>
        <w:br/>
        <w:t>І зневажаєш — ось мужчини!&lt;br /&gt;</w:t>
        <w:br/>
        <w:t>Щоразу зраджують вони!&lt;br /&gt;</w:t>
        <w:br/>
        <w:t>Ну, що ж, сама себе вини;&lt;br /&gt;</w:t>
        <w:br/>
        <w:t>Привабив він мене, невинну!&lt;br /&gt;</w:t>
        <w:br/>
        <w:t>Я від свого кохання гину...&lt;br /&gt;</w:t>
        <w:br/>
        <w:t>Ганьба вам, зрадники, кати!&lt;br /&gt;</w:t>
        <w:br/>
        <w:t>Дівочий злодію, тремти!"</w:t>
      </w:r>
    </w:p>
    <w:p>
      <w:r>
        <w:br/>
        <w:t>Тепер на лоні самоти&lt;br /&gt;</w:t>
        <w:br/>
        <w:t>Живу з часу того страшного,&lt;br /&gt;</w:t>
        <w:br/>
        <w:t>В чуттях ошуканий своїх:&lt;br /&gt;</w:t>
        <w:br/>
        <w:t>Природа й мудрість для старого&lt;br /&gt;</w:t>
        <w:br/>
        <w:t>Тепер найкращі із утіх.&lt;br /&gt;</w:t>
        <w:br/>
        <w:t>Уже душа моя заснула:&lt;br /&gt;</w:t>
        <w:br/>
        <w:t>Та почуття своє п'янке&lt;br /&gt;</w:t>
        <w:br/>
        <w:t>Бабуся й досі не забула, —&lt;br /&gt;</w:t>
        <w:br/>
        <w:t>Кохання полум'я палке&lt;br /&gt;</w:t>
        <w:br/>
        <w:t>В злобу з досади обернула.&lt;br /&gt;</w:t>
        <w:br/>
        <w:t>Душею чорна і страшна,&lt;br /&gt;</w:t>
        <w:br/>
        <w:t>Тебе, мій витязю хоробрий,&lt;br /&gt;</w:t>
        <w:br/>
        <w:t>Також зненавидить вона;&lt;br /&gt;</w:t>
        <w:br/>
        <w:t>Та все на світі йде на добре".</w:t>
      </w:r>
    </w:p>
    <w:p>
      <w:r>
        <w:br/>
        <w:t>Наш витязь з розповіді був&lt;br /&gt;</w:t>
        <w:br/>
        <w:t>Схвильований до краю, очі&lt;br /&gt;</w:t>
        <w:br/>
        <w:t>Ні на хвилинку не зімкнув&lt;br /&gt;</w:t>
        <w:br/>
        <w:t>І тихого польоту ночі&lt;br /&gt;</w:t>
        <w:br/>
        <w:t>В глибокій думі не почув.&lt;br /&gt;</w:t>
        <w:br/>
        <w:t>Та вже палає день прекрасний...&lt;br /&gt;</w:t>
        <w:br/>
        <w:t>З сумним зітханням витязь&lt;br /&gt;</w:t>
        <w:br/>
        <w:t>красний&lt;br /&gt;</w:t>
        <w:br/>
        <w:t>Обняв старого чаклуна;&lt;br /&gt;</w:t>
        <w:br/>
        <w:t>Душа в надії порина;&lt;br /&gt;</w:t>
        <w:br/>
        <w:t>Виходить він. Ногами стиснув&lt;br /&gt;</w:t>
        <w:br/>
        <w:t>Руслан коня, і в даль жене;&lt;br /&gt;</w:t>
        <w:br/>
        <w:t>В сідлі оправився, присвиснув.&lt;br /&gt;</w:t>
        <w:br/>
        <w:t>"Мій батьку, пам'ятай мене".&lt;br /&gt;</w:t>
        <w:br/>
        <w:t>І мчиться по пустому лугу.&lt;br /&gt;</w:t>
        <w:br/>
        <w:t>А сивий дід своєму другу&lt;br /&gt;</w:t>
        <w:br/>
        <w:t>Кричить услід: "Щаслива путь!&lt;br /&gt;</w:t>
        <w:br/>
        <w:t>Дружину не давай в наругу,&lt;br /&gt;</w:t>
        <w:br/>
        <w:t>Порад старого не забудь!"</w:t>
      </w:r>
    </w:p>
    <w:p>
      <w:r>
        <w:br/>
        <w:t>Пісня друга</w:t>
      </w:r>
    </w:p>
    <w:p>
      <w:r>
        <w:br/>
        <w:t>Суперники в мистецтві бою,&lt;br /&gt;</w:t>
        <w:br/>
        <w:t>Не знайте миру ні на мить,&lt;br /&gt;</w:t>
        <w:br/>
        <w:t>Носіть гордливо вашу зброю&lt;br /&gt;</w:t>
        <w:br/>
        <w:t>І ворожнечею живіть!&lt;br /&gt;</w:t>
        <w:br/>
        <w:t>Хай перед вами світ німіє,&lt;br /&gt;</w:t>
        <w:br/>
        <w:t>Гучним дивується ділам:&lt;br /&gt;</w:t>
        <w:br/>
        <w:t>Ніхто-бо вас не пожаліє,&lt;br /&gt;</w:t>
        <w:br/>
        <w:t>Ніхто не перешкодить вам.&lt;br /&gt;</w:t>
        <w:br/>
        <w:t>Суперники другого роду,&lt;br /&gt;</w:t>
        <w:br/>
        <w:t>Ви, рицарі парнаських гір,&lt;br /&gt;</w:t>
        <w:br/>
        <w:t>Старайтесь не смішить народу&lt;br /&gt;</w:t>
        <w:br/>
        <w:t>Сварливим шумом ваших лір;&lt;br /&gt;</w:t>
        <w:br/>
        <w:t>У лайці будьте обережні.&lt;br /&gt;</w:t>
        <w:br/>
        <w:t>Та ви, коханці вогняні,&lt;br /&gt;</w:t>
        <w:br/>
        <w:t>Живіть у злагоді безмежній!&lt;br /&gt;</w:t>
        <w:br/>
        <w:t>Повірте, друзі, ви мені:&lt;br /&gt;</w:t>
        <w:br/>
        <w:t>Кому прекрасних дів кохання&lt;br /&gt;</w:t>
        <w:br/>
        <w:t>Послала сила неземна,&lt;br /&gt;</w:t>
        <w:br/>
        <w:t>Той буде милий до сконання;&lt;br /&gt;</w:t>
        <w:br/>
        <w:t>Злоба тут марна і смішна.</w:t>
      </w:r>
    </w:p>
    <w:p>
      <w:r>
        <w:br/>
        <w:t>Коли Рогдай неугамовний,&lt;br /&gt;</w:t>
        <w:br/>
        <w:t>В глухім передчутті, безмовний,&lt;br /&gt;</w:t>
        <w:br/>
        <w:t>Сам без суперників своїх,&lt;br /&gt;</w:t>
        <w:br/>
        <w:t>В безлюдну в'їхавши країну,&lt;br /&gt;</w:t>
        <w:br/>
        <w:t>Між нетрів мчався лісових,&lt;br /&gt;</w:t>
        <w:br/>
        <w:t>У думу вдавшися єдину, —&lt;br /&gt;</w:t>
        <w:br/>
        <w:t>Злий дух тривожив і труїв&lt;br /&gt;</w:t>
        <w:br/>
        <w:t>Його смутну, тужливу душу.&lt;br /&gt;</w:t>
        <w:br/>
        <w:t>Похмурий витязь шепотів:&lt;br /&gt;</w:t>
        <w:br/>
        <w:t>"Уб'ю!., всі перепони зрушу...&lt;br /&gt;</w:t>
        <w:br/>
        <w:t>Руслане!., взнаєш ти мене...&lt;br /&gt;</w:t>
        <w:br/>
        <w:t>Тепер-то дівчина поплаче..."&lt;br /&gt;</w:t>
        <w:br/>
        <w:t>І раптом він коня жене,&lt;br /&gt;</w:t>
        <w:br/>
        <w:t>Звернув назад і чвалом скаче.</w:t>
      </w:r>
    </w:p>
    <w:p>
      <w:r>
        <w:br/>
        <w:t>Фарлаф у полі серед трав&lt;br /&gt;</w:t>
        <w:br/>
        <w:t>До ранку солодко дрімав;&lt;br /&gt;</w:t>
        <w:br/>
        <w:t>Уставши ж, у яснім промінні,&lt;br /&gt;</w:t>
        <w:br/>
        <w:t>Щоб силу духа покріпить,&lt;br /&gt;</w:t>
        <w:br/>
        <w:t>Біля струмка у самотині&lt;br /&gt;</w:t>
        <w:br/>
        <w:t>Любенько їсти сів та пить.&lt;br /&gt;</w:t>
        <w:br/>
        <w:t>Аж ось він бачить: хтось у полі,&lt;br /&gt;</w:t>
        <w:br/>
        <w:t>Неначе вихор той, летить;&lt;br /&gt;</w:t>
        <w:br/>
        <w:t>Злякавшися страшної долі,&lt;br /&gt;</w:t>
        <w:br/>
        <w:t>Фарлаф покинув свій обід,&lt;br /&gt;</w:t>
        <w:br/>
        <w:t>Шолом, крицевий спис, кольчугу,&lt;br /&gt;</w:t>
        <w:br/>
        <w:t>В сідло злетів і скільки духу&lt;br /&gt;</w:t>
        <w:br/>
        <w:t>Летить — а той за ним услід.&lt;br /&gt;</w:t>
        <w:br/>
        <w:t>"Спинись, втікачу препоганий! –&lt;br /&gt;</w:t>
        <w:br/>
        <w:t>Кричить Фарлафу хтось незнаний. —&lt;br /&gt;</w:t>
        <w:br/>
        <w:t>Нещасний, дай себе догнать!&lt;br /&gt;</w:t>
        <w:br/>
        <w:t>Дай з тебе голову зірвать!"&lt;br /&gt;</w:t>
        <w:br/>
        <w:t>Фарлаф, пізнавши глас Рогдая,&lt;br /&gt;</w:t>
        <w:br/>
        <w:t>Зігнувшись з ляку, завмирав,&lt;br /&gt;</w:t>
        <w:br/>
        <w:t>І от він смерті вже чекає,&lt;br /&gt;</w:t>
        <w:br/>
        <w:t>І швидше він коня погнав.&lt;br /&gt;</w:t>
        <w:br/>
        <w:t>Так заєць іноді квапливий&lt;br /&gt;</w:t>
        <w:br/>
        <w:t>Прищулить вуха боязливо,&lt;br /&gt;</w:t>
        <w:br/>
        <w:t>І вздовж лугів, ланів, лісів&lt;br /&gt;</w:t>
        <w:br/>
        <w:t>Тікає, скачучи, від псів.&lt;br /&gt;</w:t>
        <w:br/>
        <w:t>На місці рицарського бігу&lt;br /&gt;</w:t>
        <w:br/>
        <w:t>З весни розтопленого снігу&lt;br /&gt;</w:t>
        <w:br/>
        <w:t>Текли потоки, що в землі&lt;br /&gt;</w:t>
        <w:br/>
        <w:t>Рови зробили не малі.&lt;br /&gt;</w:t>
        <w:br/>
        <w:t>До рова кінь прудкий скакає,&lt;br /&gt;</w:t>
        <w:br/>
        <w:t>Хвостом і гривою махає,&lt;br /&gt;</w:t>
        <w:br/>
        <w:t>Міцну вуздечку закусив&lt;br /&gt;</w:t>
        <w:br/>
        <w:t>І перескочив через рів;&lt;br /&gt;</w:t>
        <w:br/>
        <w:t>Та вершник догори ногами&lt;br /&gt;</w:t>
        <w:br/>
        <w:t>Упав незграбно в рів брудний,&lt;br /&gt;</w:t>
        <w:br/>
        <w:t>Не бачить світу він з нестями,&lt;br /&gt;</w:t>
        <w:br/>
        <w:t>Готов зустріть кінець страшний.&lt;br /&gt;</w:t>
        <w:br/>
        <w:t>Рогдай до яру підлітає,&lt;br /&gt;</w:t>
        <w:br/>
        <w:t>Меча жорстокого підняв,&lt;br /&gt;</w:t>
        <w:br/>
        <w:t>"Згинь, боягузе!" — він гукає...&lt;br /&gt;</w:t>
        <w:br/>
        <w:t>І враз Фарлафа він пізнав;&lt;br /&gt;</w:t>
        <w:br/>
        <w:t>Побачив, руки опустились,&lt;br /&gt;</w:t>
        <w:br/>
        <w:t>Досада, здивування, гнів&lt;br /&gt;</w:t>
        <w:br/>
        <w:t>У нього на лиці відбились;&lt;br /&gt;</w:t>
        <w:br/>
        <w:t>І стиснув зуби й занімів&lt;br /&gt;</w:t>
        <w:br/>
        <w:t>Герой, поникши головою,&lt;br /&gt;</w:t>
        <w:br/>
        <w:t>Та скоро він поїхав геть&lt;br /&gt;</w:t>
        <w:br/>
        <w:t>Від рову... Сам він ледве-ледь&lt;br /&gt;</w:t>
        <w:br/>
        <w:t>Не реготався над собою.</w:t>
      </w:r>
    </w:p>
    <w:p>
      <w:r>
        <w:br/>
        <w:t>Тоді він під горою стрів&lt;br /&gt;</w:t>
        <w:br/>
        <w:t>Бабусю зігнуту, безсилу,&lt;br /&gt;</w:t>
        <w:br/>
        <w:t>Горбату, зовсім посивілу.&lt;br /&gt;</w:t>
        <w:br/>
        <w:t>Вона кийком без зайвих слів&lt;br /&gt;</w:t>
        <w:br/>
        <w:t>Йому на північ показала.&lt;br /&gt;</w:t>
        <w:br/>
        <w:t>"Ти знайдеш там його", — сказала.&lt;br /&gt;</w:t>
        <w:br/>
        <w:t>Рогдай від радощів засяв,&lt;br /&gt;</w:t>
        <w:br/>
        <w:t>Вперед на смерть собі помчав.</w:t>
      </w:r>
    </w:p>
    <w:p>
      <w:r>
        <w:br/>
        <w:t>А наш Фарлаф? В рові лишився,&lt;br /&gt;</w:t>
        <w:br/>
        <w:t>Дихнуть не сміє; сам не свій,&lt;br /&gt;</w:t>
        <w:br/>
        <w:t>Він думає: чи я живий?&lt;br /&gt;</w:t>
        <w:br/>
        <w:t>Де лютий мій суперник дівся?&lt;br /&gt;</w:t>
        <w:br/>
        <w:t>Та от, за декілька хвилин,&lt;br /&gt;</w:t>
        <w:br/>
        <w:t>Старої голос чує він:&lt;br /&gt;</w:t>
        <w:br/>
        <w:t>"Устань, молодче, тихо в полі,&lt;br /&gt;</w:t>
        <w:br/>
        <w:t>Не стрінеш більше злої долі,&lt;br /&gt;</w:t>
        <w:br/>
        <w:t>Я привела коня тобі,&lt;br /&gt;</w:t>
        <w:br/>
        <w:t>Мене послухай, далебі".</w:t>
      </w:r>
    </w:p>
    <w:p>
      <w:r>
        <w:br/>
        <w:t>Бідаха-витязь мимоволі&lt;br /&gt;</w:t>
        <w:br/>
        <w:t>Лишає плазом рів брудний;&lt;br /&gt;</w:t>
        <w:br/>
        <w:t>Навкруг несміло поглядає,&lt;br /&gt;</w:t>
        <w:br/>
        <w:t>Зітхнув і радісно гукає:&lt;br /&gt;</w:t>
        <w:br/>
        <w:t>"Ну, слава Богу, я живий!"</w:t>
      </w:r>
    </w:p>
    <w:p>
      <w:r>
        <w:br/>
        <w:t>"Повір! — бабуся знов сказала: —&lt;br /&gt;</w:t>
        <w:br/>
        <w:t>Людмилу важко відшукать;&lt;br /&gt;</w:t>
        <w:br/>
        <w:t>Вона далеко десь пропала;&lt;br /&gt;</w:t>
        <w:br/>
        <w:t>Не нам тепер її дістать.&lt;br /&gt;</w:t>
        <w:br/>
        <w:t>Не варто їхати по неї;&lt;br /&gt;</w:t>
        <w:br/>
        <w:t>Ти, справді, будеш сам не рад.&lt;br /&gt;</w:t>
        <w:br/>
        <w:t>Послухай ради ти моєї&lt;br /&gt;</w:t>
        <w:br/>
        <w:t>І стиха завертай назад.&lt;br /&gt;</w:t>
        <w:br/>
        <w:t>Під Києвом, на самотині,&lt;br /&gt;</w:t>
        <w:br/>
        <w:t>В своїй дідизні старовинній&lt;br /&gt;</w:t>
        <w:br/>
        <w:t>Лишайся краще в добрий час:&lt;br /&gt;</w:t>
        <w:br/>
        <w:t>Людмила не втече від нас".</w:t>
      </w:r>
    </w:p>
    <w:p>
      <w:r>
        <w:br/>
        <w:t>Сказавши, зникла. В нетерпінні&lt;br /&gt;</w:t>
        <w:br/>
        <w:t>Герой розсудливий мерщій&lt;br /&gt;</w:t>
        <w:br/>
        <w:t>Помчався у маєток свій,&lt;br /&gt;</w:t>
        <w:br/>
        <w:t>Забувши й про жадобу крові,&lt;br /&gt;</w:t>
        <w:br/>
        <w:t>І про княжну, й про цілий світ.&lt;br /&gt;</w:t>
        <w:br/>
        <w:t>А шум найменший у діброві,&lt;br /&gt;</w:t>
        <w:br/>
        <w:t>І гомін вод, і птиць політ —&lt;br /&gt;</w:t>
        <w:br/>
        <w:t>Усе його вкидало в піт.</w:t>
      </w:r>
    </w:p>
    <w:p>
      <w:r>
        <w:br/>
        <w:t>А наш Руслан летить стрілою;&lt;br /&gt;</w:t>
        <w:br/>
        <w:t>Серед лісів, серед полів&lt;br /&gt;</w:t>
        <w:br/>
        <w:t>Живе він думкою одною&lt;br /&gt;</w:t>
        <w:br/>
        <w:t>Все про Людмилу, диво з див,&lt;br /&gt;</w:t>
        <w:br/>
        <w:t>І каже: "Чи знайду я друга?&lt;br /&gt;</w:t>
        <w:br/>
        <w:t>Де ти, за ким у серці туга?&lt;br /&gt;</w:t>
        <w:br/>
        <w:t>Чи я побачу зір ясний?&lt;br /&gt;</w:t>
        <w:br/>
        <w:t>Чи я почую голос твій?&lt;br /&gt;</w:t>
        <w:br/>
        <w:t>Чи, може, бранкою довіку&lt;br /&gt;</w:t>
        <w:br/>
        <w:t>У ворожбита будеш ти,&lt;br /&gt;</w:t>
        <w:br/>
        <w:t>Щоб, дням журби не знавши ліку,&lt;br /&gt;</w:t>
        <w:br/>
        <w:t>В дівоцтві марнім одцвісти?&lt;br /&gt;</w:t>
        <w:br/>
        <w:t>Чи мій суперник знахабнілий&lt;br /&gt;</w:t>
        <w:br/>
        <w:t>Прийде?.. Ні, ні, мій друже милий:&lt;br /&gt;</w:t>
        <w:br/>
        <w:t>Ще при мені мій вірний меч,&lt;br /&gt;</w:t>
        <w:br/>
        <w:t>Ще голова не впала з плеч".</w:t>
      </w:r>
    </w:p>
    <w:p>
      <w:r>
        <w:br/>
        <w:t>От якось темною порою,&lt;br /&gt;</w:t>
        <w:br/>
        <w:t>Камінним берегом крутим&lt;br /&gt;</w:t>
        <w:br/>
        <w:t>Наш витязь їхав над рікою.&lt;br /&gt;</w:t>
        <w:br/>
        <w:t>Все затихало. Враз за ним&lt;br /&gt;</w:t>
        <w:br/>
        <w:t>Стріли пронизливе дзижчання,&lt;br /&gt;</w:t>
        <w:br/>
        <w:t>І дзенькіт панцира, і ржання,&lt;br /&gt;</w:t>
        <w:br/>
        <w:t>І тупіт чується глухий.&lt;br /&gt;</w:t>
        <w:br/>
        <w:t>"Стій!" — крикнув голос громовитий.&lt;br /&gt;</w:t>
        <w:br/>
        <w:t>Оглянувсь він: у полі чистім,&lt;br /&gt;</w:t>
        <w:br/>
        <w:t>Піднявши спис, летить із свистом&lt;br /&gt;</w:t>
        <w:br/>
        <w:t>Шалений вершник, і помчав&lt;br /&gt;</w:t>
        <w:br/>
        <w:t>Назустріч князь йому грозою.&lt;br /&gt;</w:t>
        <w:br/>
        <w:t>"Ага, нарешті я догнав! —&lt;br /&gt;</w:t>
        <w:br/>
        <w:t>Зухвалий вершник закричав: —&lt;br /&gt;</w:t>
        <w:br/>
        <w:t>Готуйсь до смертного двобою;&lt;br /&gt;</w:t>
        <w:br/>
        <w:t>У полі цім навік лягай;&lt;br /&gt;</w:t>
        <w:br/>
        <w:t>А там дівчат своїх шукай".&lt;br /&gt;</w:t>
        <w:br/>
        <w:t>Руслан зайнявся весь од гніву;&lt;br /&gt;</w:t>
        <w:br/>
        <w:t>Він пізнає цей дикий глас...</w:t>
      </w:r>
    </w:p>
    <w:p>
      <w:r>
        <w:br/>
        <w:t>Та що спіткало, друзі, діву?&lt;br /&gt;</w:t>
        <w:br/>
        <w:t>Лишімо витязів на час,&lt;br /&gt;</w:t>
        <w:br/>
        <w:t>Про них я знов згадаю скоро.&lt;br /&gt;</w:t>
        <w:br/>
        <w:t>А то давно б пора мені&lt;br /&gt;</w:t>
        <w:br/>
        <w:t>Увагу приділить княжні&lt;br /&gt;</w:t>
        <w:br/>
        <w:t>І чаклунові Чорномору.</w:t>
      </w:r>
    </w:p>
    <w:p>
      <w:r>
        <w:br/>
        <w:t>Співець своїх примхливих мрій,&lt;br /&gt;</w:t>
        <w:br/>
        <w:t>Не досить соромливий, може,&lt;br /&gt;</w:t>
        <w:br/>
        <w:t>Я розповів, як шлюбне ложе&lt;br /&gt;</w:t>
        <w:br/>
        <w:t>Чаклун пограбував страшний,&lt;br /&gt;</w:t>
        <w:br/>
        <w:t>Людмилу вкравши від Руслана&lt;br /&gt;</w:t>
        <w:br/>
        <w:t>В той час, як мить прийшла жадана.&lt;br /&gt;</w:t>
        <w:br/>
        <w:t>Нещасна! Тільки лиходій&lt;br /&gt;</w:t>
        <w:br/>
        <w:t>Тебе вхопив у млі нічній&lt;br /&gt;</w:t>
        <w:br/>
        <w:t>Своєю дужою рукою,&lt;br /&gt;</w:t>
        <w:br/>
        <w:t>Він звився аж до хмар густих,&lt;br /&gt;</w:t>
        <w:br/>
        <w:t>Мов вихор, разом із тобою,&lt;br /&gt;</w:t>
        <w:br/>
        <w:t>І прудко втік до гір своїх, —&lt;br /&gt;</w:t>
        <w:br/>
        <w:t>Зомліла ти, мов птах забилась,&lt;br /&gt;</w:t>
        <w:br/>
        <w:t>Бліда, тремтяча, мовчазна,&lt;br /&gt;</w:t>
        <w:br/>
        <w:t>І в замку злого чаклуна,&lt;br /&gt;</w:t>
        <w:br/>
        <w:t>Ти за хвилину опинилась.</w:t>
      </w:r>
    </w:p>
    <w:p>
      <w:r>
        <w:br/>
        <w:t>Так часом дома бачив я&lt;br /&gt;</w:t>
        <w:br/>
        <w:t>У сяйві сонячного дня,&lt;br /&gt;</w:t>
        <w:br/>
        <w:t>Коли за куркою дурною&lt;br /&gt;</w:t>
        <w:br/>
        <w:t>Султан, охоплений пихою,&lt;br /&gt;</w:t>
        <w:br/>
        <w:t>Мій півень у дворі скакав,&lt;br /&gt;</w:t>
        <w:br/>
        <w:t>І раптом крилами палкими&lt;br /&gt;</w:t>
        <w:br/>
        <w:t>Свою коханку обіймав;&lt;br /&gt;</w:t>
        <w:br/>
        <w:t>Над ними кільцями страшними&lt;br /&gt;</w:t>
        <w:br/>
        <w:t>Курей злодюга з давніх пір,&lt;br /&gt;</w:t>
        <w:br/>
        <w:t>Відомий згубністю своєю,&lt;br /&gt;</w:t>
        <w:br/>
        <w:t>Ширяв коршак понад землею,&lt;br /&gt;</w:t>
        <w:br/>
        <w:t>І впав, мов блискавка, у двір.&lt;br /&gt;</w:t>
        <w:br/>
        <w:t>Злетів і зник. У кігтях дужих&lt;br /&gt;</w:t>
        <w:br/>
        <w:t>В пітьму, в печери скель байдужих,&lt;br /&gt;</w:t>
        <w:br/>
        <w:t>Сердешну лиходій помчав.&lt;br /&gt;</w:t>
        <w:br/>
        <w:t>Даремно півень скрізь гукав,&lt;br /&gt;</w:t>
        <w:br/>
        <w:t>Уражений холодним страхом,&lt;br /&gt;</w:t>
        <w:br/>
        <w:t>Дививсь наляканий навкруг...&lt;br /&gt;</w:t>
        <w:br/>
        <w:t>Він бачить лиш летючий пух,&lt;br /&gt;</w:t>
        <w:br/>
        <w:t>Занесений летючим прахом.</w:t>
      </w:r>
    </w:p>
    <w:p>
      <w:r>
        <w:br/>
        <w:t>До ранку молода княжна&lt;br /&gt;</w:t>
        <w:br/>
        <w:t>В тяжкому забутті лежала,&lt;br /&gt;</w:t>
        <w:br/>
        <w:t>Немов її мара скувала&lt;br /&gt;</w:t>
        <w:br/>
        <w:t>В страшному сні; та ось вона&lt;br /&gt;</w:t>
        <w:br/>
        <w:t>Прокинулась, і стурбувала&lt;br /&gt;</w:t>
        <w:br/>
        <w:t>Її невпевненість жахна;&lt;br /&gt;</w:t>
        <w:br/>
        <w:t>Уся в солодкім пориванні,&lt;br /&gt;</w:t>
        <w:br/>
        <w:t>Когось шукає в хвилюванні;&lt;br /&gt;</w:t>
        <w:br/>
        <w:t>"Де ж наречений мій лежить?"&lt;br /&gt;</w:t>
        <w:br/>
        <w:t>Гукає — і змертвіла вмить,&lt;br /&gt;</w:t>
        <w:br/>
        <w:t>І боязко кругом зорить.&lt;br /&gt;</w:t>
        <w:br/>
        <w:t>Людмило, де твоя світлиця?&lt;br /&gt;</w:t>
        <w:br/>
        <w:t>Де радощі твої ясні?&lt;br /&gt;</w:t>
        <w:br/>
        <w:t>Одна, у тиші мовчазній,&lt;br /&gt;</w:t>
        <w:br/>
        <w:t>Лежить засмучена дівиця&lt;br /&gt;</w:t>
        <w:br/>
        <w:t>Серед подушок пухових,&lt;br /&gt;</w:t>
        <w:br/>
        <w:t>В тіні рясного балдахіна;&lt;br /&gt;</w:t>
        <w:br/>
        <w:t>Завіси і пухка перина,&lt;br /&gt;</w:t>
        <w:br/>
        <w:t>В узорах дивних, дорогих;&lt;br /&gt;</w:t>
        <w:br/>
        <w:t>Усюди парчеві тканини;&lt;br /&gt;</w:t>
        <w:br/>
        <w:t>Палають яхонтів разки;&lt;br /&gt;</w:t>
        <w:br/>
        <w:t>Кругом курильні старовинні&lt;br /&gt;</w:t>
        <w:br/>
        <w:t>Здіймають аромат п'янкий.&lt;br /&gt;</w:t>
        <w:br/>
        <w:t>Та годі... бо яка ж принада&lt;br /&gt;</w:t>
        <w:br/>
        <w:t>Змальовувать чарівний дім:&lt;br /&gt;</w:t>
        <w:br/>
        <w:t>Уже давно Шехерезада&lt;br /&gt;</w:t>
        <w:br/>
        <w:t>Дала взірець казкам усім.&lt;br /&gt;</w:t>
        <w:br/>
        <w:t>Та світлий терем не відрада,&lt;br /&gt;</w:t>
        <w:br/>
        <w:t>Коли не бачиш друга в нім.</w:t>
      </w:r>
    </w:p>
    <w:p>
      <w:r>
        <w:br/>
        <w:t>Три красні діви яснозорі&lt;br /&gt;</w:t>
        <w:br/>
        <w:t>У дивнім і легкім уборі&lt;br /&gt;</w:t>
        <w:br/>
        <w:t>З'явились, мовчки підійшли&lt;br /&gt;</w:t>
        <w:br/>
        <w:t>Й княжні поклони віддали.&lt;br /&gt;</w:t>
        <w:br/>
        <w:t>Тоді нечутною ходою&lt;br /&gt;</w:t>
        <w:br/>
        <w:t>Одна до неї підійшла;&lt;br /&gt;</w:t>
        <w:br/>
        <w:t>Княжні легенькою рукою&lt;br /&gt;</w:t>
        <w:br/>
        <w:t>Косу злотаву заплела&lt;br /&gt;</w:t>
        <w:br/>
        <w:t>З мистецтвом, в наші дні не новим,&lt;br /&gt;</w:t>
        <w:br/>
        <w:t>І обвила вінцем перловим&lt;br /&gt;</w:t>
        <w:br/>
        <w:t>Півколо зблідлого чола.&lt;br /&gt;</w:t>
        <w:br/>
        <w:t>Схиливши погляд, інша діва&lt;br /&gt;</w:t>
        <w:br/>
        <w:t>До неї підійшла вродлива;&lt;br /&gt;</w:t>
        <w:br/>
        <w:t>Блакитний, пишний сарафан&lt;br /&gt;</w:t>
        <w:br/>
        <w:t>Окрив Людмили дивний стан;&lt;br /&gt;</w:t>
        <w:br/>
        <w:t>І вкрила кучері злотисті,&lt;br /&gt;</w:t>
        <w:br/>
        <w:t>І плечі й груди ніжні, чисті&lt;br /&gt;</w:t>
        <w:br/>
        <w:t>Фата прозора, мов туман.&lt;br /&gt;</w:t>
        <w:br/>
        <w:t>Убрання заздрісне вкриває&lt;br /&gt;</w:t>
        <w:br/>
        <w:t>Красу, що послана з небес,&lt;br /&gt;</w:t>
        <w:br/>
        <w:t>І дороге взуття стискає&lt;br /&gt;</w:t>
        <w:br/>
        <w:t>Дві ніжки, чудо із чудес.&lt;br /&gt;</w:t>
        <w:br/>
        <w:t>Остання дівчина дбайлива&lt;br /&gt;</w:t>
        <w:br/>
        <w:t>Із перлів пояс подала,&lt;br /&gt;</w:t>
        <w:br/>
        <w:t>І десь співачка чарівлива&lt;br /&gt;</w:t>
        <w:br/>
        <w:t>Пісень веселих завела.&lt;br /&gt;</w:t>
        <w:br/>
        <w:t>Проте ні осяйне намисто,&lt;br /&gt;</w:t>
        <w:br/>
        <w:t>Ні сарафан, ні перлів ряд,&lt;br /&gt;</w:t>
        <w:br/>
        <w:t>Ні пісня влеслива ігриста&lt;br /&gt;</w:t>
        <w:br/>
        <w:t>Її душі не веселять,&lt;br /&gt;</w:t>
        <w:br/>
        <w:t>Даремно дзеркало малює&lt;br /&gt;</w:t>
        <w:br/>
        <w:t>Красу, що словом не списать;&lt;br /&gt;</w:t>
        <w:br/>
        <w:t>Стражданням очі їй горять,&lt;br /&gt;</w:t>
        <w:br/>
        <w:t>Вона мовчить, вона сумує.</w:t>
      </w:r>
    </w:p>
    <w:p>
      <w:r>
        <w:br/>
        <w:t>Хто правду любить у житті&lt;br /&gt;</w:t>
        <w:br/>
        <w:t>І в темнім серці все читає,&lt;br /&gt;</w:t>
        <w:br/>
        <w:t>Той знає: в щирім почутті,&lt;br /&gt;</w:t>
        <w:br/>
        <w:t>Як часом жінка забуває&lt;br /&gt;</w:t>
        <w:br/>
        <w:t>Крізь сльози, потай, в смутку час,&lt;br /&gt;</w:t>
        <w:br/>
        <w:t>На зло і розуму й звичаю,&lt;br /&gt;</w:t>
        <w:br/>
        <w:t>Заглянуть в дзеркало хоч раз –&lt;br /&gt;</w:t>
        <w:br/>
        <w:t>То сумно їй уже без краю.</w:t>
      </w:r>
    </w:p>
    <w:p>
      <w:r>
        <w:br/>
        <w:t>Та ось Людмила знов одна.&lt;br /&gt;</w:t>
        <w:br/>
        <w:t>Не знавши, що почать, вона&lt;br /&gt;</w:t>
        <w:br/>
        <w:t>До вікон з ґратами підходить,&lt;br /&gt;</w:t>
        <w:br/>
        <w:t>І зір її журливо бродить&lt;br /&gt;</w:t>
        <w:br/>
        <w:t>Серед похмурої імли.&lt;br /&gt;</w:t>
        <w:br/>
        <w:t>Все мертве. Снігові рівнини&lt;br /&gt;</w:t>
        <w:br/>
        <w:t>Кругом, мов килими, лягли;&lt;br /&gt;</w:t>
        <w:br/>
        <w:t>Стоять похмурі верховини&lt;br /&gt;</w:t>
        <w:br/>
        <w:t>В одноманітній білизні,&lt;br /&gt;</w:t>
        <w:br/>
        <w:t>Дрімають, дикі і смутні;&lt;br /&gt;</w:t>
        <w:br/>
        <w:t>Ні диму, ні житла немає,&lt;br /&gt;</w:t>
        <w:br/>
        <w:t>Не видно ні душі в снігах,&lt;br /&gt;</w:t>
        <w:br/>
        <w:t>І ріг мисливський не скликає&lt;br /&gt;</w:t>
        <w:br/>
        <w:t>На влови у гірських борах;&lt;br /&gt;</w:t>
        <w:br/>
        <w:t>І тільки з невеселим свистом&lt;br /&gt;</w:t>
        <w:br/>
        <w:t>Бунтує вихор в полі чистім,&lt;br /&gt;</w:t>
        <w:br/>
        <w:t>І там, де сходиться земля,&lt;br /&gt;</w:t>
        <w:br/>
        <w:t>Гойдає схилене гілля.</w:t>
      </w:r>
    </w:p>
    <w:p>
      <w:r>
        <w:br/>
        <w:t>В сльозах розпачливих Людмила&lt;br /&gt;</w:t>
        <w:br/>
        <w:t>Свій вид, жахаючись, закрила.&lt;br /&gt;</w:t>
        <w:br/>
        <w:t>Та що її в цю хвилю жде?&lt;br /&gt;</w:t>
        <w:br/>
        <w:t>Вона у срібні двері йде;&lt;br /&gt;</w:t>
        <w:br/>
        <w:t>Вони під музику відкрились,&lt;br /&gt;</w:t>
        <w:br/>
        <w:t>І наша діва опинилась&lt;br /&gt;</w:t>
        <w:br/>
        <w:t>В саду. Місцевість повна див:&lt;br /&gt;</w:t>
        <w:br/>
        <w:t>Красніша від садів Арміди&lt;br /&gt;</w:t>
        <w:br/>
        <w:t>І тих, якими володів&lt;br /&gt;</w:t>
        <w:br/>
        <w:t>Цар Соломон, чи князь Тавриди;&lt;br /&gt;</w:t>
        <w:br/>
        <w:t>Кругом хвилюються, шумлять&lt;br /&gt;</w:t>
        <w:br/>
        <w:t>Розкішні, чарівні діброви,&lt;br /&gt;</w:t>
        <w:br/>
        <w:t>Алеї пальм і ліс лавровий,&lt;br /&gt;</w:t>
        <w:br/>
        <w:t>І благовонних миртів ряд,&lt;br /&gt;</w:t>
        <w:br/>
        <w:t>І кедрів горді верховини,&lt;br /&gt;</w:t>
        <w:br/>
        <w:t>І золотаві апельсини,&lt;br /&gt;</w:t>
        <w:br/>
        <w:t>Що в ясних водах оддались;&lt;br /&gt;</w:t>
        <w:br/>
        <w:t>Ліски, і пагорки, й долини&lt;br /&gt;</w:t>
        <w:br/>
        <w:t>Весни огнями зайнялись;&lt;br /&gt;</w:t>
        <w:br/>
        <w:t>І ледве в'ється вітер майський&lt;br /&gt;</w:t>
        <w:br/>
        <w:t>Між зачарованих полів,&lt;br /&gt;</w:t>
        <w:br/>
        <w:t>І свище соловей китайський&lt;br /&gt;</w:t>
        <w:br/>
        <w:t>В тремтінні чуйному листків;&lt;br /&gt;</w:t>
        <w:br/>
        <w:t>Ллють діамантові фонтани&lt;br /&gt;</w:t>
        <w:br/>
        <w:t>Струмки назустріч небесам;&lt;br /&gt;</w:t>
        <w:br/>
        <w:t>Кругом виблискують боввани,&lt;br /&gt;</w:t>
        <w:br/>
        <w:t>Немов живі; тут Фідій сам,&lt;br /&gt;</w:t>
        <w:br/>
        <w:t>Що вчився в Феба і Паллади,&lt;br /&gt;</w:t>
        <w:br/>
        <w:t>Непереможний цей митець,&lt;br /&gt;</w:t>
        <w:br/>
        <w:t>Свій зачарований різець&lt;br /&gt;</w:t>
        <w:br/>
        <w:t>Із рук би випустив з досади.&lt;br /&gt;</w:t>
        <w:br/>
        <w:t>Б'ючись об кам'яні огради,&lt;br /&gt;</w:t>
        <w:br/>
        <w:t>Дугою з перлів у вогні&lt;br /&gt;</w:t>
        <w:br/>
        <w:t>Спадають, плещуть водоспади;&lt;br /&gt;</w:t>
        <w:br/>
        <w:t>У лісі ручаї ясні&lt;br /&gt;</w:t>
        <w:br/>
        <w:t>Хвилюються, немов у сні.&lt;br /&gt;</w:t>
        <w:br/>
        <w:t>Притулки тиші і розради,&lt;br /&gt;</w:t>
        <w:br/>
        <w:t>Крізь вічну зелень тут і там&lt;br /&gt;</w:t>
        <w:br/>
        <w:t>Веселі світяться альтани;&lt;br /&gt;</w:t>
        <w:br/>
        <w:t>Троянди цвіт свій полум'яний&lt;br /&gt;</w:t>
        <w:br/>
        <w:t>Являють радісним очам.&lt;br /&gt;</w:t>
        <w:br/>
        <w:t>Іде й не дивиться Людмила,&lt;br /&gt;</w:t>
        <w:br/>
        <w:t>Її не тішить цілий світ;&lt;br /&gt;</w:t>
        <w:br/>
        <w:t>Уся ця розкіш їй немила,&lt;br /&gt;</w:t>
        <w:br/>
        <w:t>Не тішить світлий краєвид;&lt;br /&gt;</w:t>
        <w:br/>
        <w:t>Куди, сама не знає, бродить,&lt;br /&gt;</w:t>
        <w:br/>
        <w:t>Чудовий сад кругом обходить&lt;br /&gt;</w:t>
        <w:br/>
        <w:t>З плачем, що в серці не згаса,&lt;br /&gt;</w:t>
        <w:br/>
        <w:t>І погляд свій сумний підводить&lt;br /&gt;</w:t>
        <w:br/>
        <w:t>На невблаганні небеса.&lt;br /&gt;</w:t>
        <w:br/>
        <w:t>Аж от засяяв зір манливий;&lt;br /&gt;</w:t>
        <w:br/>
        <w:t>Перстом торкнулась уст вона;&lt;br /&gt;</w:t>
        <w:br/>
        <w:t>Здавалось, задум їй жахливий&lt;br /&gt;</w:t>
        <w:br/>
        <w:t>Родивсь... Відкрита путь страшна:&lt;br /&gt;</w:t>
        <w:br/>
        <w:t>Місток високий над потоком&lt;br /&gt;</w:t>
        <w:br/>
        <w:t>Встав перед нею на горбах;&lt;br /&gt;</w:t>
        <w:br/>
        <w:t>З зітханням скорбним і глибоким&lt;br /&gt;</w:t>
        <w:br/>
        <w:t>Вона підходить і в сльозах&lt;br /&gt;</w:t>
        <w:br/>
        <w:t>В шумливі хвилі подивилась&lt;br /&gt;</w:t>
        <w:br/>
        <w:t>І, щоб страждань тяжких не чуть,&lt;br /&gt;</w:t>
        <w:br/>
        <w:t>Хотіла в хвилях утонуть —&lt;br /&gt;</w:t>
        <w:br/>
        <w:t>Однак у водах не втопилась&lt;br /&gt;</w:t>
        <w:br/>
        <w:t>І далі вирушила в путь.</w:t>
      </w:r>
    </w:p>
    <w:p>
      <w:r>
        <w:br/>
        <w:t>Моя вродливиця Людмила,&lt;br /&gt;</w:t>
        <w:br/>
        <w:t>Хоч і не ждала вже добра,&lt;br /&gt;</w:t>
        <w:br/>
        <w:t>Втомилась, сльози осушила,&lt;br /&gt;</w:t>
        <w:br/>
        <w:t>В душі промовила: пора!&lt;br /&gt;</w:t>
        <w:br/>
        <w:t>На травку сіла, оглянулась —&lt;br /&gt;</w:t>
        <w:br/>
        <w:t>Над нею миттю тінь шатра&lt;br /&gt;</w:t>
        <w:br/>
        <w:t>Для прохолоди розгорнулась;&lt;br /&gt;</w:t>
        <w:br/>
        <w:t>Стоять наїдки там смачні;&lt;br /&gt;</w:t>
        <w:br/>
        <w:t>Ввесь посуд з чистого кристала;&lt;br /&gt;</w:t>
        <w:br/>
        <w:t>І з-за гілля у тишині&lt;br /&gt;</w:t>
        <w:br/>
        <w:t>Незрима арфа десь заграла.&lt;br /&gt;</w:t>
        <w:br/>
        <w:t>Дивується сумна княжна,&lt;br /&gt;</w:t>
        <w:br/>
        <w:t>І потай думає вона:&lt;br /&gt;</w:t>
        <w:br/>
        <w:t>"Навіщо у неволі скніти,&lt;br /&gt;</w:t>
        <w:br/>
        <w:t>Без милого на світі жити?&lt;br /&gt;</w:t>
        <w:br/>
        <w:t>І хай жага твоя грізна&lt;br /&gt;</w:t>
        <w:br/>
        <w:t>Мене терзає і леліє,&lt;br /&gt;</w:t>
        <w:br/>
        <w:t>Та влада ката не страшна:&lt;br /&gt;</w:t>
        <w:br/>
        <w:t>Людмила вмерти ще зуміє!&lt;br /&gt;</w:t>
        <w:br/>
        <w:t>Мені не треба ні шатрів,&lt;br /&gt;</w:t>
        <w:br/>
        <w:t>Ні бенкетів, ні пишних див, —&lt;br /&gt;</w:t>
        <w:br/>
        <w:t>Геть їжу, вороже нечистий!&lt;br /&gt;</w:t>
        <w:br/>
        <w:t>Помру серед твоїх садів!"&lt;br /&gt;</w:t>
        <w:br/>
        <w:t>Подумала — і стала їсти.</w:t>
      </w:r>
    </w:p>
    <w:p>
      <w:r>
        <w:br/>
        <w:t>Княжна встає — й намет легкий,&lt;br /&gt;</w:t>
        <w:br/>
        <w:t>Розкішний посуд дорогий,&lt;br /&gt;</w:t>
        <w:br/>
        <w:t>І звуки арфи... все пропало;&lt;br /&gt;</w:t>
        <w:br/>
        <w:t>І, як раніш, все тихо стало;&lt;br /&gt;</w:t>
        <w:br/>
        <w:t>Людмила знов одна в садах&lt;br /&gt;</w:t>
        <w:br/>
        <w:t>Блукає скрізь, де бачать очі;&lt;br /&gt;</w:t>
        <w:br/>
        <w:t>Тимчасом в ясних небесах&lt;br /&gt;</w:t>
        <w:br/>
        <w:t>Сплив місяць, повелитель ночі,&lt;br /&gt;</w:t>
        <w:br/>
        <w:t>Встає імла з усіх боків&lt;br /&gt;</w:t>
        <w:br/>
        <w:t>І тихо на горбах спочила;&lt;br /&gt;</w:t>
        <w:br/>
        <w:t>І сон уже княжну сповив;&lt;br /&gt;</w:t>
        <w:br/>
        <w:t>І враз якась незрима сила&lt;br /&gt;</w:t>
        <w:br/>
        <w:t>Ніжніш, як вітер навесні,&lt;br /&gt;</w:t>
        <w:br/>
        <w:t>Її в повітря підіймає,&lt;br /&gt;</w:t>
        <w:br/>
        <w:t>Несе в покої мовчазні&lt;br /&gt;</w:t>
        <w:br/>
        <w:t>І обережно опускає&lt;br /&gt;</w:t>
        <w:br/>
        <w:t>Крізь фіміам троянд униз&lt;br /&gt;</w:t>
        <w:br/>
        <w:t>На ложе суму, ложе сліз.&lt;br /&gt;</w:t>
        <w:br/>
        <w:t>Три діви знову вмить з'явились,&lt;br /&gt;</w:t>
        <w:br/>
        <w:t>Круг неї знов заметушились,&lt;br /&gt;</w:t>
        <w:br/>
        <w:t>Щоб на ніч зняти пишний стрій;&lt;br /&gt;</w:t>
        <w:br/>
        <w:t>Але їх зір тяжкий, смутний&lt;br /&gt;</w:t>
        <w:br/>
        <w:t>І вимушене їх мовчання&lt;br /&gt;</w:t>
        <w:br/>
        <w:t>Явили тайне вболівання,&lt;br /&gt;</w:t>
        <w:br/>
        <w:t>Докір безсилий долі злій.&lt;br /&gt;</w:t>
        <w:br/>
        <w:t>Та гляньмо: пальцями гнучкими&lt;br /&gt;</w:t>
        <w:br/>
        <w:t>Роздягнена сумна княжна;&lt;br /&gt;</w:t>
        <w:br/>
        <w:t>Чарівна чарами легкими,&lt;br /&gt;</w:t>
        <w:br/>
        <w:t>В одній сорочці перед ними&lt;br /&gt;</w:t>
        <w:br/>
        <w:t>Лягає спочивать вона.&lt;br /&gt;</w:t>
        <w:br/>
        <w:t>Вклонились діви на прощанні&lt;br /&gt;</w:t>
        <w:br/>
        <w:t>І швидко відійшли в зітханні,&lt;br /&gt;</w:t>
        <w:br/>
        <w:t>Щоб тихо двері причинить.&lt;br /&gt;</w:t>
        <w:br/>
        <w:t>Та бранка молода не спить!&lt;br /&gt;</w:t>
        <w:br/>
        <w:t>Тремтить, мов лист, дихнуть не сміє;&lt;br /&gt;</w:t>
        <w:br/>
        <w:t>Холонуть перса, зір темніє;&lt;br /&gt;</w:t>
        <w:br/>
        <w:t>Опівночі не спиться їй;&lt;br /&gt;</w:t>
        <w:br/>
        <w:t>Мовчить, уважно наслухає,&lt;br /&gt;</w:t>
        <w:br/>
        <w:t>Недвижна в темряві густій...&lt;br /&gt;</w:t>
        <w:br/>
        <w:t>Скрізь глухо, морок налягає!&lt;br /&gt;</w:t>
        <w:br/>
        <w:t>Лиш серце стукає в одчаї...&lt;br /&gt;</w:t>
        <w:br/>
        <w:t>Здається... тиша шепотить;&lt;br /&gt;</w:t>
        <w:br/>
        <w:t>Ідуть — ідуть... не відвернути...&lt;br /&gt;</w:t>
        <w:br/>
        <w:t>Княжна сховалася й тремтить –&lt;br /&gt;</w:t>
        <w:br/>
        <w:t>І от... о страх! і справді чути&lt;br /&gt;</w:t>
        <w:br/>
        <w:t>Непевний шум; і враз горить&lt;br /&gt;</w:t>
        <w:br/>
        <w:t>Усе зловісними вогнями,&lt;br /&gt;</w:t>
        <w:br/>
        <w:t>І щось у дверях стугонить;&lt;br /&gt;</w:t>
        <w:br/>
        <w:t>Німими, чорними рядами&lt;br /&gt;</w:t>
        <w:br/>
        <w:t>Арапи з довгими шаблями&lt;br /&gt;</w:t>
        <w:br/>
        <w:t>До ложа дівчини ідуть,&lt;br /&gt;</w:t>
        <w:br/>
        <w:t>По змозі чемно і паристо,&lt;br /&gt;</w:t>
        <w:br/>
        <w:t>І на подушках урочисто&lt;br /&gt;</w:t>
        <w:br/>
        <w:t>Сивезну бороду несуть;&lt;br /&gt;</w:t>
        <w:br/>
        <w:t>Велично входить у цю пору,&lt;br /&gt;</w:t>
        <w:br/>
        <w:t>Піднявши довгу шию вгору,&lt;br /&gt;</w:t>
        <w:br/>
        <w:t>Горбатий карлик із дверей:&lt;br /&gt;</w:t>
        <w:br/>
        <w:t>Його ж то голову побриту,&lt;br /&gt;</w:t>
        <w:br/>
        <w:t>Високим ковпаком накриту,&lt;br /&gt;</w:t>
        <w:br/>
        <w:t>Скрашала сива борода.&lt;br /&gt;</w:t>
        <w:br/>
        <w:t>Наблизивсь: діва молода&lt;br /&gt;</w:t>
        <w:br/>
        <w:t>З постелі скочила й щосили&lt;br /&gt;</w:t>
        <w:br/>
        <w:t>Старого карла за ковпак&lt;br /&gt;</w:t>
        <w:br/>
        <w:t>Рукою жвавою вхопила,&lt;br /&gt;</w:t>
        <w:br/>
        <w:t>Тремтячий піднесла кулак,&lt;br /&gt;</w:t>
        <w:br/>
        <w:t>І з жаху завищала так,&lt;br /&gt;</w:t>
        <w:br/>
        <w:t>Що всіх арапів оглушила.&lt;br /&gt;</w:t>
        <w:br/>
        <w:t>Тремтить і скорчився бідак,&lt;br /&gt;</w:t>
        <w:br/>
        <w:t>За злякану княжну блідіший;&lt;br /&gt;</w:t>
        <w:br/>
        <w:t>Затисши вуха, він скоріше&lt;br /&gt;</w:t>
        <w:br/>
        <w:t>Втекти хотів, та в бороді&lt;br /&gt;</w:t>
        <w:br/>
        <w:t>Заплутався, упав і б'ється;&lt;br /&gt;</w:t>
        <w:br/>
        <w:t>Встає, упав; в такій біді&lt;br /&gt;</w:t>
        <w:br/>
        <w:t>Арапів чорний рій снується;&lt;br /&gt;</w:t>
        <w:br/>
        <w:t>Шумлять, штовхаються, біжать,&lt;br /&gt;</w:t>
        <w:br/>
        <w:t>Старого чаклуна схопили,&lt;br /&gt;</w:t>
        <w:br/>
        <w:t>І геть розплутувать спішать,&lt;br /&gt;</w:t>
        <w:br/>
        <w:t>Забувши шапку у Людмили.</w:t>
      </w:r>
    </w:p>
    <w:p>
      <w:r>
        <w:br/>
        <w:t>Та що ж наш добрий молодець?&lt;br /&gt;</w:t>
        <w:br/>
        <w:t>Ви згадуєте, певно, стрічу?&lt;br /&gt;</w:t>
        <w:br/>
        <w:t>Бери швидкий свій олівець,&lt;br /&gt;</w:t>
        <w:br/>
        <w:t>Малюй, Орловський, ніч і січу!&lt;br /&gt;</w:t>
        <w:br/>
        <w:t>При світлі місячнім зійшлись,&lt;br /&gt;</w:t>
        <w:br/>
        <w:t>Жорстоко б'ються на роздоллі;&lt;br /&gt;</w:t>
        <w:br/>
        <w:t>Серця їх гнівом зайнялись,&lt;br /&gt;</w:t>
        <w:br/>
        <w:t>Списи їх кинуто у полі,&lt;br /&gt;</w:t>
        <w:br/>
        <w:t>Уже мечі їх затялись,&lt;br /&gt;</w:t>
        <w:br/>
        <w:t>Кольчуги кров'ю геть укриті,&lt;br /&gt;</w:t>
        <w:br/>
        <w:t>Щити тріщать, в шматки розбиті...&lt;br /&gt;</w:t>
        <w:br/>
        <w:t>Вони схопилися навхил;&lt;br /&gt;</w:t>
        <w:br/>
        <w:t>Здійнявши в небо чорний пил,&lt;br /&gt;</w:t>
        <w:br/>
        <w:t>Баскі під ними коні бились;&lt;br /&gt;</w:t>
        <w:br/>
        <w:t>Немов прикуті до сідла,&lt;br /&gt;</w:t>
        <w:br/>
        <w:t>Борці один з одним зустрілись,&lt;br /&gt;</w:t>
        <w:br/>
        <w:t>Чоло схиливши до чола;&lt;br /&gt;</w:t>
        <w:br/>
        <w:t>Злоба всі м'язи їх стягла:&lt;br /&gt;</w:t>
        <w:br/>
        <w:t>Вони сплелись і костеніють;&lt;br /&gt;</w:t>
        <w:br/>
        <w:t>По жилах їх огонь біжить,&lt;br /&gt;</w:t>
        <w:br/>
        <w:t>І серце в кожного тремтить —&lt;br /&gt;</w:t>
        <w:br/>
        <w:t>І враз хитнулися, слабіють —&lt;br /&gt;</w:t>
        <w:br/>
        <w:t>Хтось упаде... Тут витязь мій,&lt;br /&gt;</w:t>
        <w:br/>
        <w:t>З сідла, скипівши, сам не свій&lt;br /&gt;</w:t>
        <w:br/>
        <w:t>Рукою вершника зриває,&lt;br /&gt;</w:t>
        <w:br/>
        <w:t>Здіймає вгору, запальний,&lt;br /&gt;</w:t>
        <w:br/>
        <w:t>І в хвилі з берега скидає.&lt;br /&gt;</w:t>
        <w:br/>
        <w:t>"Загинь же! — грізно він гукає: —&lt;br /&gt;</w:t>
        <w:br/>
        <w:t>Помри, завиднику лихий!"</w:t>
      </w:r>
    </w:p>
    <w:p>
      <w:r>
        <w:br/>
        <w:t>Ти догадався, мій читачу,&lt;br /&gt;</w:t>
        <w:br/>
        <w:t>З ким бивсь хоробрий наш Руслан:&lt;br /&gt;</w:t>
        <w:br/>
        <w:t>Це той, хто мав жорстоку вдачу,&lt;br /&gt;</w:t>
        <w:br/>
        <w:t>Рогдай, надія всіх киян,&lt;br /&gt;</w:t>
        <w:br/>
        <w:t>Закоханий в Людмилу нашу.&lt;br /&gt;</w:t>
        <w:br/>
        <w:t>Він вздовж дніпрових берегів&lt;br /&gt;</w:t>
        <w:br/>
        <w:t>Шукав суперника слідів;&lt;br /&gt;</w:t>
        <w:br/>
        <w:t>Знайшов, настиг, та сила дивна&lt;br /&gt;</w:t>
        <w:br/>
        <w:t>Була Руслановій нерівна,&lt;br /&gt;</w:t>
        <w:br/>
        <w:t>І Русі вславлений боєць&lt;br /&gt;</w:t>
        <w:br/>
        <w:t>В пустелі свій знайшов кінець.&lt;br /&gt;</w:t>
        <w:br/>
        <w:t>Таке оповідають диво:&lt;br /&gt;</w:t>
        <w:br/>
        <w:t>Русалка юна пустотливо&lt;br /&gt;</w:t>
        <w:br/>
        <w:t>Його на перса прийняла&lt;br /&gt;</w:t>
        <w:br/>
        <w:t>І з поцілунками, грайливо,&lt;br /&gt;</w:t>
        <w:br/>
        <w:t>На дно зі сміхом потягла.&lt;br /&gt;</w:t>
        <w:br/>
        <w:t>І потім довго серед ночі,&lt;br /&gt;</w:t>
        <w:br/>
        <w:t>Навколо тихих берегів,&lt;br /&gt;</w:t>
        <w:br/>
        <w:t>Богатиря примарні очі&lt;br /&gt;</w:t>
        <w:br/>
        <w:t>Лякали пізніх рибаків.</w:t>
      </w:r>
    </w:p>
    <w:p>
      <w:r>
        <w:br/>
        <w:t>Пісня третя</w:t>
      </w:r>
    </w:p>
    <w:p>
      <w:r>
        <w:br/>
        <w:t>Даремно в тіні ви снувались&lt;br /&gt;</w:t>
        <w:br/>
        <w:t>Для мирних, дорогих людей,&lt;br /&gt;</w:t>
        <w:br/>
        <w:t>Мої рядки! Ви не сховались&lt;br /&gt;</w:t>
        <w:br/>
        <w:t>Від гніву заздрісних очей.&lt;br /&gt;</w:t>
        <w:br/>
        <w:t>Вже зблідлий критик, на догану,&lt;br /&gt;</w:t>
        <w:br/>
        <w:t>Мене ущипливе питав:&lt;br /&gt;</w:t>
        <w:br/>
        <w:t>Чому, немов на сміх Руслану,&lt;br /&gt;</w:t>
        <w:br/>
        <w:t>Його дружину пожадану&lt;br /&gt;</w:t>
        <w:br/>
        <w:t>Княжною й дівою я звав?&lt;br /&gt;</w:t>
        <w:br/>
        <w:t>Злоби, читачу мій почтивий,&lt;br /&gt;</w:t>
        <w:br/>
        <w:t>Ти бачиш чорну тут печать!&lt;br /&gt;</w:t>
        <w:br/>
        <w:t>Зоїле, критику зрадливий,&lt;br /&gt;</w:t>
        <w:br/>
        <w:t>Ну, що мені на це сказать?&lt;br /&gt;</w:t>
        <w:br/>
        <w:t>Нещасний, червоній з досади!&lt;br /&gt;</w:t>
        <w:br/>
        <w:t>Не хочу сперечатись я;&lt;br /&gt;</w:t>
        <w:br/>
        <w:t>В цій справі я мовчати радий;&lt;br /&gt;</w:t>
        <w:br/>
        <w:t>Правдива тут душа моя.&lt;br /&gt;</w:t>
        <w:br/>
        <w:t>Та зрозумієш ти, Клімено,&lt;br /&gt;</w:t>
        <w:br/>
        <w:t>І спустиш млосні очі вниз,&lt;br /&gt;</w:t>
        <w:br/>
        <w:t>Ти, жертво сонного Гімена...&lt;br /&gt;</w:t>
        <w:br/>
        <w:t>Я бачу, що краплини сліз&lt;br /&gt;</w:t>
        <w:br/>
        <w:t>На вірш мій падають безсило;&lt;br /&gt;</w:t>
        <w:br/>
        <w:t>Ти червонієш, зір погас;&lt;br /&gt;</w:t>
        <w:br/>
        <w:t>Зітхнула тихо... зрозуміло!&lt;br /&gt;</w:t>
        <w:br/>
        <w:t>Ревнивцю: глянь, надходить час;&lt;br /&gt;</w:t>
        <w:br/>
        <w:t>Досада пристрасна у змову&lt;br /&gt;</w:t>
        <w:br/>
        <w:t>З Амуром сміливо ввійшла,&lt;br /&gt;</w:t>
        <w:br/>
        <w:t>Прикраса помсти вже готова&lt;br /&gt;</w:t>
        <w:br/>
        <w:t>Для недостойного чола.</w:t>
      </w:r>
    </w:p>
    <w:p>
      <w:r>
        <w:br/>
        <w:t>Уже ранкове сонце сяло&lt;br /&gt;</w:t>
        <w:br/>
        <w:t>На тімені північних гір;&lt;br /&gt;</w:t>
        <w:br/>
        <w:t>Та в дивнім замку все мовчало.&lt;br /&gt;</w:t>
        <w:br/>
        <w:t>Чаклун сердито, мов упир,&lt;br /&gt;</w:t>
        <w:br/>
        <w:t>Без шапки, в одязі ранковім,&lt;br /&gt;</w:t>
        <w:br/>
        <w:t>На ліжку позіхав чудовім.&lt;br /&gt;</w:t>
        <w:br/>
        <w:t>Рабів покірних рій німий&lt;br /&gt;</w:t>
        <w:br/>
        <w:t>Круг бороди стояв почтиво,&lt;br /&gt;</w:t>
        <w:br/>
        <w:t>І ніжно гребінь костяний&lt;br /&gt;</w:t>
        <w:br/>
        <w:t>Розчісував химерні звиви;&lt;br /&gt;</w:t>
        <w:br/>
        <w:t>В догоду, звісно, красоті&lt;br /&gt;</w:t>
        <w:br/>
        <w:t>На вуса довгі та густі&lt;br /&gt;</w:t>
        <w:br/>
        <w:t>Лилися східні аромати,&lt;br /&gt;</w:t>
        <w:br/>
        <w:t>І хитрі кучері вились;&lt;br /&gt;</w:t>
        <w:br/>
        <w:t>Аж ось, не знати де візьмись,&lt;br /&gt;</w:t>
        <w:br/>
        <w:t>В вікно влітає змій крилатий:&lt;br /&gt;</w:t>
        <w:br/>
        <w:t>Він кільцями себе згинав,&lt;br /&gt;</w:t>
        <w:br/>
        <w:t>Гримів залізною лускою –&lt;br /&gt;</w:t>
        <w:br/>
        <w:t>І перед стихлою юрбою&lt;br /&gt;</w:t>
        <w:br/>
        <w:t>Наїною він раптом став.&lt;br /&gt;</w:t>
        <w:br/>
        <w:t>"Вітаю я тебе, — сказала, —&lt;br /&gt;</w:t>
        <w:br/>
        <w:t>Найкращий із братів моїх!&lt;br /&gt;</w:t>
        <w:br/>
        <w:t>Я досі Чорномора знала&lt;br /&gt;</w:t>
        <w:br/>
        <w:t>Лише з переказів гучних;&lt;br /&gt;</w:t>
        <w:br/>
        <w:t>Та наїла доля незабута&lt;br /&gt;</w:t>
        <w:br/>
        <w:t>Обох нас помстою єдна;&lt;br /&gt;</w:t>
        <w:br/>
        <w:t>Чигає небезпека люта,&lt;br /&gt;</w:t>
        <w:br/>
        <w:t>Нависла хмарою вона;&lt;br /&gt;</w:t>
        <w:br/>
        <w:t>Нас голос честі закликає,&lt;br /&gt;</w:t>
        <w:br/>
        <w:t>Помститись подає він знак".</w:t>
      </w:r>
    </w:p>
    <w:p>
      <w:r>
        <w:br/>
        <w:t>Їй карло руку простягає&lt;br /&gt;</w:t>
        <w:br/>
        <w:t>Улесливо і хитро так,&lt;br /&gt;</w:t>
        <w:br/>
        <w:t>Віщаючи: "Тобі, Наїно,&lt;br /&gt;</w:t>
        <w:br/>
        <w:t>Я найщиріший друг, клянусь!&lt;br /&gt;</w:t>
        <w:br/>
        <w:t>Ми зганьбимо лукавство Фінна;&lt;br /&gt;</w:t>
        <w:br/>
        <w:t>Та підступів я не боюсь:&lt;br /&gt;</w:t>
        <w:br/>
        <w:t>Здолаю ворога свойого;&lt;br /&gt;</w:t>
        <w:br/>
        <w:t>Спізнай чудесний жереб мій:&lt;br /&gt;</w:t>
        <w:br/>
        <w:t>Ніде немає, зрозумій,&lt;br /&gt;</w:t>
        <w:br/>
        <w:t>Такої бороди ні в кого.&lt;br /&gt;</w:t>
        <w:br/>
        <w:t>І доки кучерів густих&lt;br /&gt;</w:t>
        <w:br/>
        <w:t>Ворожий меч не розрубає,&lt;br /&gt;</w:t>
        <w:br/>
        <w:t>Ніхто із витязів грізних,&lt;br /&gt;</w:t>
        <w:br/>
        <w:t>Ніхто з людей не подолає&lt;br /&gt;</w:t>
        <w:br/>
        <w:t>Найменших задумів моїх;&lt;br /&gt;</w:t>
        <w:br/>
        <w:t>Моєю буде вік Людмила,&lt;br /&gt;</w:t>
        <w:br/>
        <w:t>Руслана жде страшний загин!"&lt;br /&gt;</w:t>
        <w:br/>
        <w:t>Похмуро відьма повторила:&lt;br /&gt;</w:t>
        <w:br/>
        <w:t>"Загине він! загине він!"&lt;br /&gt;</w:t>
        <w:br/>
        <w:t>І потім тричі прошипіла,&lt;br /&gt;</w:t>
        <w:br/>
        <w:t>Три рази тупнула вона&lt;br /&gt;</w:t>
        <w:br/>
        <w:t>І чорним змієм полетіла.</w:t>
      </w:r>
    </w:p>
    <w:p>
      <w:r>
        <w:br/>
        <w:t>У пишнім злоті каптана,&lt;br /&gt;</w:t>
        <w:br/>
        <w:t>Зрадівши з віщувань чаклунки,&lt;br /&gt;</w:t>
        <w:br/>
        <w:t>Чаклун набравсь охоти знов&lt;br /&gt;</w:t>
        <w:br/>
        <w:t>Нести Людмилі, як дарунки,&lt;br /&gt;</w:t>
        <w:br/>
        <w:t>Покору, вуса і любов.&lt;br /&gt;</w:t>
        <w:br/>
        <w:t>Прибрався карлик бородатий&lt;br /&gt;</w:t>
        <w:br/>
        <w:t>І знов іде в її палати;&lt;br /&gt;</w:t>
        <w:br/>
        <w:t>Пройшов кімнат довжезний ряд:&lt;br /&gt;</w:t>
        <w:br/>
        <w:t>Княжни нема. Він далі, в сад,&lt;br /&gt;</w:t>
        <w:br/>
        <w:t>В лавровий ліс, до ґраток саду,&lt;br /&gt;</w:t>
        <w:br/>
        <w:t>Вздовж озера, круг водоспаду,&lt;br /&gt;</w:t>
        <w:br/>
        <w:t>В альтанки, під місток... дарма!&lt;br /&gt;</w:t>
        <w:br/>
        <w:t>Княжна пішла, її нема!&lt;br /&gt;</w:t>
        <w:br/>
        <w:t>Хто висловить його безсилля,&lt;br /&gt;</w:t>
        <w:br/>
        <w:t>І рев, і трепет божевілля?&lt;br /&gt;</w:t>
        <w:br/>
        <w:t>З досади стогне він, хрипить&lt;br /&gt;</w:t>
        <w:br/>
        <w:t>І до невільників кричить:&lt;br /&gt;</w:t>
        <w:br/>
        <w:t>"Раби, до мене поспішайте!&lt;br /&gt;</w:t>
        <w:br/>
        <w:t>Сюди, надіюсь я на вас!&lt;br /&gt;</w:t>
        <w:br/>
        <w:t>Людмилу швидко розшукайте!&lt;br /&gt;</w:t>
        <w:br/>
        <w:t>Та швидше-бо, кажу я! враз!&lt;br /&gt;</w:t>
        <w:br/>
        <w:t>А то — жартуєте зо мною —&lt;br /&gt;</w:t>
        <w:br/>
        <w:t>Всіх задушу вас бородою!.."</w:t>
      </w:r>
    </w:p>
    <w:p>
      <w:r>
        <w:br/>
        <w:t>Сказать, читальнику, тобі,&lt;br /&gt;</w:t>
        <w:br/>
        <w:t>Де юна бранка заховалась?&lt;br /&gt;</w:t>
        <w:br/>
        <w:t>Всю ніч вона кляла в журбі&lt;br /&gt;</w:t>
        <w:br/>
        <w:t>Свою недолю — і сміялась.&lt;br /&gt;</w:t>
        <w:br/>
        <w:t>Її жахала борода,&lt;br /&gt;</w:t>
        <w:br/>
        <w:t>Та Чорномор смішним здавався, —&lt;br /&gt;</w:t>
        <w:br/>
        <w:t>А жах зникає без сліда,&lt;br /&gt;</w:t>
        <w:br/>
        <w:t>Як тільки сміх в душі озвався.&lt;br /&gt;</w:t>
        <w:br/>
        <w:t>Уже світало в небесах,&lt;br /&gt;</w:t>
        <w:br/>
        <w:t>Людмила постіль залишила&lt;br /&gt;</w:t>
        <w:br/>
        <w:t>І погляд мимохіть спинила&lt;br /&gt;</w:t>
        <w:br/>
        <w:t>В високих, чистих дзеркалах;&lt;br /&gt;</w:t>
        <w:br/>
        <w:t>З плечей лілейних мимоволі&lt;br /&gt;</w:t>
        <w:br/>
        <w:t>Злотисті кучері зняла;&lt;br /&gt;</w:t>
        <w:br/>
        <w:t>Звела недбало руки голі,&lt;br /&gt;</w:t>
        <w:br/>
        <w:t>Густе волосся заплела;&lt;br /&gt;</w:t>
        <w:br/>
        <w:t>Своє вчорашнє дивне вбрання&lt;br /&gt;</w:t>
        <w:br/>
        <w:t>В кутку негадане знайшла;&lt;br /&gt;</w:t>
        <w:br/>
        <w:t>Зітхнувши, одяглась, і зрання&lt;br /&gt;</w:t>
        <w:br/>
        <w:t>З досади плакать почала;&lt;br /&gt;</w:t>
        <w:br/>
        <w:t>Однак до чарівного скла&lt;br /&gt;</w:t>
        <w:br/>
        <w:t>Свої звертала очі знову,&lt;br /&gt;</w:t>
        <w:br/>
        <w:t>І спало дівчині на ум,&lt;br /&gt;</w:t>
        <w:br/>
        <w:t>Від хвилювань примхливих дум,&lt;br /&gt;</w:t>
        <w:br/>
        <w:t>Примірять шапку чаклунову.&lt;br /&gt;</w:t>
        <w:br/>
        <w:t>Скрізь тихо, спить окольний світ;&lt;br /&gt;</w:t>
        <w:br/>
        <w:t>Ніхто на дівчину не гляне...&lt;br /&gt;</w:t>
        <w:br/>
        <w:t>А дівчині в сімнадцять літ —&lt;br /&gt;</w:t>
        <w:br/>
        <w:t>Яка їй шапка не пристане!&lt;br /&gt;</w:t>
        <w:br/>
        <w:t>Убори любить з нас усяк.&lt;br /&gt;</w:t>
        <w:br/>
        <w:t>Людмила шапкою вертіла&lt;br /&gt;</w:t>
        <w:br/>
        <w:t>Туди й сюди, і так і сяк, —&lt;br /&gt;</w:t>
        <w:br/>
        <w:t>І задом наперед наділа.&lt;br /&gt;</w:t>
        <w:br/>
        <w:t>І що ж? старих часів дива!&lt;br /&gt;</w:t>
        <w:br/>
        <w:t>Людмила в дзеркалі пропала;&lt;br /&gt;</w:t>
        <w:br/>
        <w:t>Перевернула — й знов жива&lt;br /&gt;</w:t>
        <w:br/>
        <w:t>Людмила перед нею стала;&lt;br /&gt;</w:t>
        <w:br/>
        <w:t>Вдягла — і знов її нема;&lt;br /&gt;</w:t>
        <w:br/>
        <w:t>Зняла — і в дзеркалі! "Чудово!&lt;br /&gt;</w:t>
        <w:br/>
        <w:t>Гаразд, чаклуне мій, дарма!&lt;br /&gt;</w:t>
        <w:br/>
        <w:t>Тепер я у безпеці знову;&lt;br /&gt;</w:t>
        <w:br/>
        <w:t>Тепер від тебе я втекла!"&lt;br /&gt;</w:t>
        <w:br/>
        <w:t>Княжна зраділа сумовита&lt;br /&gt;</w:t>
        <w:br/>
        <w:t>І шапку злого ворожбита&lt;br /&gt;</w:t>
        <w:br/>
        <w:t>Навпак швиденько надягла.</w:t>
      </w:r>
    </w:p>
    <w:p>
      <w:r>
        <w:br/>
        <w:t>Та даймо місце знов герою.&lt;br /&gt;</w:t>
        <w:br/>
        <w:t>Чи гідно час нам марнувать&lt;br /&gt;</w:t>
        <w:br/>
        <w:t>То з шапкою, то з бородою,&lt;br /&gt;</w:t>
        <w:br/>
        <w:t>Руслана ж зовсім занедбать?&lt;br /&gt;</w:t>
        <w:br/>
        <w:t>Кінчивши бій страшний з Рогдаєм,&lt;br /&gt;</w:t>
        <w:br/>
        <w:t>Дрімучий ліс проїхав він&lt;br /&gt;</w:t>
        <w:br/>
        <w:t>І став перед чудовим краєм&lt;br /&gt;</w:t>
        <w:br/>
        <w:t>У блиску вранішніх годин.&lt;br /&gt;</w:t>
        <w:br/>
        <w:t>Тремтить наш витязь мимоволі:&lt;br /&gt;</w:t>
        <w:br/>
        <w:t>Він у старому ратнім полі.&lt;br /&gt;</w:t>
        <w:br/>
        <w:t>Порожня далеч; у кістках&lt;br /&gt;</w:t>
        <w:br/>
        <w:t>Жовтіє степ; а на горбах&lt;br /&gt;</w:t>
        <w:br/>
        <w:t>Щити, сагайдаки і лати;&lt;br /&gt;</w:t>
        <w:br/>
        <w:t>Де збруя, де меча стиска&lt;br /&gt;</w:t>
        <w:br/>
        <w:t>Давно засохла вже рука;&lt;br /&gt;</w:t>
        <w:br/>
        <w:t>В траву заріс шолом кудлатий,&lt;br /&gt;</w:t>
        <w:br/>
        <w:t>І череп зотліває в нім,&lt;br /&gt;</w:t>
        <w:br/>
        <w:t>Богатиря кістяк там цілий&lt;br /&gt;</w:t>
        <w:br/>
        <w:t>Лежить у полі мовчазнім&lt;br /&gt;</w:t>
        <w:br/>
        <w:t>З його конем; списи і стріли&lt;br /&gt;</w:t>
        <w:br/>
        <w:t>Впилися в землю, замашні,&lt;br /&gt;</w:t>
        <w:br/>
        <w:t>І мирний плющ їх обіймає...&lt;br /&gt;</w:t>
        <w:br/>
        <w:t>Ніщо в пустельній глушині&lt;br /&gt;</w:t>
        <w:br/>
        <w:t>Сумної тиші не займає,&lt;br /&gt;</w:t>
        <w:br/>
        <w:t>І сонце в світлій вишині&lt;br /&gt;</w:t>
        <w:br/>
        <w:t>Долину смерті осяває.</w:t>
      </w:r>
    </w:p>
    <w:p>
      <w:r>
        <w:br/>
        <w:t>Зітхнувши, витязь очі звів,&lt;br /&gt;</w:t>
        <w:br/>
        <w:t>Сумними пойнятий думками.&lt;br /&gt;</w:t>
        <w:br/>
        <w:t>"О поле, поле, хто посмів&lt;br /&gt;</w:t>
        <w:br/>
        <w:t>Тебе засіяти кістками?&lt;br /&gt;</w:t>
        <w:br/>
        <w:t>Чий кінь баский тебе топтав&lt;br /&gt;</w:t>
        <w:br/>
        <w:t>В останній час страшної битви?&lt;br /&gt;</w:t>
        <w:br/>
        <w:t>Хто славно на тобі сконав?&lt;br /&gt;</w:t>
        <w:br/>
        <w:t>Чиї лунали тут молитви?&lt;br /&gt;</w:t>
        <w:br/>
        <w:t>Чому ж, о поле, змовкло ти&lt;br /&gt;</w:t>
        <w:br/>
        <w:t>І вкрилось забуття травою?..&lt;br /&gt;</w:t>
        <w:br/>
        <w:t>Хто знає, чи й мені втекти&lt;br /&gt;</w:t>
        <w:br/>
        <w:t>Від часу, що вкрива нас тьмою!&lt;br /&gt;</w:t>
        <w:br/>
        <w:t>Поставлять, може, на горбі&lt;br /&gt;</w:t>
        <w:br/>
        <w:t>Труну з останками Руслана,&lt;br /&gt;</w:t>
        <w:br/>
        <w:t>І струни голосні Баяна&lt;br /&gt;</w:t>
        <w:br/>
        <w:t>Не гомонітимуть в журбі!"</w:t>
      </w:r>
    </w:p>
    <w:p>
      <w:r>
        <w:br/>
        <w:t>Та скоро витязь мій згадав,&lt;br /&gt;</w:t>
        <w:br/>
        <w:t>Що треба меч знайти для бою,&lt;br /&gt;</w:t>
        <w:br/>
        <w:t>І навіть панцир; утеряв&lt;br /&gt;</w:t>
        <w:br/>
        <w:t>У герці він останнім зброю.&lt;br /&gt;</w:t>
        <w:br/>
        <w:t>Обходить поле він навкруг;&lt;br /&gt;</w:t>
        <w:br/>
        <w:t>В кущах, серед кісток забутих,&lt;br /&gt;</w:t>
        <w:br/>
        <w:t>У купі тліючих кольчуг,&lt;br /&gt;</w:t>
        <w:br/>
        <w:t>Мечів і шоломів погнутих&lt;br /&gt;</w:t>
        <w:br/>
        <w:t>Собі шукає зброю він.&lt;br /&gt;</w:t>
        <w:br/>
        <w:t>Проснувся степ, як ранком завше,&lt;br /&gt;</w:t>
        <w:br/>
        <w:t>І чути в полі гук і дзвін;&lt;br /&gt;</w:t>
        <w:br/>
        <w:t>Він щит підняв, не вибиравши,&lt;br /&gt;</w:t>
        <w:br/>
        <w:t>Шолом знайшов, співучий ріг;&lt;br /&gt;</w:t>
        <w:br/>
        <w:t>І лиш меча знайти не міг.&lt;br /&gt;</w:t>
        <w:br/>
        <w:t>Об'їхавши страшну долину,&lt;br /&gt;</w:t>
        <w:br/>
        <w:t>Багато бачив він мечів,&lt;br /&gt;</w:t>
        <w:br/>
        <w:t>Та все малий або легенький,&lt;br /&gt;</w:t>
        <w:br/>
        <w:t>А князь на зріст був чималенький,&lt;br /&gt;</w:t>
        <w:br/>
        <w:t>Не те, що витязь наших днів.&lt;br /&gt;</w:t>
        <w:br/>
        <w:t>Щоб мати що в руках, для штуки&lt;br /&gt;</w:t>
        <w:br/>
        <w:t>Він спис крицевий взяв у руки,&lt;br /&gt;</w:t>
        <w:br/>
        <w:t>На груди панцир він одяг&lt;br /&gt;</w:t>
        <w:br/>
        <w:t>І далі виїхав на шлях.</w:t>
      </w:r>
    </w:p>
    <w:p>
      <w:r>
        <w:br/>
        <w:t>Вже вечір; захід зблід рум'яний&lt;br /&gt;</w:t>
        <w:br/>
        <w:t>І сон злітає з висоти;&lt;br /&gt;</w:t>
        <w:br/>
        <w:t>Димляться синяві тумани&lt;br /&gt;</w:t>
        <w:br/>
        <w:t>І сходить місяць золотий.&lt;br /&gt;</w:t>
        <w:br/>
        <w:t>Смеркає. Темною тропою&lt;br /&gt;</w:t>
        <w:br/>
        <w:t>В задумі їде наш Руслан&lt;br /&gt;</w:t>
        <w:br/>
        <w:t>І бачить: крізь нічний туман&lt;br /&gt;</w:t>
        <w:br/>
        <w:t>Гора чорніє, вкрита млою,&lt;br /&gt;</w:t>
        <w:br/>
        <w:t>І щось хропе там, ніби спить.&lt;br /&gt;</w:t>
        <w:br/>
        <w:t>Він ближче — не дивуйте, люди!&lt;br /&gt;</w:t>
        <w:br/>
        <w:t>Гора на повні дише груди.&lt;br /&gt;</w:t>
        <w:br/>
        <w:t>Руслан вслухається, мовчить&lt;br /&gt;</w:t>
        <w:br/>
        <w:t>І дивиться з спокійним духом;&lt;br /&gt;</w:t>
        <w:br/>
        <w:t>Та, водячи лякливим ухом,&lt;br /&gt;</w:t>
        <w:br/>
        <w:t>Кінь упирається, тремтить,&lt;br /&gt;</w:t>
        <w:br/>
        <w:t>Трясе уперто головою,&lt;br /&gt;</w:t>
        <w:br/>
        <w:t>І грива вгору піднялась.&lt;br /&gt;</w:t>
        <w:br/>
        <w:t>Аж ось під місячною млою&lt;br /&gt;</w:t>
        <w:br/>
        <w:t>Гора мов сяйво зайнялась,&lt;br /&gt;</w:t>
        <w:br/>
        <w:t>Ясніє; глянув смілий князь —&lt;br /&gt;</w:t>
        <w:br/>
        <w:t>І чудо вздрів перед собою.&lt;br /&gt;</w:t>
        <w:br/>
        <w:t>Де взяти фарби і слова?&lt;br /&gt;</w:t>
        <w:br/>
        <w:t>Жива дрімає голова.&lt;br /&gt;</w:t>
        <w:br/>
        <w:t>Великі очі сон склепляє;&lt;br /&gt;</w:t>
        <w:br/>
        <w:t>Хропе, шолом пернатий має,&lt;br /&gt;</w:t>
        <w:br/>
        <w:t>Хвилястим пір'ям в висоті,&lt;br /&gt;</w:t>
        <w:br/>
        <w:t>Мов тінь, спадає, розхитавшись.&lt;br /&gt;</w:t>
        <w:br/>
        <w:t>В своїй жахливій красоті&lt;br /&gt;</w:t>
        <w:br/>
        <w:t>Над степом чорним підійнявшись,&lt;br /&gt;</w:t>
        <w:br/>
        <w:t>Похмура вся і мовчазна,&lt;br /&gt;</w:t>
        <w:br/>
        <w:t>Пустелі сторож вікової,&lt;br /&gt;</w:t>
        <w:br/>
        <w:t>Перед Русланом враз вона&lt;br /&gt;</w:t>
        <w:br/>
        <w:t>Встає громадою грізною.&lt;br /&gt;</w:t>
        <w:br/>
        <w:t>Дивуючись марі чудній,&lt;br /&gt;</w:t>
        <w:br/>
        <w:t>Він хоче сон розвіять свій.&lt;br /&gt;</w:t>
        <w:br/>
        <w:t>І зблизька він оглянув диво,&lt;br /&gt;</w:t>
        <w:br/>
        <w:t>Об'їхав голову кругом&lt;br /&gt;</w:t>
        <w:br/>
        <w:t>І став при носі мовчазливо;&lt;br /&gt;</w:t>
        <w:br/>
        <w:t>Лоскоче ніздрі він списом,&lt;br /&gt;</w:t>
        <w:br/>
        <w:t>І ось потвора позіхнула,&lt;br /&gt;</w:t>
        <w:br/>
        <w:t>Розкрила очі й миттю чхнула...&lt;br /&gt;</w:t>
        <w:br/>
        <w:t>Здійнявся вихор, буря здула&lt;br /&gt;</w:t>
        <w:br/>
        <w:t>Навколо пил; а з вій, з усів&lt;br /&gt;</w:t>
        <w:br/>
        <w:t>Табун совиний відлетів;&lt;br /&gt;</w:t>
        <w:br/>
        <w:t>І гай проснувся мовчазливий,&lt;br /&gt;</w:t>
        <w:br/>
        <w:t>Луна зачхала — кінь лякливий&lt;br /&gt;</w:t>
        <w:br/>
        <w:t>Заржав, злетівши, заскакав,&lt;br /&gt;</w:t>
        <w:br/>
        <w:t>І витязь ледве сам не впав,&lt;br /&gt;</w:t>
        <w:br/>
        <w:t>А слідом чути голос шумний:&lt;br /&gt;</w:t>
        <w:br/>
        <w:t>"Куди ти, витязю безумний?&lt;br /&gt;</w:t>
        <w:br/>
        <w:t>Вертай назад, це мій наказ!&lt;br /&gt;</w:t>
        <w:br/>
        <w:t>Бо проковтну нахабу враз!"&lt;br /&gt;</w:t>
        <w:br/>
        <w:t>Руслан з презирством обернувся,&lt;br /&gt;</w:t>
        <w:br/>
        <w:t>Коня затримавши свого,&lt;br /&gt;</w:t>
        <w:br/>
        <w:t>І, гордо глянувши, всміхнувся.&lt;br /&gt;</w:t>
        <w:br/>
        <w:t>"Від мене хочеш ти чого? —&lt;br /&gt;</w:t>
        <w:br/>
        <w:t>Похмура голова кричала: —&lt;br /&gt;</w:t>
        <w:br/>
        <w:t>От гостя доля надіслала!&lt;br /&gt;</w:t>
        <w:br/>
        <w:t>Послухай, забирайся пріч!&lt;br /&gt;</w:t>
        <w:br/>
        <w:t>Я хочу спать, давно вже ніч,&lt;br /&gt;</w:t>
        <w:br/>
        <w:t>Прощай!" Та витязь гордовитий,&lt;br /&gt;</w:t>
        <w:br/>
        <w:t>Почувши грубі ті слова,&lt;br /&gt;</w:t>
        <w:br/>
        <w:t>Гукнув розгніваний, сердитий:&lt;br /&gt;</w:t>
        <w:br/>
        <w:t>"Мовчи, порожня голова!&lt;br /&gt;</w:t>
        <w:br/>
        <w:t>Чував я істину бувало:&lt;br /&gt;</w:t>
        <w:br/>
        <w:t>Широкий лоб, та мозку мало!&lt;br /&gt;</w:t>
        <w:br/>
        <w:t>Я їду, їду, не свищу,&lt;br /&gt;</w:t>
        <w:br/>
        <w:t>А як наїду, не прощу!"</w:t>
      </w:r>
    </w:p>
    <w:p>
      <w:r>
        <w:br/>
        <w:t>Тоді, від люті занімівши,&lt;br /&gt;</w:t>
        <w:br/>
        <w:t>Злобою вся споломенівши,&lt;br /&gt;</w:t>
        <w:br/>
        <w:t>Надулась голова; страшним&lt;br /&gt;</w:t>
        <w:br/>
        <w:t>Огнем їй очі замигтіли;&lt;br /&gt;</w:t>
        <w:br/>
        <w:t>У піні губи затремтіли;&lt;br /&gt;</w:t>
        <w:br/>
        <w:t>Із уст, із вух повився дим –&lt;br /&gt;</w:t>
        <w:br/>
        <w:t>І раптом голова щосили&lt;br /&gt;</w:t>
        <w:br/>
        <w:t>На князя дме, як сто міхів;&lt;br /&gt;</w:t>
        <w:br/>
        <w:t>Даремно кінь зажмурив очі,&lt;br /&gt;</w:t>
        <w:br/>
        <w:t>Натужив груди, лоб схилив;&lt;br /&gt;</w:t>
        <w:br/>
        <w:t>Крізь вихор, дощ і морок ночі&lt;br /&gt;</w:t>
        <w:br/>
        <w:t>В непевну знов рушає путь,&lt;br /&gt;</w:t>
        <w:br/>
        <w:t>Охоплений шаленим страхом,&lt;br /&gt;</w:t>
        <w:br/>
        <w:t>Засліплений безкраїм жахом,&lt;br /&gt;</w:t>
        <w:br/>
        <w:t>Він мчить у даль передихнуть.&lt;br /&gt;</w:t>
        <w:br/>
        <w:t>Знов повернутись витязь хоче —&lt;br /&gt;</w:t>
        <w:br/>
        <w:t>Відбитий знов, нема надій!&lt;br /&gt;</w:t>
        <w:br/>
        <w:t>А голова у тьмі нічній,&lt;br /&gt;</w:t>
        <w:br/>
        <w:t>Мов збожеволіла, регоче,&lt;br /&gt;</w:t>
        <w:br/>
        <w:t>Гримить: "Ну й витязь! Любий мій!&lt;br /&gt;</w:t>
        <w:br/>
        <w:t>Куди ти? тихше, тихше, стій!&lt;br /&gt;</w:t>
        <w:br/>
        <w:t>Стривай, ти шию скрутиш даром;&lt;br /&gt;</w:t>
        <w:br/>
        <w:t>Чи, може, страх тебе напав?&lt;br /&gt;</w:t>
        <w:br/>
        <w:t>Порадуй хоч одним ударом,&lt;br /&gt;</w:t>
        <w:br/>
        <w:t>Допоки кінь твій не сконав".&lt;br /&gt;</w:t>
        <w:br/>
        <w:t>І тут же голова дратує&lt;br /&gt;</w:t>
        <w:br/>
        <w:t>Героя довгим язиком.&lt;br /&gt;</w:t>
        <w:br/>
        <w:t>Руслан з досади мов не чує,&lt;br /&gt;</w:t>
        <w:br/>
        <w:t>Дзвінким погрожує списом,&lt;br /&gt;</w:t>
        <w:br/>
        <w:t>Стискає ратище рукою,&lt;br /&gt;</w:t>
        <w:br/>
        <w:t>І враз нехибну, гостру зброю&lt;br /&gt;</w:t>
        <w:br/>
        <w:t>В зухвалий увіткнув язик.&lt;br /&gt;</w:t>
        <w:br/>
        <w:t>Кривавий струм з гидкого зіву&lt;br /&gt;</w:t>
        <w:br/>
        <w:t>Страшною річкою потік.&lt;br /&gt;</w:t>
        <w:br/>
        <w:t>Від здивування, болю, гніву&lt;br /&gt;</w:t>
        <w:br/>
        <w:t>Безтямна ставши, голова&lt;br /&gt;</w:t>
        <w:br/>
        <w:t>На князя смілого дивилась,&lt;br /&gt;</w:t>
        <w:br/>
        <w:t>Залізо гризла і мінилась.&lt;br /&gt;</w:t>
        <w:br/>
        <w:t>Так в марнім запалі, бува,&lt;br /&gt;</w:t>
        <w:br/>
        <w:t>Поганий учень Мельпомени&lt;br /&gt;</w:t>
        <w:br/>
        <w:t>Раптовим свистом збитий враз,&lt;br /&gt;</w:t>
        <w:br/>
        <w:t>Уже не бачить більше вас,&lt;br /&gt;</w:t>
        <w:br/>
        <w:t>Поблід і ролю забуває,&lt;br /&gt;</w:t>
        <w:br/>
        <w:t>Тремтить, і голову схилив,&lt;br /&gt;</w:t>
        <w:br/>
        <w:t>І, заїкаючись, змовкає&lt;br /&gt;</w:t>
        <w:br/>
        <w:t>Під глузування глядачів.&lt;br /&gt;</w:t>
        <w:br/>
        <w:t>В таку сприятливу хвилину,&lt;br /&gt;</w:t>
        <w:br/>
        <w:t>До голови вже без упину,&lt;br /&gt;</w:t>
        <w:br/>
        <w:t>Мов яструб, богатир летить,&lt;br /&gt;</w:t>
        <w:br/>
        <w:t>Підняв десницю грізну вгору&lt;br /&gt;</w:t>
        <w:br/>
        <w:t>І рукавицею потвору&lt;br /&gt;</w:t>
        <w:br/>
        <w:t>В обличчя затинає вмить;&lt;br /&gt;</w:t>
        <w:br/>
        <w:t>Аж у степу луна відбилась;&lt;br /&gt;</w:t>
        <w:br/>
        <w:t>Навколо росяна трава&lt;br /&gt;</w:t>
        <w:br/>
        <w:t>Густою кров'ю обагрилась,&lt;br /&gt;</w:t>
        <w:br/>
        <w:t>І, захитавшись, голова&lt;br /&gt;</w:t>
        <w:br/>
        <w:t>Перевернулась, покотилась,&lt;br /&gt;</w:t>
        <w:br/>
        <w:t>Шолом чавунний забряжчав.&lt;br /&gt;</w:t>
        <w:br/>
        <w:t>Тоді в долині спорожнілій&lt;br /&gt;</w:t>
        <w:br/>
        <w:t>Меч богатирський заблищав.&lt;br /&gt;</w:t>
        <w:br/>
        <w:t>Хапає воїн звеселілий&lt;br /&gt;</w:t>
        <w:br/>
        <w:t>Його й назустріч голові&lt;br /&gt;</w:t>
        <w:br/>
        <w:t>По закривавленій траві&lt;br /&gt;</w:t>
        <w:br/>
        <w:t>Біжить із наміром жорстоким&lt;br /&gt;</w:t>
        <w:br/>
        <w:t>І носа й вуха відрубать;&lt;br /&gt;</w:t>
        <w:br/>
        <w:t>Руслан готовий їх відтять,&lt;br /&gt;</w:t>
        <w:br/>
        <w:t>Уже махнув мечем широким –&lt;br /&gt;</w:t>
        <w:br/>
        <w:t>Аж ось почув він, мовчазний,&lt;br /&gt;</w:t>
        <w:br/>
        <w:t>Благання й стогін голосний...&lt;br /&gt;</w:t>
        <w:br/>
        <w:t>І тихо меч він опускає,&lt;br /&gt;</w:t>
        <w:br/>
        <w:t>І гнів у ньому завмирає,&lt;br /&gt;</w:t>
        <w:br/>
        <w:t>І помста буряна мовчить&lt;br /&gt;</w:t>
        <w:br/>
        <w:t>В душі, замиреній молінням:&lt;br /&gt;</w:t>
        <w:br/>
        <w:t>Так тане лід, струмком дзюрчить,&lt;br /&gt;</w:t>
        <w:br/>
        <w:t>Весняним зрошений промінням.</w:t>
      </w:r>
    </w:p>
    <w:p>
      <w:r>
        <w:br/>
        <w:t>"Герою, ти мене провчив, —&lt;br /&gt;</w:t>
        <w:br/>
        <w:t>З зітханням голова сказала: —&lt;br /&gt;</w:t>
        <w:br/>
        <w:t>Твоя рука це показала –&lt;br /&gt;</w:t>
        <w:br/>
        <w:t>Я проти тебе завинив;&lt;br /&gt;</w:t>
        <w:br/>
        <w:t>Віднині я тобі в послузі;&lt;br /&gt;</w:t>
        <w:br/>
        <w:t>Не піддавай мене нарузі!&lt;br /&gt;</w:t>
        <w:br/>
        <w:t>Мій жереб вартий співчуття.&lt;br /&gt;</w:t>
        <w:br/>
        <w:t>Бучне було й моє життя!&lt;br /&gt;</w:t>
        <w:br/>
        <w:t>В кривавих битвах супостата&lt;br /&gt;</w:t>
        <w:br/>
        <w:t>Собі я рівного не знав;&lt;br /&gt;</w:t>
        <w:br/>
        <w:t>Щасливий був, коли б не мав&lt;br /&gt;</w:t>
        <w:br/>
        <w:t>Суперником я злого брата!&lt;br /&gt;</w:t>
        <w:br/>
        <w:t>Підступний Чорномор гидкий,&lt;br /&gt;</w:t>
        <w:br/>
        <w:t>Ти, ти всіх бід моїх виною!&lt;br /&gt;</w:t>
        <w:br/>
        <w:t>Ганебний карло, завидкий,&lt;br /&gt;</w:t>
        <w:br/>
        <w:t>Що народився з бородою,&lt;br /&gt;</w:t>
        <w:br/>
        <w:t>Ніяк не міг мені простить&lt;br /&gt;</w:t>
        <w:br/>
        <w:t>І вигляд мій, і зріст високий,&lt;br /&gt;</w:t>
        <w:br/>
        <w:t>І з юних літ в душі таїть&lt;br /&gt;</w:t>
        <w:br/>
        <w:t>До мене зненависть, жорстокий.&lt;br /&gt;</w:t>
        <w:br/>
        <w:t>Не дуже мудрий я, зате&lt;br /&gt;</w:t>
        <w:br/>
        <w:t>Рослявий, — а потвора злюща&lt;br /&gt;</w:t>
        <w:br/>
        <w:t>Ніяк угору не росте,&lt;br /&gt;</w:t>
        <w:br/>
        <w:t>Та з біса хитра й завидюща.&lt;br /&gt;</w:t>
        <w:br/>
        <w:t>До того ж, знай, при цій біді&lt;br /&gt;</w:t>
        <w:br/>
        <w:t>В його чудесній бороді&lt;br /&gt;</w:t>
        <w:br/>
        <w:t>Таяться чарівничі сили;&lt;br /&gt;</w:t>
        <w:br/>
        <w:t>Ніщо в житті йому не миле,&lt;br /&gt;</w:t>
        <w:br/>
        <w:t>І, доки ціла борода, —&lt;br /&gt;</w:t>
        <w:br/>
        <w:t>Він зло творить не покида.&lt;br /&gt;</w:t>
        <w:br/>
        <w:t>От якось він, немов для дружби,&lt;br /&gt;</w:t>
        <w:br/>
        <w:t>"Послухай лиш, — мені сказав, —&lt;br /&gt;</w:t>
        <w:br/>
        <w:t>Ти не відмовишся від служби?&lt;br /&gt;</w:t>
        <w:br/>
        <w:t>Я в чорних книгах начитав,&lt;br /&gt;</w:t>
        <w:br/>
        <w:t>Що десь за східними борами,&lt;br /&gt;</w:t>
        <w:br/>
        <w:t>На тихих моря берегах,&lt;br /&gt;</w:t>
        <w:br/>
        <w:t>В глухім підвалі під замками,&lt;br /&gt;</w:t>
        <w:br/>
        <w:t>Зберігся меч — і що ж? о страх!&lt;br /&gt;</w:t>
        <w:br/>
        <w:t>Довідавсь я в чаклунськім колі,&lt;br /&gt;</w:t>
        <w:br/>
        <w:t>Що волею страшної долі&lt;br /&gt;</w:t>
        <w:br/>
        <w:t>Цей меч відомий буде нам,&lt;br /&gt;</w:t>
        <w:br/>
        <w:t>Що лихо нас обох чекає:&lt;br /&gt;</w:t>
        <w:br/>
        <w:t>Мені він бороду зрубає,&lt;br /&gt;</w:t>
        <w:br/>
        <w:t>Тобі главу; зміркуй же сам,&lt;br /&gt;</w:t>
        <w:br/>
        <w:t>Як добре, брате, захопити&lt;br /&gt;</w:t>
        <w:br/>
        <w:t>Цей утвір злий ворожія!"&lt;br /&gt;</w:t>
        <w:br/>
        <w:t>"Ну, що ж? про що тут говорити? —&lt;br /&gt;</w:t>
        <w:br/>
        <w:t>Сказав я карлу: — Звісно, я&lt;br /&gt;</w:t>
        <w:br/>
        <w:t>Податись на край світу радий".&lt;br /&gt;</w:t>
        <w:br/>
        <w:t>І на плече сосну звалив,&lt;br /&gt;</w:t>
        <w:br/>
        <w:t>На друге — ніби для поради —&lt;br /&gt;</w:t>
        <w:br/>
        <w:t>Лихого брата посадив;&lt;br /&gt;</w:t>
        <w:br/>
        <w:t>У дальню рушив я дорогу,&lt;br /&gt;</w:t>
        <w:br/>
        <w:t>Ішов, ішов і, слава Богу,&lt;br /&gt;</w:t>
        <w:br/>
        <w:t>Пророкуванню мов на зло,&lt;br /&gt;</w:t>
        <w:br/>
        <w:t>Щасливо все спочатку йшло.&lt;br /&gt;</w:t>
        <w:br/>
        <w:t>Десь за далекими борами&lt;br /&gt;</w:t>
        <w:br/>
        <w:t>Знайшли ми льох, як він казав;&lt;br /&gt;</w:t>
        <w:br/>
        <w:t>Я розметав його руками&lt;br /&gt;</w:t>
        <w:br/>
        <w:t>І таємничий меч дістав.&lt;br /&gt;</w:t>
        <w:br/>
        <w:t>Та ні! так доля захотіла:&lt;br /&gt;</w:t>
        <w:br/>
        <w:t>Між нами сварка закипіла —&lt;br /&gt;</w:t>
        <w:br/>
        <w:t>Було, признатися, чому! —&lt;br /&gt;</w:t>
        <w:br/>
        <w:t>Мечем, бач, володіть кому?&lt;br /&gt;</w:t>
        <w:br/>
        <w:t>Кричав я, карло хвилювався;&lt;br /&gt;</w:t>
        <w:br/>
        <w:t>Ми лаялися; під кінець&lt;br /&gt;</w:t>
        <w:br/>
        <w:t>Щось хитре вигадав митець,&lt;br /&gt;</w:t>
        <w:br/>
        <w:t>Затих собі, неначе здався.&lt;br /&gt;</w:t>
        <w:br/>
        <w:t>"Покиньмо сварки ми дурні, —&lt;br /&gt;</w:t>
        <w:br/>
        <w:t>Промовив Чорномор мені: —&lt;br /&gt;</w:t>
        <w:br/>
        <w:t>Повинні спілку ми зміцняти,&lt;br /&gt;</w:t>
        <w:br/>
        <w:t>Велить нам серце в мирі жить;&lt;br /&gt;</w:t>
        <w:br/>
        <w:t>Ми долю змусимо сказати,&lt;br /&gt;</w:t>
        <w:br/>
        <w:t>Для кого меч оцей блищить.&lt;br /&gt;</w:t>
        <w:br/>
        <w:t>Слід вуха до землі схилити —&lt;br /&gt;</w:t>
        <w:br/>
        <w:t>(Бажає злість лихому вчити!):&lt;br /&gt;</w:t>
        <w:br/>
        <w:t>Хто перший з нас почує дзвін,&lt;br /&gt;</w:t>
        <w:br/>
        <w:t>Тому мечем цим володіти".&lt;br /&gt;</w:t>
        <w:br/>
        <w:t>Сказав і ліг на землю він.&lt;br /&gt;</w:t>
        <w:br/>
        <w:t>Я здуру також нахилився,&lt;br /&gt;</w:t>
        <w:br/>
        <w:t>Лежу, щоб дзвін той упіймать,&lt;br /&gt;</w:t>
        <w:br/>
        <w:t>І мислю карла ошукать!&lt;br /&gt;</w:t>
        <w:br/>
        <w:t>Та сам я страшно помилився.&lt;br /&gt;</w:t>
        <w:br/>
        <w:t>Зненацька в тиші гробовій&lt;br /&gt;</w:t>
        <w:br/>
        <w:t>Устав навшпиньки лиходій,&lt;br /&gt;</w:t>
        <w:br/>
        <w:t>Підкрався ззаду, розмахнувся;&lt;br /&gt;</w:t>
        <w:br/>
        <w:t>Як вихор, свиснув гострий меч, —&lt;br /&gt;</w:t>
        <w:br/>
        <w:t>І доки, бач, я обернувся,&lt;br /&gt;</w:t>
        <w:br/>
        <w:t>Вже голова злетіла з плеч —&lt;br /&gt;</w:t>
        <w:br/>
        <w:t>І надприродна темна сила&lt;br /&gt;</w:t>
        <w:br/>
        <w:t>Одразу дух життя спинила.&lt;br /&gt;</w:t>
        <w:br/>
        <w:t>Тернами тулуб мій заріс;&lt;br /&gt;</w:t>
        <w:br/>
        <w:t>У далині, в чужій країні,&lt;br /&gt;</w:t>
        <w:br/>
        <w:t>Зотлів мій прах, останок тлінний;&lt;br /&gt;</w:t>
        <w:br/>
        <w:t>Та злісний карло переніс&lt;br /&gt;</w:t>
        <w:br/>
        <w:t>Мене у край цей самотинний,&lt;br /&gt;</w:t>
        <w:br/>
        <w:t>Де вічно мав я стерегти&lt;br /&gt;</w:t>
        <w:br/>
        <w:t>Цей меч, що взяв сьогодні ти.&lt;br /&gt;</w:t>
        <w:br/>
        <w:t>За тебе доля, о герою!&lt;br /&gt;</w:t>
        <w:br/>
        <w:t>Візьми його, і Бог з тобою!&lt;br /&gt;</w:t>
        <w:br/>
        <w:t>Можливо, на шляхах своїх&lt;br /&gt;</w:t>
        <w:br/>
        <w:t>Ти карла-чаклуна зустрінеш, —&lt;br /&gt;</w:t>
        <w:br/>
        <w:t>Пометися за лукавство й гріх!&lt;br /&gt;</w:t>
        <w:br/>
        <w:t>І я тоді щасливий буду,&lt;br /&gt;</w:t>
        <w:br/>
        <w:t>Спокійно вік кінчу я свій —&lt;br /&gt;</w:t>
        <w:br/>
        <w:t>І, знай, у вдячності своїй&lt;br /&gt;</w:t>
        <w:br/>
        <w:t>Навіки ляпас твій забуду".&lt;br /&gt;</w:t>
        <w:br/>
        <w:t>Пісня четверта</w:t>
      </w:r>
    </w:p>
    <w:p>
      <w:r>
        <w:br/>
        <w:t>Уранці вставши, кожен раз&lt;br /&gt;</w:t>
        <w:br/>
        <w:t>Я дякую сердечно Богу,&lt;br /&gt;</w:t>
        <w:br/>
        <w:t>Що мало є нагод у нас&lt;br /&gt;</w:t>
        <w:br/>
        <w:t>Зустріти ворожбита злого.&lt;br /&gt;</w:t>
        <w:br/>
        <w:t>До того ж — честь і слава їм! –&lt;br /&gt;</w:t>
        <w:br/>
        <w:t>Безпечні стали наші шлюби...&lt;br /&gt;</w:t>
        <w:br/>
        <w:t>У них нема страшної згуби&lt;br /&gt;</w:t>
        <w:br/>
        <w:t>Мужам і дівам молодим.&lt;br /&gt;</w:t>
        <w:br/>
        <w:t>Та є ще інші ворожбити, —&lt;br /&gt;</w:t>
        <w:br/>
        <w:t>їх рід ненавиджу лихий:&lt;br /&gt;</w:t>
        <w:br/>
        <w:t>І погляд, ніжністю повитий,&lt;br /&gt;</w:t>
        <w:br/>
        <w:t>І голос, друзі, чарівний!&lt;br /&gt;</w:t>
        <w:br/>
        <w:t>Цурайтесь їх: вони лукаві!&lt;br /&gt;</w:t>
        <w:br/>
        <w:t>Шукайте прикладу в мені,&lt;br /&gt;</w:t>
        <w:br/>
        <w:t>Не вірте мові їх ласкавій&lt;br /&gt;</w:t>
        <w:br/>
        <w:t>І спочивайте в тишині.</w:t>
      </w:r>
    </w:p>
    <w:p>
      <w:r>
        <w:br/>
        <w:t>Поезії чудесний геній,&lt;br /&gt;</w:t>
        <w:br/>
        <w:t>Співець примар у млі натхненній,&lt;br /&gt;</w:t>
        <w:br/>
        <w:t>Кохання, мрій і чортівні,&lt;br /&gt;</w:t>
        <w:br/>
        <w:t>Могил і раю вірний житель,&lt;br /&gt;</w:t>
        <w:br/>
        <w:t>Моєї музи навесні&lt;br /&gt;</w:t>
        <w:br/>
        <w:t>Учителю й охоронитель!&lt;br /&gt;</w:t>
        <w:br/>
        <w:t>Орфею півночі, мені&lt;br /&gt;</w:t>
        <w:br/>
        <w:t>Прости, що в повісті грайливій&lt;br /&gt;</w:t>
        <w:br/>
        <w:t>Я лину по твоїх слідах&lt;br /&gt;</w:t>
        <w:br/>
        <w:t>І ліри звуки гомінливі&lt;br /&gt;</w:t>
        <w:br/>
        <w:t>В оманних викриваю снах.</w:t>
      </w:r>
    </w:p>
    <w:p>
      <w:r>
        <w:br/>
        <w:t>Усі ви чули, любі друзі,&lt;br /&gt;</w:t>
        <w:br/>
        <w:t>Як бісові дивак страшний&lt;br /&gt;</w:t>
        <w:br/>
        <w:t>Продав себе спочатку в тузі,&lt;br /&gt;</w:t>
        <w:br/>
        <w:t>А там і дочок, лиходій;&lt;br /&gt;</w:t>
        <w:br/>
        <w:t>Як потім щедрими дарами,&lt;br /&gt;</w:t>
        <w:br/>
        <w:t>Постом, молитвою і тим,&lt;br /&gt;</w:t>
        <w:br/>
        <w:t>Що каявсь гірко, до нестями,&lt;br /&gt;</w:t>
        <w:br/>
        <w:t>Знайшов заступника в святім;&lt;br /&gt;</w:t>
        <w:br/>
        <w:t>Як він помер, і як заснули&lt;br /&gt;</w:t>
        <w:br/>
        <w:t>Дванадцять дочок молодих;&lt;br /&gt;</w:t>
        <w:br/>
        <w:t>І нас привабили, вжахнули&lt;br /&gt;</w:t>
        <w:br/>
        <w:t>Картини тих чудес нічних&lt;br /&gt;</w:t>
        <w:br/>
        <w:t>І чарівничі ті примари,&lt;br /&gt;</w:t>
        <w:br/>
        <w:t>Похмурий біс і Божий гнів,&lt;br /&gt;</w:t>
        <w:br/>
        <w:t>І грішника живого кари,&lt;br /&gt;</w:t>
        <w:br/>
        <w:t>І чари непорочних дів.&lt;br /&gt;</w:t>
        <w:br/>
        <w:t>Ми з ними плакали, бродили&lt;br /&gt;</w:t>
        <w:br/>
        <w:t>Круг стін у темряві німій&lt;br /&gt;</w:t>
        <w:br/>
        <w:t>І серцем враженим любили&lt;br /&gt;</w:t>
        <w:br/>
        <w:t>Їх тихий сон і бран тяжкий;&lt;br /&gt;</w:t>
        <w:br/>
        <w:t>Вадима палко закликали,&lt;br /&gt;</w:t>
        <w:br/>
        <w:t>Пробудження вітали їх.&lt;br /&gt;</w:t>
        <w:br/>
        <w:t>І часто ми черниць святих&lt;br /&gt;</w:t>
        <w:br/>
        <w:t>На батьків цвинтар проводжали.&lt;br /&gt;</w:t>
        <w:br/>
        <w:t>І що ж, чи правда?., нам збрехали!&lt;br /&gt;</w:t>
        <w:br/>
        <w:t>Та чи скажу вам правду я?</w:t>
      </w:r>
    </w:p>
    <w:p>
      <w:r>
        <w:br/>
        <w:t>Ратмір на південь без упину&lt;br /&gt;</w:t>
        <w:br/>
        <w:t>Свого баского гнав коня&lt;br /&gt;</w:t>
        <w:br/>
        <w:t>І мріяв ще до смерку дня&lt;br /&gt;</w:t>
        <w:br/>
        <w:t>Знайти Русланову дружину.&lt;br /&gt;</w:t>
        <w:br/>
        <w:t>Та день багряний вечорів;&lt;br /&gt;</w:t>
        <w:br/>
        <w:t>Даремно він перед собою&lt;br /&gt;</w:t>
        <w:br/>
        <w:t>В тумани здалеку зорив:&lt;br /&gt;</w:t>
        <w:br/>
        <w:t>Було безлюдно над рікою,&lt;br /&gt;</w:t>
        <w:br/>
        <w:t>Останній промінь ще горів&lt;br /&gt;</w:t>
        <w:br/>
        <w:t>Над пишно-золотавим бором.&lt;br /&gt;</w:t>
        <w:br/>
        <w:t>Наш витязь мимо скель скакав,&lt;br /&gt;</w:t>
        <w:br/>
        <w:t>І в тишині навколо зором&lt;br /&gt;</w:t>
        <w:br/>
        <w:t>Нічліг поміж дерев шукав.&lt;br /&gt;</w:t>
        <w:br/>
        <w:t>Він на долину завертає,&lt;br /&gt;</w:t>
        <w:br/>
        <w:t>І бачить: замок на горбах&lt;br /&gt;</w:t>
        <w:br/>
        <w:t>Зубчасті мури підіймає;&lt;br /&gt;</w:t>
        <w:br/>
        <w:t>Чорніють вежі по кутках;&lt;br /&gt;</w:t>
        <w:br/>
        <w:t>І діва на стіні високій,&lt;br /&gt;</w:t>
        <w:br/>
        <w:t>Мов лебедь на воді широкій,&lt;br /&gt;</w:t>
        <w:br/>
        <w:t>Ішла у сяйві, і тремтів&lt;br /&gt;</w:t>
        <w:br/>
        <w:t>Навколо ледве чутний спів,&lt;br /&gt;</w:t>
        <w:br/>
        <w:t>Що ллється в тишині глибокій.</w:t>
      </w:r>
    </w:p>
    <w:p>
      <w:r>
        <w:br/>
        <w:t>"У полі морок ліг нічний&lt;br /&gt;</w:t>
        <w:br/>
        <w:t>І вітер з хвиль устав сердитий.&lt;br /&gt;</w:t>
        <w:br/>
        <w:t>Спізнивсь, мандрівче молодий!&lt;br /&gt;</w:t>
        <w:br/>
        <w:t>Іди в наш терем відпочити.</w:t>
      </w:r>
    </w:p>
    <w:p>
      <w:r>
        <w:br/>
        <w:t>Вночі тут спокій мовчазний,&lt;br /&gt;</w:t>
        <w:br/>
        <w:t>А вдень і шум і частування.&lt;br /&gt;</w:t>
        <w:br/>
        <w:t>Прийди на дружнє закликання,&lt;br /&gt;</w:t>
        <w:br/>
        <w:t>Прийди, мандрівче молодий!</w:t>
      </w:r>
    </w:p>
    <w:p>
      <w:r>
        <w:br/>
        <w:t>У нас красунь веселих рій;&lt;br /&gt;</w:t>
        <w:br/>
        <w:t>Їх ніжна мова й милування.&lt;br /&gt;</w:t>
        <w:br/>
        <w:t>Прийди на ніжне закликання,&lt;br /&gt;</w:t>
        <w:br/>
        <w:t>Прийди, мандрівче молодий!</w:t>
      </w:r>
    </w:p>
    <w:p>
      <w:r>
        <w:br/>
        <w:t>Тобі ми вранці келих твій&lt;br /&gt;</w:t>
        <w:br/>
        <w:t>Наллєм по вінця на прощання.&lt;br /&gt;</w:t>
        <w:br/>
        <w:t>Прийди на ніжне закликання,&lt;br /&gt;</w:t>
        <w:br/>
        <w:t>Прийди, мандрівче молодий!</w:t>
      </w:r>
    </w:p>
    <w:p>
      <w:r>
        <w:br/>
        <w:t>У полі морок ліг нічний&lt;br /&gt;</w:t>
        <w:br/>
        <w:t>І вітер з хвиль устав сердитий.&lt;br /&gt;</w:t>
        <w:br/>
        <w:t>Спізнивсь, мандрівче молодий!&lt;br /&gt;</w:t>
        <w:br/>
        <w:t>Іди в наш терем відпочити".</w:t>
      </w:r>
    </w:p>
    <w:p>
      <w:r>
        <w:br/>
        <w:t>Вона співає, заклика:&lt;br /&gt;</w:t>
        <w:br/>
        <w:t>І хан палкий вже під стіною;&lt;br /&gt;</w:t>
        <w:br/>
        <w:t>Стрічати в брамі юнака&lt;br /&gt;</w:t>
        <w:br/>
        <w:t>Дівчата вибігли юрбою;&lt;br /&gt;</w:t>
        <w:br/>
        <w:t>Під гомін лагідних речей&lt;br /&gt;</w:t>
        <w:br/>
        <w:t>Ратмір оточений; не зводять&lt;br /&gt;</w:t>
        <w:br/>
        <w:t>Красуні з витязя очей;&lt;br /&gt;</w:t>
        <w:br/>
        <w:t>Дві дівчини коня відводять;&lt;br /&gt;</w:t>
        <w:br/>
        <w:t>В світлицю входить хан радий,&lt;br /&gt;</w:t>
        <w:br/>
        <w:t>За ним самотниць милих рій;&lt;br /&gt;</w:t>
        <w:br/>
        <w:t>Одна зняла шолом крилатий,&lt;br /&gt;</w:t>
        <w:br/>
        <w:t>Здіймає друга куті лати,&lt;br /&gt;</w:t>
        <w:br/>
        <w:t>Та меч бере, та щит курний;&lt;br /&gt;</w:t>
        <w:br/>
        <w:t>Любові одяг чарівний&lt;br /&gt;</w:t>
        <w:br/>
        <w:t>Заступить зброю воякову.&lt;br /&gt;</w:t>
        <w:br/>
        <w:t>Та спершу витязя ведуть&lt;br /&gt;</w:t>
        <w:br/>
        <w:t>У руську баню пречудову.&lt;br /&gt;</w:t>
        <w:br/>
        <w:t>Вже хвилі димові течуть&lt;br /&gt;</w:t>
        <w:br/>
        <w:t>У казани глибокі й чисті,&lt;br /&gt;</w:t>
        <w:br/>
        <w:t>Фонтани бризкають сріблисті;&lt;br /&gt;</w:t>
        <w:br/>
        <w:t>Розкішний килим перед ним;&lt;br /&gt;</w:t>
        <w:br/>
        <w:t>Хан стомлений на нім лягає;&lt;br /&gt;</w:t>
        <w:br/>
        <w:t>Прозора пара обгортає;&lt;br /&gt;</w:t>
        <w:br/>
        <w:t>З турботним поглядом німим,&lt;br /&gt;</w:t>
        <w:br/>
        <w:t>Напівоголені, звабливі,&lt;br /&gt;</w:t>
        <w:br/>
        <w:t>У млості, сповнені жаги,&lt;br /&gt;</w:t>
        <w:br/>
        <w:t>Дівчата ніжні та вродливі&lt;br /&gt;</w:t>
        <w:br/>
        <w:t>Стоять юрбою навкруги.&lt;br /&gt;</w:t>
        <w:br/>
        <w:t>Одна над рицарем махає&lt;br /&gt;</w:t>
        <w:br/>
        <w:t>Тонким березовим гіллям,&lt;br /&gt;</w:t>
        <w:br/>
        <w:t>І палом тіло обіймає;&lt;br /&gt;</w:t>
        <w:br/>
        <w:t>А інша сік трояндний там&lt;br /&gt;</w:t>
        <w:br/>
        <w:t>На члени стомлені зливає&lt;br /&gt;</w:t>
        <w:br/>
        <w:t>І ароматами скропляє&lt;br /&gt;</w:t>
        <w:br/>
        <w:t>Русяві кучері рясні.&lt;br /&gt;</w:t>
        <w:br/>
        <w:t>І витязь, від жаги сп'янілий,&lt;br /&gt;</w:t>
        <w:br/>
        <w:t>Уже забув красу Людмили,&lt;br /&gt;</w:t>
        <w:br/>
        <w:t>Що десь у дальній стороні;&lt;br /&gt;</w:t>
        <w:br/>
        <w:t>Він мліє в запальнім бажанні;&lt;br /&gt;</w:t>
        <w:br/>
        <w:t>Блукає поглядом своїм,&lt;br /&gt;</w:t>
        <w:br/>
        <w:t>І, весь у пристраснім чеканні,&lt;br /&gt;</w:t>
        <w:br/>
        <w:t>Палає серцем молодим.</w:t>
      </w:r>
    </w:p>
    <w:p>
      <w:r>
        <w:br/>
        <w:t>Та ось іде він до гостини.&lt;br /&gt;</w:t>
        <w:br/>
        <w:t>У пишні вдягнений тканини,&lt;br /&gt;</w:t>
        <w:br/>
        <w:t>Ратмір, у колі красних дів,&lt;br /&gt;</w:t>
        <w:br/>
        <w:t>За стіл багатий радо сів.&lt;br /&gt;</w:t>
        <w:br/>
        <w:t>Я не Гомер: в піснях високих&lt;br /&gt;</w:t>
        <w:br/>
        <w:t>Один він може оспівать,&lt;br /&gt;</w:t>
        <w:br/>
        <w:t>Як бенкетує грецька рать,&lt;br /&gt;</w:t>
        <w:br/>
        <w:t>І дзвін і піну чар глибоких.&lt;br /&gt;</w:t>
        <w:br/>
        <w:t>Волію, по слідах Парні,&lt;br /&gt;</w:t>
        <w:br/>
        <w:t>В недбалім прославляти слові&lt;br /&gt;</w:t>
        <w:br/>
        <w:t>Принади наготи нічні&lt;br /&gt;</w:t>
        <w:br/>
        <w:t>І ніжні пестощі любові!&lt;br /&gt;</w:t>
        <w:br/>
        <w:t>Над замком місяць вдалині;&lt;br /&gt;</w:t>
        <w:br/>
        <w:t>Я бачу терем над горою,&lt;br /&gt;</w:t>
        <w:br/>
        <w:t>Де витязь млосний самотою&lt;br /&gt;</w:t>
        <w:br/>
        <w:t>Лежить у неспокійнім сні;&lt;br /&gt;</w:t>
        <w:br/>
        <w:t>Його чоло, його ланіти&lt;br /&gt;</w:t>
        <w:br/>
        <w:t>Раптовим полум'ям горять;&lt;br /&gt;</w:t>
        <w:br/>
        <w:t>Його уста напіврозкриті&lt;br /&gt;</w:t>
        <w:br/>
        <w:t>З жаги солодкої тремтять;&lt;br /&gt;</w:t>
        <w:br/>
        <w:t>Він тихо, пристрасно зітхає,&lt;br /&gt;</w:t>
        <w:br/>
        <w:t>Він бачить їх — і в сні палкім&lt;br /&gt;</w:t>
        <w:br/>
        <w:t>Покров до серця притискає.&lt;br /&gt;</w:t>
        <w:br/>
        <w:t>Враз у покої мовчазнім&lt;br /&gt;</w:t>
        <w:br/>
        <w:t>Відкрились двері; край порога&lt;br /&gt;</w:t>
        <w:br/>
        <w:t>Рипить під ніжкою підлога;&lt;br /&gt;</w:t>
        <w:br/>
        <w:t>При сяйві місяця яснім&lt;br /&gt;</w:t>
        <w:br/>
        <w:t>Майнула діва. Сни крилаті,&lt;br /&gt;</w:t>
        <w:br/>
        <w:t>Сховайтесь, відлетіте пріч!&lt;br /&gt;</w:t>
        <w:br/>
        <w:t>Прокиньсь — твоя настала ніч!&lt;br /&gt;</w:t>
        <w:br/>
        <w:t>Не повернуть хвилину втрати!..&lt;br /&gt;</w:t>
        <w:br/>
        <w:t>Вона підходить, він лежить&lt;br /&gt;</w:t>
        <w:br/>
        <w:t>І в млості пристрасній дрімає;&lt;br /&gt;</w:t>
        <w:br/>
        <w:t>Покров його з одра висить,&lt;br /&gt;</w:t>
        <w:br/>
        <w:t>І пух чоло йому вгортає.&lt;br /&gt;</w:t>
        <w:br/>
        <w:t>В мовчанні діва перед ним&lt;br /&gt;</w:t>
        <w:br/>
        <w:t>Стоїть, прекрасна і жадана,&lt;br /&gt;</w:t>
        <w:br/>
        <w:t>Мовчить, не дише, як Діана&lt;br /&gt;</w:t>
        <w:br/>
        <w:t>Над милим пастухом своїм:&lt;br /&gt;</w:t>
        <w:br/>
        <w:t>І ось вона, на ложе хана&lt;br /&gt;</w:t>
        <w:br/>
        <w:t>Коліном спершися одним,&lt;br /&gt;</w:t>
        <w:br/>
        <w:t>Зітхнула і лице схиляє,&lt;br /&gt;</w:t>
        <w:br/>
        <w:t>У млості, з трепетом живим,&lt;br /&gt;</w:t>
        <w:br/>
        <w:t>І сон щасливця уриває&lt;br /&gt;</w:t>
        <w:br/>
        <w:t>Цілунком пристрасним, німим...</w:t>
      </w:r>
    </w:p>
    <w:p>
      <w:r>
        <w:br/>
        <w:t>Та, друзі, соромлива ліра&lt;br /&gt;</w:t>
        <w:br/>
        <w:t>Замовкла у руці моїй;&lt;br /&gt;</w:t>
        <w:br/>
        <w:t>І слабне тихий голос мій —&lt;br /&gt;</w:t>
        <w:br/>
        <w:t>Покинем юного Ратміра;&lt;br /&gt;</w:t>
        <w:br/>
        <w:t>Для цих пісень тепер не час:&lt;br /&gt;</w:t>
        <w:br/>
        <w:t>Руслан цікавить мусить нас,&lt;br /&gt;</w:t>
        <w:br/>
        <w:t>Руслан, цей витязь бездоганний,&lt;br /&gt;</w:t>
        <w:br/>
        <w:t>Людмили нашої коханий.&lt;br /&gt;</w:t>
        <w:br/>
        <w:t>Його стомив упертий бій,&lt;br /&gt;</w:t>
        <w:br/>
        <w:t>Під велетенською главою&lt;br /&gt;</w:t>
        <w:br/>
        <w:t>Сповив Руслана сон міцний.&lt;br /&gt;</w:t>
        <w:br/>
        <w:t>Та ось ранковою порою&lt;br /&gt;</w:t>
        <w:br/>
        <w:t>Вже сяє обрій мовчазний;&lt;br /&gt;</w:t>
        <w:br/>
        <w:t>Скрізь ясно; промінь жартівливий&lt;br /&gt;</w:t>
        <w:br/>
        <w:t>Чоло глави позолотив.&lt;br /&gt;</w:t>
        <w:br/>
        <w:t>Руслан устав, і кінь грайливий&lt;br /&gt;</w:t>
        <w:br/>
        <w:t>Під ним стрілою полетів.</w:t>
      </w:r>
    </w:p>
    <w:p>
      <w:r>
        <w:br/>
        <w:t>І дні біжать; жовтіють ниви;&lt;br /&gt;</w:t>
        <w:br/>
        <w:t>З дерев спадає ветхий лист;&lt;br /&gt;</w:t>
        <w:br/>
        <w:t>В лісах осінній вітру свист&lt;br /&gt;</w:t>
        <w:br/>
        <w:t>Співців пернатих заглушає;&lt;br /&gt;</w:t>
        <w:br/>
        <w:t>Похмурий і тяжкий туман&lt;br /&gt;</w:t>
        <w:br/>
        <w:t>Могили голі сповиває;&lt;br /&gt;</w:t>
        <w:br/>
        <w:t>Зима наблизилась — Руслан&lt;br /&gt;</w:t>
        <w:br/>
        <w:t>Коня відважно поганяє&lt;br /&gt;</w:t>
        <w:br/>
        <w:t>На дальню північ; з кожним днем&lt;br /&gt;</w:t>
        <w:br/>
        <w:t>Знов перепони зустрічає.&lt;br /&gt;</w:t>
        <w:br/>
        <w:t>То б'ється він з богатирем,&lt;br /&gt;</w:t>
        <w:br/>
        <w:t>То з велетнем, або з Ягою,&lt;br /&gt;</w:t>
        <w:br/>
        <w:t>А то вночі, на кілька гін,&lt;br /&gt;</w:t>
        <w:br/>
        <w:t>Немов крізь сон той, бачить він:&lt;br /&gt;</w:t>
        <w:br/>
        <w:t>Оточені густою млою,&lt;br /&gt;</w:t>
        <w:br/>
        <w:t>Русалки тихо на гілках,&lt;br /&gt;</w:t>
        <w:br/>
        <w:t>Гойдаючись навколо нього,&lt;br /&gt;</w:t>
        <w:br/>
        <w:t>Із усмішкою на устах,&lt;br /&gt;</w:t>
        <w:br/>
        <w:t>Чарують князя молодого...&lt;br /&gt;</w:t>
        <w:br/>
        <w:t>Та дивних сил незримий рій&lt;br /&gt;</w:t>
        <w:br/>
        <w:t>Зберіг його в спокусі тій;&lt;br /&gt;</w:t>
        <w:br/>
        <w:t>В його душі бажань немає,&lt;br /&gt;</w:t>
        <w:br/>
        <w:t>Він їх не бачить, їх не знає,&lt;br /&gt;</w:t>
        <w:br/>
        <w:t>Людмилі вірний він одній.</w:t>
      </w:r>
    </w:p>
    <w:p>
      <w:r>
        <w:br/>
        <w:t>Але, в печалі невтолима&lt;br /&gt;</w:t>
        <w:br/>
        <w:t>І для лихого чаклуна&lt;br /&gt;</w:t>
        <w:br/>
        <w:t>У дивній шапці невидима,&lt;br /&gt;</w:t>
        <w:br/>
        <w:t>Що думає моя княжна,&lt;br /&gt;</w:t>
        <w:br/>
        <w:t>Що робить чарівна Людмила?&lt;br /&gt;</w:t>
        <w:br/>
        <w:t>Вона, безмовна, посмутніла,&lt;br /&gt;</w:t>
        <w:br/>
        <w:t>Одна гуляє між садів,&lt;br /&gt;</w:t>
        <w:br/>
        <w:t>Про друга думає й зітхає,&lt;br /&gt;</w:t>
        <w:br/>
        <w:t>Або у мріях дивних снів&lt;br /&gt;</w:t>
        <w:br/>
        <w:t>До рідних київських полів&lt;br /&gt;</w:t>
        <w:br/>
        <w:t>В сердечнім забутті літає;&lt;br /&gt;</w:t>
        <w:br/>
        <w:t>Братів і батька обіймає&lt;br /&gt;</w:t>
        <w:br/>
        <w:t>І подруг бачить молодих&lt;br /&gt;</w:t>
        <w:br/>
        <w:t>І мамок пізнає своїх, —&lt;br /&gt;</w:t>
        <w:br/>
        <w:t>Полон забуто і розлуку!&lt;br /&gt;</w:t>
        <w:br/>
        <w:t>Та скоро стомлена княжна&lt;br /&gt;</w:t>
        <w:br/>
        <w:t>Пригадує неволі муку,&lt;br /&gt;</w:t>
        <w:br/>
        <w:t>І знов самотня і сумна.&lt;br /&gt;</w:t>
        <w:br/>
        <w:t>Рабам закоханця лихого&lt;br /&gt;</w:t>
        <w:br/>
        <w:t>Нема роботи, крім одного:&lt;br /&gt;</w:t>
        <w:br/>
        <w:t>По замку бігать, по садах,&lt;br /&gt;</w:t>
        <w:br/>
        <w:t>І полоненої шукати,&lt;br /&gt;</w:t>
        <w:br/>
        <w:t>Метатись, голосно гукати, —&lt;br /&gt;</w:t>
        <w:br/>
        <w:t>Та марна праця бідолах.&lt;br /&gt;</w:t>
        <w:br/>
        <w:t>Людмила ними ніби гралась:&lt;br /&gt;</w:t>
        <w:br/>
        <w:t>У чарівних гаях, гляди,&lt;br /&gt;</w:t>
        <w:br/>
        <w:t>Без шапки враз вона з'являлась&lt;br /&gt;</w:t>
        <w:br/>
        <w:t>І кликала: "Сюди, сюди!"&lt;br /&gt;</w:t>
        <w:br/>
        <w:t>До неї кидались юрбою;&lt;br /&gt;</w:t>
        <w:br/>
        <w:t>Але тікала геть вона,&lt;br /&gt;</w:t>
        <w:br/>
        <w:t>Незрима, тихою ходою&lt;br /&gt;</w:t>
        <w:br/>
        <w:t>Від рук страшного чаклуна.&lt;br /&gt;</w:t>
        <w:br/>
        <w:t>Усюди, завжди помічали&lt;br /&gt;</w:t>
        <w:br/>
        <w:t>Легкі красунині сліди:&lt;br /&gt;</w:t>
        <w:br/>
        <w:t>То позолочені плоди&lt;br /&gt;</w:t>
        <w:br/>
        <w:t>На шумному гіллі зникали,&lt;br /&gt;</w:t>
        <w:br/>
        <w:t>То краплі чистої води&lt;br /&gt;</w:t>
        <w:br/>
        <w:t>На луг толочений спадали:&lt;br /&gt;</w:t>
        <w:br/>
        <w:t>Тоді напевне в замку знали,&lt;br /&gt;</w:t>
        <w:br/>
        <w:t>Що п'є або що їсть княжна.&lt;br /&gt;</w:t>
        <w:br/>
        <w:t>Ховаючись вночі, шукала&lt;br /&gt;</w:t>
        <w:br/>
        <w:t>На гілці кедровій вона&lt;br /&gt;</w:t>
        <w:br/>
        <w:t>Хоч на якусь хвилину сна —&lt;br /&gt;</w:t>
        <w:br/>
        <w:t>Та тільки сльози проливала,&lt;br /&gt;</w:t>
        <w:br/>
        <w:t>Подружжя кликала в журбі&lt;br /&gt;</w:t>
        <w:br/>
        <w:t>І нудьгувала самотою,&lt;br /&gt;</w:t>
        <w:br/>
        <w:t>І рідко, рідко на зорі,&lt;br /&gt;</w:t>
        <w:br/>
        <w:t>Десь поміж вітами, вгорі&lt;br /&gt;</w:t>
        <w:br/>
        <w:t>Дрімала пізньою добою;&lt;br /&gt;</w:t>
        <w:br/>
        <w:t>Та тільки рідшала імла,&lt;br /&gt;</w:t>
        <w:br/>
        <w:t>До водоспаду діва йшла&lt;br /&gt;</w:t>
        <w:br/>
        <w:t>Умитись чистою водою:&lt;br /&gt;</w:t>
        <w:br/>
        <w:t>Сам карло ранньою порою&lt;br /&gt;</w:t>
        <w:br/>
        <w:t>Раз бачив якось із палат,&lt;br /&gt;</w:t>
        <w:br/>
        <w:t>Як під незримою рукою&lt;br /&gt;</w:t>
        <w:br/>
        <w:t>Плескав і бризкав водоспад.&lt;br /&gt;</w:t>
        <w:br/>
        <w:t>З своєю тугою тяжкою&lt;br /&gt;</w:t>
        <w:br/>
        <w:t>До ночі тут, у цих краях,&lt;br /&gt;</w:t>
        <w:br/>
        <w:t>Вона бродила по садах;&lt;br /&gt;</w:t>
        <w:br/>
        <w:t>І часто ввечері чували&lt;br /&gt;</w:t>
        <w:br/>
        <w:t>Її приємний голосок;&lt;br /&gt;</w:t>
        <w:br/>
        <w:t>Вінок уранці підіймали,&lt;br /&gt;</w:t>
        <w:br/>
        <w:t>Недбало кинутий в кущах,&lt;br /&gt;</w:t>
        <w:br/>
        <w:t>Чи перської шматочок піалі,&lt;br /&gt;</w:t>
        <w:br/>
        <w:t>Або хустину, всю в сльозах.</w:t>
      </w:r>
    </w:p>
    <w:p>
      <w:r>
        <w:br/>
        <w:t>Страшну жагу не втамувати,&lt;br /&gt;</w:t>
        <w:br/>
        <w:t>Не заглушити болю втрати, —&lt;br /&gt;</w:t>
        <w:br/>
        <w:t>І вирішив чаклун лихий&lt;br /&gt;</w:t>
        <w:br/>
        <w:t>Людмилу підступом піймати.&lt;br /&gt;</w:t>
        <w:br/>
        <w:t>Так Лемноса коваль кривий,&lt;br /&gt;</w:t>
        <w:br/>
        <w:t>Що взяв вінець подружній свій&lt;br /&gt;</w:t>
        <w:br/>
        <w:t>Із рук прекрасних Цітереї,&lt;br /&gt;</w:t>
        <w:br/>
        <w:t>Тонку їй сіть розкинув сам,&lt;br /&gt;</w:t>
        <w:br/>
        <w:t>Глузливим викривши богам&lt;br /&gt;</w:t>
        <w:br/>
        <w:t>Дружини витівки своєї...</w:t>
      </w:r>
    </w:p>
    <w:p>
      <w:r>
        <w:br/>
        <w:t>Нудьгуючи, сумна княжна&lt;br /&gt;</w:t>
        <w:br/>
        <w:t>В альтанці, зеленню повитій,&lt;br /&gt;</w:t>
        <w:br/>
        <w:t>Сиділа тихо край вікна&lt;br /&gt;</w:t>
        <w:br/>
        <w:t>І крізь похитувані віти&lt;br /&gt;</w:t>
        <w:br/>
        <w:t>На луг дивилась запашний.&lt;br /&gt;</w:t>
        <w:br/>
        <w:t>Враз чує — кличуть: "Друже мій!"&lt;br /&gt;</w:t>
        <w:br/>
        <w:t>І бачить вірного Руслана.&lt;br /&gt;</w:t>
        <w:br/>
        <w:t>Його хода, і риси, й стан;&lt;br /&gt;</w:t>
        <w:br/>
        <w:t>Та він блідий, в очах туман,&lt;br /&gt;</w:t>
        <w:br/>
        <w:t>І на стегні ще свіжа рана —&lt;br /&gt;</w:t>
        <w:br/>
        <w:t>Здригнулось серце їй: "Руслан!&lt;br /&gt;</w:t>
        <w:br/>
        <w:t>Руслан!., він справді!" І стрілою&lt;br /&gt;</w:t>
        <w:br/>
        <w:t>Вона до витязя летить,&lt;br /&gt;</w:t>
        <w:br/>
        <w:t>І каже у сльозах, тремтить:&lt;br /&gt;</w:t>
        <w:br/>
        <w:t>"Ти тут... у ранах... що з тобою?"&lt;br /&gt;</w:t>
        <w:br/>
        <w:t>Уже надбігла, обняла:&lt;br /&gt;</w:t>
        <w:br/>
        <w:t>О жах... це привид... він зникає!&lt;br /&gt;</w:t>
        <w:br/>
        <w:t>Княжна під сіткою; з чола&lt;br /&gt;</w:t>
        <w:br/>
        <w:t>На землю шапка їй спадає,&lt;br /&gt;</w:t>
        <w:br/>
        <w:t>1 чує, грізний хтось кричить:&lt;br /&gt;</w:t>
        <w:br/>
        <w:t>"Вона моя!" — і ось ту ж мить&lt;br /&gt;</w:t>
        <w:br/>
        <w:t>Чаклун огидний виростає.&lt;br /&gt;</w:t>
        <w:br/>
        <w:t>І чути стогін діви враз,&lt;br /&gt;</w:t>
        <w:br/>
        <w:t>І знепритомніла — в цей час&lt;br /&gt;</w:t>
        <w:br/>
        <w:t>Над нею сон крило здіймає.</w:t>
      </w:r>
    </w:p>
    <w:p>
      <w:r>
        <w:br/>
        <w:t>Що ж буде молодій княжні?&lt;br /&gt;</w:t>
        <w:br/>
        <w:t>О, жах який: чаклун безсилий&lt;br /&gt;</w:t>
        <w:br/>
        <w:t>Рукою пестить чарівні&lt;br /&gt;</w:t>
        <w:br/>
        <w:t>Принади юної Людмили!&lt;br /&gt;</w:t>
        <w:br/>
        <w:t>Та чи пізнать він щастя міг?&lt;br /&gt;</w:t>
        <w:br/>
        <w:t>І раптом чуть — гукає ріг,&lt;br /&gt;</w:t>
        <w:br/>
        <w:t>Хтось ніби карла викликає.&lt;br /&gt;</w:t>
        <w:br/>
        <w:t>І з ляку ворожбит скоріш&lt;br /&gt;</w:t>
        <w:br/>
        <w:t>На діву шапку одягає;&lt;br /&gt;</w:t>
        <w:br/>
        <w:t>Та знов гудуть; гучніш, гучніш!&lt;br /&gt;</w:t>
        <w:br/>
        <w:t>Летить туди він, у долину,&lt;br /&gt;</w:t>
        <w:br/>
        <w:t>Заклавши бороду за спину.</w:t>
      </w:r>
    </w:p>
    <w:p>
      <w:r>
        <w:br/>
        <w:t>Пісня п'ята</w:t>
      </w:r>
    </w:p>
    <w:p>
      <w:r>
        <w:br/>
        <w:t>Ах, чарівна моя княжна!&lt;br /&gt;</w:t>
        <w:br/>
        <w:t>За неї кращої немає:&lt;br /&gt;</w:t>
        <w:br/>
        <w:t>Вона і скромна і чуйна,&lt;br /&gt;</w:t>
        <w:br/>
        <w:t>Подружжю віддана жона,&lt;br /&gt;</w:t>
        <w:br/>
        <w:t>Пустує трішки... що ж, буває!&lt;br /&gt;</w:t>
        <w:br/>
        <w:t>Іще миліша тим вона.&lt;br /&gt;</w:t>
        <w:br/>
        <w:t>Щодня принадою новою&lt;br /&gt;</w:t>
        <w:br/>
        <w:t>Уміє нас причарувать;&lt;br /&gt;</w:t>
        <w:br/>
        <w:t>Скажіть: чи можна порівнять&lt;br /&gt;</w:t>
        <w:br/>
        <w:t>Її з Дельфірою лихою?&lt;br /&gt;</w:t>
        <w:br/>
        <w:t>Одній — послала доля дар&lt;br /&gt;</w:t>
        <w:br/>
        <w:t>Серця і очі хвилювати;&lt;br /&gt;</w:t>
        <w:br/>
        <w:t>І мова й усміх, що й казати,&lt;br /&gt;</w:t>
        <w:br/>
        <w:t>Розпалюють кохання жар.&lt;br /&gt;</w:t>
        <w:br/>
        <w:t>А та — в спідниці, мов гусар;&lt;br /&gt;</w:t>
        <w:br/>
        <w:t>Остроги й вуса лиш додати!&lt;br /&gt;</w:t>
        <w:br/>
        <w:t>Блажен, кого на самоті,&lt;br /&gt;</w:t>
        <w:br/>
        <w:t>В вечірні сутінки густі,&lt;br /&gt;</w:t>
        <w:br/>
        <w:t>Людмила в затишку чекає&lt;br /&gt;</w:t>
        <w:br/>
        <w:t>І другом зве ласкаво так;&lt;br /&gt;</w:t>
        <w:br/>
        <w:t>Але блажен і той юнак,&lt;br /&gt;</w:t>
        <w:br/>
        <w:t>Що від Дельфіри утікає&lt;br /&gt;</w:t>
        <w:br/>
        <w:t>І навіть незнайомий їй.&lt;br /&gt;</w:t>
        <w:br/>
        <w:t>А втім, про інше мова. Стій!&lt;br /&gt;</w:t>
        <w:br/>
        <w:t>Це хто сурмив? Хто чародія&lt;br /&gt;</w:t>
        <w:br/>
        <w:t>На грізну січу викликав?&lt;br /&gt;</w:t>
        <w:br/>
        <w:t>Хто чаклуна перелякав?&lt;br /&gt;</w:t>
        <w:br/>
        <w:t>Руслан. Веде його надія&lt;br /&gt;</w:t>
        <w:br/>
        <w:t>І помста в замок лиходія.&lt;br /&gt;</w:t>
        <w:br/>
        <w:t>Вже під горою князь стоїть,&lt;br /&gt;</w:t>
        <w:br/>
        <w:t>Зазивний ріг, мов буря, виє,&lt;br /&gt;</w:t>
        <w:br/>
        <w:t>І нетерплячий кінь кипить,&lt;br /&gt;</w:t>
        <w:br/>
        <w:t>І сніг міцним копитом риє.&lt;br /&gt;</w:t>
        <w:br/>
        <w:t>Чекає кар л а князь. Та ось&lt;br /&gt;</w:t>
        <w:br/>
        <w:t>Ударив раптом по шолому&lt;br /&gt;</w:t>
        <w:br/>
        <w:t>Рукою невидимий хтось;&lt;br /&gt;</w:t>
        <w:br/>
        <w:t>І був удар подібний грому;&lt;br /&gt;</w:t>
        <w:br/>
        <w:t>Руслан підводить погляд свій,&lt;br /&gt;</w:t>
        <w:br/>
        <w:t>І бачить він — над головою —&lt;br /&gt;</w:t>
        <w:br/>
        <w:t>З піднесеною булавою&lt;br /&gt;</w:t>
        <w:br/>
        <w:t>Літає Чорномор страшний.&lt;br /&gt;</w:t>
        <w:br/>
        <w:t>Щитом укрившись, він нагнувся,&lt;br /&gt;</w:t>
        <w:br/>
        <w:t>Мечем потряс і замахнувся;&lt;br /&gt;</w:t>
        <w:br/>
        <w:t>Та той під хмари знявся вмить;&lt;br /&gt;</w:t>
        <w:br/>
        <w:t>Зникає — і згори летить&lt;br /&gt;</w:t>
        <w:br/>
        <w:t>На князя, щоб нагнати жаху.&lt;br /&gt;</w:t>
        <w:br/>
        <w:t>Моторний витязь відлетів,&lt;br /&gt;</w:t>
        <w:br/>
        <w:t>І в сніг негадане з розмаху&lt;br /&gt;</w:t>
        <w:br/>
        <w:t>Чаклун упав — та там і сів;&lt;br /&gt;</w:t>
        <w:br/>
        <w:t>Руслан зійшов з коня, без страху&lt;br /&gt;</w:t>
        <w:br/>
        <w:t>Мерщій до чаклуна спішить,&lt;br /&gt;</w:t>
        <w:br/>
        <w:t>Піймав, за бороду хапає,&lt;br /&gt;</w:t>
        <w:br/>
        <w:t>Чаклун змагається, хрипить,&lt;br /&gt;</w:t>
        <w:br/>
        <w:t>І вже з Русланом відлітає...&lt;br /&gt;</w:t>
        <w:br/>
        <w:t>В тривозі кінь баский стоїть;&lt;br /&gt;</w:t>
        <w:br/>
        <w:t>Уже чаклун під небесами;&lt;br /&gt;</w:t>
        <w:br/>
        <w:t>На бороді герой висить;&lt;br /&gt;</w:t>
        <w:br/>
        <w:t>Летять над темними лісами,&lt;br /&gt;</w:t>
        <w:br/>
        <w:t>Летять над дикими шпилями,&lt;br /&gt;</w:t>
        <w:br/>
        <w:t>Летять над морем безліч гін;&lt;br /&gt;</w:t>
        <w:br/>
        <w:t>Руслан аж терпне від напруги,&lt;br /&gt;</w:t>
        <w:br/>
        <w:t>Але ж за бороду злодюги&lt;br /&gt;</w:t>
        <w:br/>
        <w:t>Тримається уперто він.&lt;br /&gt;</w:t>
        <w:br/>
        <w:t>Чаклун же, кволий від натуги,&lt;br /&gt;</w:t>
        <w:br/>
        <w:t>Почувши, що надходить край&lt;br /&gt;</w:t>
        <w:br/>
        <w:t>Від сили руської, Руслану&lt;br /&gt;</w:t>
        <w:br/>
        <w:t>Лукаво мовить: "Князю, знай!&lt;br /&gt;</w:t>
        <w:br/>
        <w:t>Тобі я шкодить перестану;&lt;br /&gt;</w:t>
        <w:br/>
        <w:t>Твою я мужність визнаю,&lt;br /&gt;</w:t>
        <w:br/>
        <w:t>Прощу образу я твою,&lt;br /&gt;</w:t>
        <w:br/>
        <w:t>Спущусь — та тільки при умові..."&lt;br /&gt;</w:t>
        <w:br/>
        <w:t>"Мовчи, злочинцю навісний! —&lt;br /&gt;</w:t>
        <w:br/>
        <w:t>Наш витязь зупинив на слові: —&lt;br /&gt;</w:t>
        <w:br/>
        <w:t>З дружини катом звичай мій&lt;br /&gt;</w:t>
        <w:br/>
        <w:t>Ніколи не складать угоди!&lt;br /&gt;</w:t>
        <w:br/>
        <w:t>Цей меч за всі відплатить шкоди!&lt;br /&gt;</w:t>
        <w:br/>
        <w:t>Лети, як знаєш, хоч куди,&lt;br /&gt;</w:t>
        <w:br/>
        <w:t>А буть тобі без бороди!"&lt;br /&gt;</w:t>
        <w:br/>
        <w:t>З тяжкої змучений пригоди,&lt;br /&gt;</w:t>
        <w:br/>
        <w:t>В досаді, у журбі німій&lt;br /&gt;</w:t>
        <w:br/>
        <w:t>Даремно карло, сам не свій,&lt;br /&gt;</w:t>
        <w:br/>
        <w:t>Довжезну бороду стрясає:&lt;br /&gt;</w:t>
        <w:br/>
        <w:t>Руслан її не випускає:&lt;br /&gt;</w:t>
        <w:br/>
        <w:t>Вискубує волосся в ній.&lt;br /&gt;</w:t>
        <w:br/>
        <w:t>Два дні чаклун героя носить,&lt;br /&gt;</w:t>
        <w:br/>
        <w:t>На третій він пощади просить:&lt;br /&gt;</w:t>
        <w:br/>
        <w:t>"О князю, кар л а пожалій;&lt;br /&gt;</w:t>
        <w:br/>
        <w:t>Я ледве дихаю; доволі!&lt;br /&gt;</w:t>
        <w:br/>
        <w:t>Залиш мене, в твоїй я волі;&lt;br /&gt;</w:t>
        <w:br/>
        <w:t>Скажи — спущусь, куди велиш..."&lt;br /&gt;</w:t>
        <w:br/>
        <w:t>"Тепер ти наш; ага, тремтиш!&lt;br /&gt;</w:t>
        <w:br/>
        <w:t>Не знаєш руської ти сили!&lt;br /&gt;</w:t>
        <w:br/>
        <w:t>Неси негайно до Людмили".</w:t>
      </w:r>
    </w:p>
    <w:p>
      <w:r>
        <w:br/>
        <w:t>Смиренний Чорномор затих;&lt;br /&gt;</w:t>
        <w:br/>
        <w:t>Додому з витязем пустився;&lt;br /&gt;</w:t>
        <w:br/>
        <w:t>Летить — і миттю опинився&lt;br /&gt;</w:t>
        <w:br/>
        <w:t>Серед жахливих гір своїх.&lt;br /&gt;</w:t>
        <w:br/>
        <w:t>Тоді Руслан підніс угору&lt;br /&gt;</w:t>
        <w:br/>
        <w:t>Меча, що взяв у голови,&lt;br /&gt;</w:t>
        <w:br/>
        <w:t>І бородище Черномору&lt;br /&gt;</w:t>
        <w:br/>
        <w:t>Відсік, немов стебло трави.&lt;br /&gt;</w:t>
        <w:br/>
        <w:t>"Знай наших!— мовив він жорстоко, —&lt;br /&gt;</w:t>
        <w:br/>
        <w:t>Де, злодію, краса твоя?&lt;br /&gt;</w:t>
        <w:br/>
        <w:t>Де сила?" На шолом високий&lt;br /&gt;</w:t>
        <w:br/>
        <w:t>Волосся сиве він чіп ля.&lt;br /&gt;</w:t>
        <w:br/>
        <w:t>Коня покликав він баского;&lt;br /&gt;</w:t>
        <w:br/>
        <w:t>Веселий кінь прибіг, заржав;&lt;br /&gt;</w:t>
        <w:br/>
        <w:t>І карла, ледве що живого,&lt;br /&gt;</w:t>
        <w:br/>
        <w:t>Наш витязь за сідло поклав,&lt;br /&gt;</w:t>
        <w:br/>
        <w:t>І, щоб ні хвилі не втрачати,&lt;br /&gt;</w:t>
        <w:br/>
        <w:t>Спішить на шпиль гори крутий,&lt;br /&gt;</w:t>
        <w:br/>
        <w:t>Досяг, і без кінця радий&lt;br /&gt;</w:t>
        <w:br/>
        <w:t>Летить у чарівні палати.&lt;br /&gt;</w:t>
        <w:br/>
        <w:t>Шолом побачивши кудлатий,&lt;br /&gt;</w:t>
        <w:br/>
        <w:t>Страшної перемоги знак,&lt;br /&gt;</w:t>
        <w:br/>
        <w:t>Арапи, з жахом на очах,&lt;br /&gt;</w:t>
        <w:br/>
        <w:t>Юрба невільниць полохливих,&lt;br /&gt;</w:t>
        <w:br/>
        <w:t>Мов привиди, з усіх сторін&lt;br /&gt;</w:t>
        <w:br/>
        <w:t>Біжать — ховаються. А він&lt;br /&gt;</w:t>
        <w:br/>
        <w:t>По залах ходить блискотливих,&lt;br /&gt;</w:t>
        <w:br/>
        <w:t>Подружжя кличе він своє,&lt;br /&gt;</w:t>
        <w:br/>
        <w:t>І з-під склепіннів мовчазливих&lt;br /&gt;</w:t>
        <w:br/>
        <w:t>Луна відгомін подає;&lt;br /&gt;</w:t>
        <w:br/>
        <w:t>У хвилях почуттів вабливих&lt;br /&gt;</w:t>
        <w:br/>
        <w:t>Він відчиняє двері в сад —&lt;br /&gt;</w:t>
        <w:br/>
        <w:t>Іде, іде — і не знаходить;&lt;br /&gt;</w:t>
        <w:br/>
        <w:t>Збентежено він зором водить —&lt;br /&gt;</w:t>
        <w:br/>
        <w:t>Змертвіло все серед оград,&lt;br /&gt;</w:t>
        <w:br/>
        <w:t>В альтанках порожньо; на кручах,&lt;br /&gt;</w:t>
        <w:br/>
        <w:t>Вздовж берегів струмків текучих,&lt;br /&gt;</w:t>
        <w:br/>
        <w:t>Нема Людмили, — зник і слід,&lt;br /&gt;</w:t>
        <w:br/>
        <w:t>Нічого вухо не вчуває.&lt;br /&gt;</w:t>
        <w:br/>
        <w:t>Та раптом холод обіймає,&lt;br /&gt;</w:t>
        <w:br/>
        <w:t>І князеві темніє світ,&lt;br /&gt;</w:t>
        <w:br/>
        <w:t>В умі встають думки тужливі...&lt;br /&gt;</w:t>
        <w:br/>
        <w:t>"Гіркий одчай... полон, можливо...&lt;br /&gt;</w:t>
        <w:br/>
        <w:t>Безодня... хвилі..." В цих думках,&lt;br /&gt;</w:t>
        <w:br/>
        <w:t>Повитий тугою німою,&lt;br /&gt;</w:t>
        <w:br/>
        <w:t>Схилився витязь головою;&lt;br /&gt;</w:t>
        <w:br/>
        <w:t>Його обняв раптовий страх;&lt;br /&gt;</w:t>
        <w:br/>
        <w:t>Він став, немов закам'янілий;&lt;br /&gt;</w:t>
        <w:br/>
        <w:t>Темніє розум; налетіли,&lt;br /&gt;</w:t>
        <w:br/>
        <w:t>Як вихор, розпач і любов,&lt;br /&gt;</w:t>
        <w:br/>
        <w:t>Йому ллючи отруту в кров.&lt;br /&gt;</w:t>
        <w:br/>
        <w:t>І от, здається, тінь кохана&lt;br /&gt;</w:t>
        <w:br/>
        <w:t>Діткнулася до уст палких...&lt;br /&gt;</w:t>
        <w:br/>
        <w:t>Та ні! Це тільки зла омана!&lt;br /&gt;</w:t>
        <w:br/>
        <w:t>І витязь по садах густих&lt;br /&gt;</w:t>
        <w:br/>
        <w:t>Людмилу кличе, зазиває,&lt;br /&gt;</w:t>
        <w:br/>
        <w:t>І скелі з гір крутих зриває,&lt;br /&gt;</w:t>
        <w:br/>
        <w:t>Все крушить він мечем своїм —&lt;br /&gt;</w:t>
        <w:br/>
        <w:t>Кущі, альтанки упадають,&lt;br /&gt;</w:t>
        <w:br/>
        <w:t>Дерева в хвилях потопають,&lt;br /&gt;</w:t>
        <w:br/>
        <w:t>Степ оголяється за ним!&lt;br /&gt;</w:t>
        <w:br/>
        <w:t>Далеко гуки відбивають&lt;br /&gt;</w:t>
        <w:br/>
        <w:t>І тріск, і рев, і шум, і грім;&lt;br /&gt;</w:t>
        <w:br/>
        <w:t>Нічим меча не відвернути,&lt;br /&gt;</w:t>
        <w:br/>
        <w:t>І край спустошений лежить —&lt;br /&gt;</w:t>
        <w:br/>
        <w:t>Шукає жертви витязь лютий,&lt;br /&gt;</w:t>
        <w:br/>
        <w:t>Навколо себе мимохідь&lt;br /&gt;</w:t>
        <w:br/>
        <w:t>Пусте повітря розтинає...&lt;br /&gt;</w:t>
        <w:br/>
        <w:t>І враз — негаданий удар&lt;br /&gt;</w:t>
        <w:br/>
        <w:t>З княжни незримої збиває&lt;br /&gt;</w:t>
        <w:br/>
        <w:t>Прощальний Чорномора дар...&lt;br /&gt;</w:t>
        <w:br/>
        <w:t>І чарівна зникає сила:&lt;br /&gt;</w:t>
        <w:br/>
        <w:t>В сітях відкрилася Людмила!&lt;br /&gt;</w:t>
        <w:br/>
        <w:t>І хто б очам повірить міг?&lt;br /&gt;</w:t>
        <w:br/>
        <w:t>Зазнавши щастя в ці хвилини,&lt;br /&gt;</w:t>
        <w:br/>
        <w:t>Наш витязь падає до ніг&lt;br /&gt;</w:t>
        <w:br/>
        <w:t>Своєї вірної дружини,&lt;br /&gt;</w:t>
        <w:br/>
        <w:t>Цілує, розриває сіть,&lt;br /&gt;</w:t>
        <w:br/>
        <w:t>Від щастя плаче і тремтить;&lt;br /&gt;</w:t>
        <w:br/>
        <w:t>Гука її — вона ж дрімає,&lt;br /&gt;</w:t>
        <w:br/>
        <w:t>Зімкнула очі і уста,&lt;br /&gt;</w:t>
        <w:br/>
        <w:t>І мрії ніжна жагота&lt;br /&gt;</w:t>
        <w:br/>
        <w:t>Дівочі груди підіймає.&lt;br /&gt;</w:t>
        <w:br/>
        <w:t>На неї мовчки він зорить,&lt;br /&gt;</w:t>
        <w:br/>
        <w:t>Настала знов журби година...&lt;br /&gt;</w:t>
        <w:br/>
        <w:t>Та раптом чує він ту ж мить&lt;br /&gt;</w:t>
        <w:br/>
        <w:t>Слова старого друга Фінна:</w:t>
      </w:r>
    </w:p>
    <w:p>
      <w:r>
        <w:br/>
        <w:t>"Мужайся! У зворотну путь&lt;br /&gt;</w:t>
        <w:br/>
        <w:t>Вертай з Людмилою-жоною;&lt;br /&gt;</w:t>
        <w:br/>
        <w:t>Проймися силою новою,&lt;br /&gt;</w:t>
        <w:br/>
        <w:t>Коханню й честі вірний будь.&lt;br /&gt;</w:t>
        <w:br/>
        <w:t>Небесний грім на злобу гряне,&lt;br /&gt;</w:t>
        <w:br/>
        <w:t>І запанує тишина —&lt;br /&gt;</w:t>
        <w:br/>
        <w:t>І в світлім Києві княжна&lt;br /&gt;</w:t>
        <w:br/>
        <w:t>У батьковій світлиці встане&lt;br /&gt;</w:t>
        <w:br/>
        <w:t>Від зачарованого сна".</w:t>
      </w:r>
    </w:p>
    <w:p>
      <w:r>
        <w:br/>
        <w:t>Руслан, таку почувши мову,&lt;br /&gt;</w:t>
        <w:br/>
        <w:t>В міцні обійми взяв жону,&lt;br /&gt;</w:t>
        <w:br/>
        <w:t>Красою ніжною чудову,&lt;br /&gt;</w:t>
        <w:br/>
        <w:t>Гірську покинув вишину,&lt;br /&gt;</w:t>
        <w:br/>
        <w:t>Зійшов у тіняву діброву.</w:t>
      </w:r>
    </w:p>
    <w:p>
      <w:r>
        <w:br/>
        <w:t>Із ворожбитом за сідлом&lt;br /&gt;</w:t>
        <w:br/>
        <w:t>Поїхав він своїм шляхом;&lt;br /&gt;</w:t>
        <w:br/>
        <w:t>В його руках лежить Людмила,&lt;br /&gt;</w:t>
        <w:br/>
        <w:t>Немов уранішня зоря,&lt;br /&gt;</w:t>
        <w:br/>
        <w:t>І на плече богатиря&lt;br /&gt;</w:t>
        <w:br/>
        <w:t>Спокійно личко похилила.&lt;br /&gt;</w:t>
        <w:br/>
        <w:t>Косою, звитою в кільце,&lt;br /&gt;</w:t>
        <w:br/>
        <w:t>Вітрець пустельний ніжно грає;&lt;br /&gt;</w:t>
        <w:br/>
        <w:t>Як часто в сні вона зітхає!&lt;br /&gt;</w:t>
        <w:br/>
        <w:t>Як часто чарівне лице,&lt;br /&gt;</w:t>
        <w:br/>
        <w:t>Немов троянди цвіт, палає!&lt;br /&gt;</w:t>
        <w:br/>
        <w:t>Любов і мрійна таїна&lt;br /&gt;</w:t>
        <w:br/>
        <w:t>Русланів образ викликає,&lt;br /&gt;</w:t>
        <w:br/>
        <w:t>І з млосним шепотом вона&lt;br /&gt;</w:t>
        <w:br/>
        <w:t>Ім'я кохане вимовляє...&lt;br /&gt;</w:t>
        <w:br/>
        <w:t>І, все забувши, ловить він&lt;br /&gt;</w:t>
        <w:br/>
        <w:t>Її привабливе дихання,&lt;br /&gt;</w:t>
        <w:br/>
        <w:t>Усмішку, сльози без причин&lt;br /&gt;</w:t>
        <w:br/>
        <w:t>І сонних персів хвилювання...</w:t>
      </w:r>
    </w:p>
    <w:p>
      <w:r>
        <w:br/>
        <w:t>І серед гір і в низині,&lt;br /&gt;</w:t>
        <w:br/>
        <w:t>У темні ночі й білі дні,&lt;br /&gt;</w:t>
        <w:br/>
        <w:t>Наш витязь їде без упину,&lt;br /&gt;</w:t>
        <w:br/>
        <w:t>Про рідну мріючи країну, —&lt;br /&gt;</w:t>
        <w:br/>
        <w:t>А діва спить. Та юний князь,&lt;br /&gt;</w:t>
        <w:br/>
        <w:t>В якім жадоба зайнялась,&lt;br /&gt;</w:t>
        <w:br/>
        <w:t>Невже цей страдник цілу днину&lt;br /&gt;</w:t>
        <w:br/>
        <w:t>Свою жону оберігав,&lt;br /&gt;</w:t>
        <w:br/>
        <w:t>І тільки у цнотливій мрії,&lt;br /&gt;</w:t>
        <w:br/>
        <w:t>Спинивши молоді надії,&lt;br /&gt;</w:t>
        <w:br/>
        <w:t>Своє блаженство відчував?&lt;br /&gt;</w:t>
        <w:br/>
        <w:t>Чернець, який нам передав&lt;br /&gt;</w:t>
        <w:br/>
        <w:t>Переказ про старі події,&lt;br /&gt;</w:t>
        <w:br/>
        <w:t>Що досі відблиск їх не згас,&lt;br /&gt;</w:t>
        <w:br/>
        <w:t>У тому запевняє нас, —&lt;br /&gt;</w:t>
        <w:br/>
        <w:t>І вірю я! Нема без згоди&lt;br /&gt;</w:t>
        <w:br/>
        <w:t>Взаємної нам насолоди:&lt;br /&gt;</w:t>
        <w:br/>
        <w:t>Коли ми вдвох — щасливий час.&lt;br /&gt;</w:t>
        <w:br/>
        <w:t>Пастушки, сон княжни ясної&lt;br /&gt;</w:t>
        <w:br/>
        <w:t>Не схожий був на ваші сни,&lt;br /&gt;</w:t>
        <w:br/>
        <w:t>Під час манливої весни,&lt;br /&gt;</w:t>
        <w:br/>
        <w:t>В тіні, серед трави густої.&lt;br /&gt;</w:t>
        <w:br/>
        <w:t>Я пам'ятаю луг м'який&lt;br /&gt;</w:t>
        <w:br/>
        <w:t>Серед березового гаю,&lt;br /&gt;</w:t>
        <w:br/>
        <w:t>Я вечір згадую п'янкий,&lt;br /&gt;</w:t>
        <w:br/>
        <w:t>І Ліди сон я пам'ятаю...&lt;br /&gt;</w:t>
        <w:br/>
        <w:t>Ах, перший поцілунок мій,&lt;br /&gt;</w:t>
        <w:br/>
        <w:t>Легкий, тремтячий і грайливий,&lt;br /&gt;</w:t>
        <w:br/>
        <w:t>Він не розкрив, мій друже, вій&lt;br /&gt;</w:t>
        <w:br/>
        <w:t>Лукавій дівчині дрімливій...&lt;br /&gt;</w:t>
        <w:br/>
        <w:t>Та годі, мов юнак-пустун,&lt;br /&gt;</w:t>
        <w:br/>
        <w:t>Пригадувати дні любові!&lt;br /&gt;</w:t>
        <w:br/>
        <w:t>Страждання й радощі раптові&lt;br /&gt;</w:t>
        <w:br/>
        <w:t>Вже не торкнуть колишніх струн;&lt;br /&gt;</w:t>
        <w:br/>
        <w:t>Цікавлять нас у цій розмові&lt;br /&gt;</w:t>
        <w:br/>
        <w:t>Руслан, Людмила і чаклун.</w:t>
      </w:r>
    </w:p>
    <w:p>
      <w:r>
        <w:br/>
        <w:t>Прослалася внизу рівнина,&lt;br /&gt;</w:t>
        <w:br/>
        <w:t>Ялини де-не-де сумні;&lt;br /&gt;</w:t>
        <w:br/>
        <w:t>Гори якоїсь в далині&lt;br /&gt;</w:t>
        <w:br/>
        <w:t>Чорніє кругла верховина&lt;br /&gt;</w:t>
        <w:br/>
        <w:t>В яскравій синяві небес.&lt;br /&gt;</w:t>
        <w:br/>
        <w:t>Князь дивиться — і догадався,&lt;br /&gt;</w:t>
        <w:br/>
        <w:t>Що бачить чудо із чудес;&lt;br /&gt;</w:t>
        <w:br/>
        <w:t>І швидше кінь прудкий помчався,&lt;br /&gt;</w:t>
        <w:br/>
        <w:t>До голови його приніс,&lt;br /&gt;</w:t>
        <w:br/>
        <w:t>Що дивиться недвижним оком;&lt;br /&gt;</w:t>
        <w:br/>
        <w:t>У неї чуб мов чорний ліс,&lt;br /&gt;</w:t>
        <w:br/>
        <w:t>Що виріс на чолі високім;&lt;br /&gt;</w:t>
        <w:br/>
        <w:t>Ланіти без життя, страшні;&lt;br /&gt;</w:t>
        <w:br/>
        <w:t>Тяжкою блідістю укриті,&lt;br /&gt;</w:t>
        <w:br/>
        <w:t>Уста потріскані розкриті,&lt;br /&gt;</w:t>
        <w:br/>
        <w:t>І зуби стиснуті міцні...&lt;br /&gt;</w:t>
        <w:br/>
        <w:t>Могутня голова мертвіла,&lt;br /&gt;</w:t>
        <w:br/>
        <w:t>Останній день її наспів.&lt;br /&gt;</w:t>
        <w:br/>
        <w:t>До неї витязь прилетів,&lt;br /&gt;</w:t>
        <w:br/>
        <w:t>І карло з ним, і з ним Людмила.&lt;br /&gt;</w:t>
        <w:br/>
        <w:t>Гукнув: "Добридень, голова!&lt;br /&gt;</w:t>
        <w:br/>
        <w:t>Я тут! твій зрадник полонений!&lt;br /&gt;</w:t>
        <w:br/>
        <w:t>Ось він, злодюга навіжений!"&lt;br /&gt;</w:t>
        <w:br/>
        <w:t>І ці погордливі слова&lt;br /&gt;</w:t>
        <w:br/>
        <w:t>Її небавом оживили,&lt;br /&gt;</w:t>
        <w:br/>
        <w:t>На мить чуття її збудили,&lt;br /&gt;</w:t>
        <w:br/>
        <w:t>Прокинулась, мов після сна,&lt;br /&gt;</w:t>
        <w:br/>
        <w:t>Поглянула і застогнала...&lt;br /&gt;</w:t>
        <w:br/>
        <w:t>Пізнала витязя вона,&lt;br /&gt;</w:t>
        <w:br/>
        <w:t>І брата злобного впізнала.&lt;br /&gt;</w:t>
        <w:br/>
        <w:t>Надулись ніздрі; на щоках&lt;br /&gt;</w:t>
        <w:br/>
        <w:t>Вогонь багряний появився,&lt;br /&gt;</w:t>
        <w:br/>
        <w:t>І в помираючих очах&lt;br /&gt;</w:t>
        <w:br/>
        <w:t>Останній гнів її відбився,&lt;br /&gt;</w:t>
        <w:br/>
        <w:t>У люті дикій та німій&lt;br /&gt;</w:t>
        <w:br/>
        <w:t>Вона зубами скреготала,&lt;br /&gt;</w:t>
        <w:br/>
        <w:t>І докір братові страшний&lt;br /&gt;</w:t>
        <w:br/>
        <w:t>В тяжкім конанні белькотала...&lt;br /&gt;</w:t>
        <w:br/>
        <w:t>Уже кінчалися в той час&lt;br /&gt;</w:t>
        <w:br/>
        <w:t>Її наруга і страждання;&lt;br /&gt;</w:t>
        <w:br/>
        <w:t>Чола вогонь раптовий гас,&lt;br /&gt;</w:t>
        <w:br/>
        <w:t>І слабшало тяжке дихання;&lt;br /&gt;</w:t>
        <w:br/>
        <w:t>От-от душа покине світ...&lt;br /&gt;</w:t>
        <w:br/>
        <w:t>І скоро князь і ворожбит&lt;br /&gt;</w:t>
        <w:br/>
        <w:t>Узріли смерті трепетання...&lt;br /&gt;</w:t>
        <w:br/>
        <w:t>Вона спочила вічним сном.&lt;br /&gt;</w:t>
        <w:br/>
        <w:t>В мовчанні витязь віддалився,&lt;br /&gt;</w:t>
        <w:br/>
        <w:t>Тремтячий карлик за сідлом&lt;br /&gt;</w:t>
        <w:br/>
        <w:t>Не смів дихнуть, не ворушився,&lt;br /&gt;</w:t>
        <w:br/>
        <w:t>І чорнокнижним язиком&lt;br /&gt;</w:t>
        <w:br/>
        <w:t>Покірно демонам молився.</w:t>
      </w:r>
    </w:p>
    <w:p>
      <w:r>
        <w:br/>
        <w:t>На схилі темних берегів,&lt;br /&gt;</w:t>
        <w:br/>
        <w:t>Омитих сонною рікою,&lt;br /&gt;</w:t>
        <w:br/>
        <w:t>В похмурій сутіні лісів,&lt;br /&gt;</w:t>
        <w:br/>
        <w:t>Стояла хата між горбів,&lt;br /&gt;</w:t>
        <w:br/>
        <w:t>Густою вінчана сосною.&lt;br /&gt;</w:t>
        <w:br/>
        <w:t>Текла там річка між долин,&lt;br /&gt;</w:t>
        <w:br/>
        <w:t>Із очерету вбогий тин&lt;br /&gt;</w:t>
        <w:br/>
        <w:t>Холодною водою мила,&lt;br /&gt;</w:t>
        <w:br/>
        <w:t>І вколо ледве дзюркотіла&lt;br /&gt;</w:t>
        <w:br/>
        <w:t>Під шелест ніжних верховин.&lt;br /&gt;</w:t>
        <w:br/>
        <w:t>Долина в цих місцях лежала,&lt;br /&gt;</w:t>
        <w:br/>
        <w:t>Смутна, самотня й мовчазна;&lt;br /&gt;</w:t>
        <w:br/>
        <w:t>У ній, здавалось, тишина&lt;br /&gt;</w:t>
        <w:br/>
        <w:t>З початку світу панувала.&lt;br /&gt;</w:t>
        <w:br/>
        <w:t>І зупинив Руслан коня.&lt;br /&gt;</w:t>
        <w:br/>
        <w:t>Була світанкова година;&lt;br /&gt;</w:t>
        <w:br/>
        <w:t>Від першого проміння дня&lt;br /&gt;</w:t>
        <w:br/>
        <w:t>І гай, і берег, і долина&lt;br /&gt;</w:t>
        <w:br/>
        <w:t>Засяли крізь ранковий дим.&lt;br /&gt;</w:t>
        <w:br/>
        <w:t>Руслан на луг жону знімає,&lt;br /&gt;</w:t>
        <w:br/>
        <w:t>Сів біля неї, і зітхає&lt;br /&gt;</w:t>
        <w:br/>
        <w:t>З чуттям солодким і німим;&lt;br /&gt;</w:t>
        <w:br/>
        <w:t>Враз бачить він перед собою&lt;br /&gt;</w:t>
        <w:br/>
        <w:t>Мале вітрило на човні;&lt;br /&gt;</w:t>
        <w:br/>
        <w:t>Рибальська пісня вдалині&lt;br /&gt;</w:t>
        <w:br/>
        <w:t>Дзвенить над тихою рікою.&lt;br /&gt;</w:t>
        <w:br/>
        <w:t>З широким неводом своїм,&lt;br /&gt;</w:t>
        <w:br/>
        <w:t>Налігши на весло єдине,&lt;br /&gt;</w:t>
        <w:br/>
        <w:t>Рибалка в човнику хисткім&lt;br /&gt;</w:t>
        <w:br/>
        <w:t>Пливе до мирної хатини.&lt;br /&gt;</w:t>
        <w:br/>
        <w:t>І бачить добрий князь Руслан:&lt;br /&gt;</w:t>
        <w:br/>
        <w:t>Під берег човен припливає;&lt;br /&gt;</w:t>
        <w:br/>
        <w:t>Назустріч з хати вибігає&lt;br /&gt;</w:t>
        <w:br/>
        <w:t>Прекрасна діва; дивний стан,&lt;br /&gt;</w:t>
        <w:br/>
        <w:t>Коса розпущена недбало,&lt;br /&gt;</w:t>
        <w:br/>
        <w:t>Усмішка, погляд запальний,&lt;br /&gt;</w:t>
        <w:br/>
        <w:t>Уста і груди — все звабляло,&lt;br /&gt;</w:t>
        <w:br/>
        <w:t>Усе було чудове в ній.&lt;br /&gt;</w:t>
        <w:br/>
        <w:t>Вони, обнявшися, в знесиллі&lt;br /&gt;</w:t>
        <w:br/>
        <w:t>Сідають там, де хвиля б'є,&lt;br /&gt;</w:t>
        <w:br/>
        <w:t>І час кохання на дозвіллі&lt;br /&gt;</w:t>
        <w:br/>
        <w:t>Для них в обіймах настає;&lt;br /&gt;</w:t>
        <w:br/>
        <w:t>Та в здивуванні мовчазливім&lt;br /&gt;</w:t>
        <w:br/>
        <w:t>Кого в рибалці тім щасливім&lt;br /&gt;</w:t>
        <w:br/>
        <w:t>Наш юний витязь пізнає?&lt;br /&gt;</w:t>
        <w:br/>
        <w:t>Хазарський хан, обранець слави,&lt;br /&gt;</w:t>
        <w:br/>
        <w:t>Що шлях обрав собі кривавий,&lt;br /&gt;</w:t>
        <w:br/>
        <w:t>Його суперник молодий,&lt;br /&gt;</w:t>
        <w:br/>
        <w:t>Ратмір, від слави гомінкої&lt;br /&gt;</w:t>
        <w:br/>
        <w:t>І від Людмили в пущу втік,&lt;br /&gt;</w:t>
        <w:br/>
        <w:t>І зрадив їх тепер навік&lt;br /&gt;</w:t>
        <w:br/>
        <w:t>В обіймах подруги палкої.</w:t>
      </w:r>
    </w:p>
    <w:p>
      <w:r>
        <w:br/>
        <w:t>Герой наблизився, і вмить&lt;br /&gt;</w:t>
        <w:br/>
        <w:t>Пустельник пізнає Руслана.&lt;br /&gt;</w:t>
        <w:br/>
        <w:t>Гукає він. Встає, летить...&lt;br /&gt;</w:t>
        <w:br/>
        <w:t>І обіймає витязь хана.&lt;br /&gt;</w:t>
        <w:br/>
        <w:t>"Що бачу я? — герой спитав, —&lt;br /&gt;</w:t>
        <w:br/>
        <w:t>Чому ти тут, нащо покинув&lt;br /&gt;</w:t>
        <w:br/>
        <w:t>Тривоги бойових заграв,&lt;br /&gt;</w:t>
        <w:br/>
        <w:t>І меч, з яким у битву линув?"&lt;br /&gt;</w:t>
        <w:br/>
        <w:t>Рибалка мовив: "Друже мій,&lt;br /&gt;</w:t>
        <w:br/>
        <w:t>Душі набридли гомін слави&lt;br /&gt;</w:t>
        <w:br/>
        <w:t>І ратний грім та шум гучний,&lt;br /&gt;</w:t>
        <w:br/>
        <w:t>Повір мені: ясні забави,&lt;br /&gt;</w:t>
        <w:br/>
        <w:t>Діброви й пестощі ласкаві&lt;br /&gt;</w:t>
        <w:br/>
        <w:t>Миліші над усе мені —&lt;br /&gt;</w:t>
        <w:br/>
        <w:t>Тепер я вже не прагну бою,&lt;br /&gt;</w:t>
        <w:br/>
        <w:t>Щоб накладати головою;&lt;br /&gt;</w:t>
        <w:br/>
        <w:t>У тиші йдуть щасливі дні;&lt;br /&gt;</w:t>
        <w:br/>
        <w:t>Я все забув, мій друже милий,&lt;br /&gt;</w:t>
        <w:br/>
        <w:t>І чари любої Людмили".&lt;br /&gt;</w:t>
        <w:br/>
        <w:t>"Ну, що ж! Дивуйся новині, —&lt;br /&gt;</w:t>
        <w:br/>
        <w:t>Сказав Руслан: — Вона зо мною!"&lt;br /&gt;</w:t>
        <w:br/>
        <w:t>"Повідай, долею якою?&lt;br /&gt;</w:t>
        <w:br/>
        <w:t>Що чую? Чарівна княжна...&lt;br /&gt;</w:t>
        <w:br/>
        <w:t>Вона з тобою, де ж вона?&lt;br /&gt;</w:t>
        <w:br/>
        <w:t>Дозволь... та ні, боюся зради;&lt;br /&gt;</w:t>
        <w:br/>
        <w:t>Та й подругу свою люблю;&lt;br /&gt;</w:t>
        <w:br/>
        <w:t>Я з нею забуваю, радий,&lt;br /&gt;</w:t>
        <w:br/>
        <w:t>Своє минуле без жалю;&lt;br /&gt;</w:t>
        <w:br/>
        <w:t>Вона життя мені єдине!&lt;br /&gt;</w:t>
        <w:br/>
        <w:t>Вона мені вернула знов&lt;br /&gt;</w:t>
        <w:br/>
        <w:t>Мої утрачені години,&lt;br /&gt;</w:t>
        <w:br/>
        <w:t>І мир, і чистоту, й любов.&lt;br /&gt;</w:t>
        <w:br/>
        <w:t>Даремно щастя обіцяли&lt;br /&gt;</w:t>
        <w:br/>
        <w:t>Уста звабливиць молодих;&lt;br /&gt;</w:t>
        <w:br/>
        <w:t>Дванадцять дів мене кохали,&lt;br /&gt;</w:t>
        <w:br/>
        <w:t>Для неї я покинув їх;&lt;br /&gt;</w:t>
        <w:br/>
        <w:t>Лишив я терем їх прекрасний,&lt;br /&gt;</w:t>
        <w:br/>
        <w:t>Що криється серед лісів;&lt;br /&gt;</w:t>
        <w:br/>
        <w:t>Шолом і меч я кинув ясний,&lt;br /&gt;</w:t>
        <w:br/>
        <w:t>Забув і славу й ворогів.&lt;br /&gt;</w:t>
        <w:br/>
        <w:t>Самотник мирний і незнаний,&lt;br /&gt;</w:t>
        <w:br/>
        <w:t>Я залишився в глушині&lt;br /&gt;</w:t>
        <w:br/>
        <w:t>З тобою, друже мій коханий,&lt;br /&gt;</w:t>
        <w:br/>
        <w:t>З тобою в ці щасливі дні!"</w:t>
      </w:r>
    </w:p>
    <w:p>
      <w:r>
        <w:br/>
        <w:t>Пастушка люба переймала&lt;br /&gt;</w:t>
        <w:br/>
        <w:t>Відверту дружню мову їх,&lt;br /&gt;</w:t>
        <w:br/>
        <w:t>Зітхала і очей своїх&lt;br /&gt;</w:t>
        <w:br/>
        <w:t>Із хана довго не спускала.</w:t>
      </w:r>
    </w:p>
    <w:p>
      <w:r>
        <w:br/>
        <w:t>Рибалка й князь на берегах&lt;br /&gt;</w:t>
        <w:br/>
        <w:t>До ночі темної сиділи&lt;br /&gt;</w:t>
        <w:br/>
        <w:t>З душею й серцем на устах —&lt;br /&gt;</w:t>
        <w:br/>
        <w:t>Години хвилями летіли.&lt;br /&gt;</w:t>
        <w:br/>
        <w:t>Чорніє ліс, у млі гора;&lt;br /&gt;</w:t>
        <w:br/>
        <w:t>Зіходить місяць — тихо стало;&lt;br /&gt;</w:t>
        <w:br/>
        <w:t>Герою в путь давно пора –&lt;br /&gt;</w:t>
        <w:br/>
        <w:t>Нап'явши тихо покривало&lt;br /&gt;</w:t>
        <w:br/>
        <w:t>На сонну діву, наш Руслан&lt;br /&gt;</w:t>
        <w:br/>
        <w:t>Іде і на коня сідає;&lt;br /&gt;</w:t>
        <w:br/>
        <w:t>Задумливо безмовний хан&lt;br /&gt;</w:t>
        <w:br/>
        <w:t>В думках слідом за ним ширяє,&lt;br /&gt;</w:t>
        <w:br/>
        <w:t>Руслану щастя й перемог,&lt;br /&gt;</w:t>
        <w:br/>
        <w:t>І слави, і життя бажає...&lt;br /&gt;</w:t>
        <w:br/>
        <w:t>І гордих відгуки тривог&lt;br /&gt;</w:t>
        <w:br/>
        <w:t>Невільним смутком оживляє...</w:t>
      </w:r>
    </w:p>
    <w:p>
      <w:r>
        <w:br/>
        <w:t>Чому, о доле, не велиш&lt;br /&gt;</w:t>
        <w:br/>
        <w:t>Непевній лірі ти щомиті&lt;br /&gt;</w:t>
        <w:br/>
        <w:t>Оспівувать геройство лиш,&lt;br /&gt;</w:t>
        <w:br/>
        <w:t>І з ним (незнаний більше в світі)&lt;br /&gt;</w:t>
        <w:br/>
        <w:t>Любові й дружби тихий лет?&lt;br /&gt;</w:t>
        <w:br/>
        <w:t>Смутної істини поет,&lt;br /&gt;</w:t>
        <w:br/>
        <w:t>Навіщо мушу звади ниці&lt;br /&gt;</w:t>
        <w:br/>
        <w:t>Своїм нащадкам викривать,&lt;br /&gt;</w:t>
        <w:br/>
        <w:t>І злі, підступні таємниці&lt;br /&gt;</w:t>
        <w:br/>
        <w:t>В піснях правдивих відбивать?</w:t>
      </w:r>
    </w:p>
    <w:p>
      <w:r>
        <w:br/>
        <w:t>Фарлаф, шукач княжни негідний,&lt;br /&gt;</w:t>
        <w:br/>
        <w:t>Що смак до слави утеряв,&lt;br /&gt;</w:t>
        <w:br/>
        <w:t>Кого б ніхто вже не пізнав,&lt;br /&gt;</w:t>
        <w:br/>
        <w:t>В пустелі дальній і погідній&lt;br /&gt;</w:t>
        <w:br/>
        <w:t>Ховався і Наїни ждав.&lt;br /&gt;</w:t>
        <w:br/>
        <w:t>І урочистий час настав.&lt;br /&gt;</w:t>
        <w:br/>
        <w:t>До нього відьма та з'явилась,&lt;br /&gt;</w:t>
        <w:br/>
        <w:t>Віщаючи: "Чеканню край!&lt;br /&gt;</w:t>
        <w:br/>
        <w:t>Твій час настав, коня сідлай!"&lt;br /&gt;</w:t>
        <w:br/>
        <w:t>І кішкою Наїна стала;&lt;br /&gt;</w:t>
        <w:br/>
        <w:t>Готовий кінь, вона помчала;&lt;br /&gt;</w:t>
        <w:br/>
        <w:t>За нею навздогін летить&lt;br /&gt;</w:t>
        <w:br/>
        <w:t>Фарлаф, аж курява курить.</w:t>
      </w:r>
    </w:p>
    <w:p>
      <w:r>
        <w:br/>
        <w:t>Долина стомлена дрімає,&lt;br /&gt;</w:t>
        <w:br/>
        <w:t>В нічний одягнена туман,&lt;br /&gt;</w:t>
        <w:br/>
        <w:t>І місяць геть перебігає&lt;br /&gt;</w:t>
        <w:br/>
        <w:t>Із хмари в хмару, і курган&lt;br /&gt;</w:t>
        <w:br/>
        <w:t>Раптовим блиском осяває.&lt;br /&gt;</w:t>
        <w:br/>
        <w:t>Під ним задуманий Руслан&lt;br /&gt;</w:t>
        <w:br/>
        <w:t>Сидів з незмінною журбою&lt;br /&gt;</w:t>
        <w:br/>
        <w:t>Перед заснулою княжною.&lt;br /&gt;</w:t>
        <w:br/>
        <w:t>Його глибокий сум пойняв,&lt;br /&gt;</w:t>
        <w:br/>
        <w:t>І мрія в далечінь летіла,&lt;br /&gt;</w:t>
        <w:br/>
        <w:t>І непомітно сон здійняв&lt;br /&gt;</w:t>
        <w:br/>
        <w:t>Над ним свої холодні крила.&lt;br /&gt;</w:t>
        <w:br/>
        <w:t>Лежала тихо діва мила,&lt;br /&gt;</w:t>
        <w:br/>
        <w:t>І, задрімавши, він зітхнув,&lt;br /&gt;</w:t>
        <w:br/>
        <w:t>І стомленою головою&lt;br /&gt;</w:t>
        <w:br/>
        <w:t>Схиливсь до ніг їй і заснув.</w:t>
      </w:r>
    </w:p>
    <w:p>
      <w:r>
        <w:br/>
        <w:t>І сниться віщий сон герою:&lt;br /&gt;</w:t>
        <w:br/>
        <w:t>Він бачить, нібито княжна&lt;br /&gt;</w:t>
        <w:br/>
        <w:t>Десь над безоднею страшною&lt;br /&gt;</w:t>
        <w:br/>
        <w:t>Стоїть поблідла і сумна...&lt;br /&gt;</w:t>
        <w:br/>
        <w:t>Та ось Людмила вже зникає,&lt;br /&gt;</w:t>
        <w:br/>
        <w:t>Над прірвою він сам стоїть...&lt;br /&gt;</w:t>
        <w:br/>
        <w:t>Знайомий голос гомонить,&lt;br /&gt;</w:t>
        <w:br/>
        <w:t>Із прірви стогін вилітає...&lt;br /&gt;</w:t>
        <w:br/>
        <w:t>Руслан дружині навздогін&lt;br /&gt;</w:t>
        <w:br/>
        <w:t>Летить у темряві глибокій...&lt;br /&gt;</w:t>
        <w:br/>
        <w:t>Перед собою бачить він:&lt;br /&gt;</w:t>
        <w:br/>
        <w:t>Сидить у гридниці високій,&lt;br /&gt;</w:t>
        <w:br/>
        <w:t>У колі відданих людей,&lt;br /&gt;</w:t>
        <w:br/>
        <w:t>Поміж дванадцятьма синами,&lt;br /&gt;</w:t>
        <w:br/>
        <w:t>З юрбою названих гостей,&lt;br /&gt;</w:t>
        <w:br/>
        <w:t>Князь Володимир за столами.&lt;br /&gt;</w:t>
        <w:br/>
        <w:t>І очі князя гнів таять,&lt;br /&gt;</w:t>
        <w:br/>
        <w:t>Як і в годину розставання,&lt;br /&gt;</w:t>
        <w:br/>
        <w:t>І нерухомо всі сидять,&lt;br /&gt;</w:t>
        <w:br/>
        <w:t>Не сміють зрушити мовчання.&lt;br /&gt;</w:t>
        <w:br/>
        <w:t>Затих веселий шум гостей,&lt;br /&gt;</w:t>
        <w:br/>
        <w:t>Не видно чари кругової...&lt;br /&gt;</w:t>
        <w:br/>
        <w:t>І бачить він серед гостей&lt;br /&gt;</w:t>
        <w:br/>
        <w:t>Рогдая, що упав в двобої;&lt;br /&gt;</w:t>
        <w:br/>
        <w:t>Убитий, мов живий, сидить;&lt;br /&gt;</w:t>
        <w:br/>
        <w:t>Він п'є із пінявого жбана.&lt;br /&gt;</w:t>
        <w:br/>
        <w:t>І, звеселілий, не глядить&lt;br /&gt;</w:t>
        <w:br/>
        <w:t>На вид здивований Руслана.&lt;br /&gt;</w:t>
        <w:br/>
        <w:t>Князь бачить молодого хана,&lt;br /&gt;</w:t>
        <w:br/>
        <w:t>І друга й ворога... і вмить&lt;br /&gt;</w:t>
        <w:br/>
        <w:t>На дивних гуслях хтось дзвенить,&lt;br /&gt;</w:t>
        <w:br/>
        <w:t>І чути віщого Баяна,&lt;br /&gt;</w:t>
        <w:br/>
        <w:t>Співця бенкетів та боїв.&lt;br /&gt;</w:t>
        <w:br/>
        <w:t>Фарлаф у гридницю ступив,&lt;br /&gt;</w:t>
        <w:br/>
        <w:t>Веде Людмилу він вродливу;&lt;br /&gt;</w:t>
        <w:br/>
        <w:t>Та князь і голови не звів,&lt;br /&gt;</w:t>
        <w:br/>
        <w:t>У думу втоплений журливу;&lt;br /&gt;</w:t>
        <w:br/>
        <w:t>Мовчить гостей блискучий ряд,&lt;br /&gt;</w:t>
        <w:br/>
        <w:t>Усяк чуття своє ховає.&lt;br /&gt;</w:t>
        <w:br/>
        <w:t>І зникло все — смертельний чад&lt;br /&gt;</w:t>
        <w:br/>
        <w:t>Героя раптом обіймає.&lt;br /&gt;</w:t>
        <w:br/>
        <w:t>І, задрімавши, мимохіть,&lt;br /&gt;</w:t>
        <w:br/>
        <w:t>Він у сльозах спускає вії,&lt;br /&gt;</w:t>
        <w:br/>
        <w:t>І відчуває він, що спить,&lt;br /&gt;</w:t>
        <w:br/>
        <w:t>І мліє, та жахної мрії,&lt;br /&gt;</w:t>
        <w:br/>
        <w:t>Дарма, не в силі він спинить.</w:t>
      </w:r>
    </w:p>
    <w:p>
      <w:r>
        <w:br/>
        <w:t>Тьмяніє місяць над горою;&lt;br /&gt;</w:t>
        <w:br/>
        <w:t>Стоять гаї, повиті млою,&lt;br /&gt;</w:t>
        <w:br/>
        <w:t>Долина в мертвій тишині...&lt;br /&gt;</w:t>
        <w:br/>
        <w:t>І зрадник їде на коні.</w:t>
      </w:r>
    </w:p>
    <w:p>
      <w:r>
        <w:br/>
        <w:t>Відкрилась перед ним поляна;&lt;br /&gt;</w:t>
        <w:br/>
        <w:t>Похмурий бачить він курган;&lt;br /&gt;</w:t>
        <w:br/>
        <w:t>Біля княжни заснув Руслан,&lt;br /&gt;</w:t>
        <w:br/>
        <w:t>І ходить кінь навкруг кургана.&lt;br /&gt;</w:t>
        <w:br/>
        <w:t>Фарлаф налякано зорить,&lt;br /&gt;</w:t>
        <w:br/>
        <w:t>А відьма у туман зникає,&lt;br /&gt;</w:t>
        <w:br/>
        <w:t>І серце зрадника тремтить;&lt;br /&gt;</w:t>
        <w:br/>
        <w:t>Із рук уздечку він роняє,&lt;br /&gt;</w:t>
        <w:br/>
        <w:t>Свій меч помалу витяг він,&lt;br /&gt;</w:t>
        <w:br/>
        <w:t>І хоче витязя без бою&lt;br /&gt;</w:t>
        <w:br/>
        <w:t>Розтяти надвоє на згин...&lt;br /&gt;</w:t>
        <w:br/>
        <w:t>Фарлаф під'їхав. Кінь героя,&lt;br /&gt;</w:t>
        <w:br/>
        <w:t>Почувши ворога, скипів,&lt;br /&gt;</w:t>
        <w:br/>
        <w:t>Заржав і тупнув. Та намарне!&lt;br /&gt;</w:t>
        <w:br/>
        <w:t>Руслан не чує; сон примарний,&lt;br /&gt;</w:t>
        <w:br/>
        <w:t>Немов тягар, його сповив!..&lt;br /&gt;</w:t>
        <w:br/>
        <w:t>Навчений відьмою страшною,&lt;br /&gt;</w:t>
        <w:br/>
        <w:t>Фарлаф зрадливою рукою&lt;br /&gt;</w:t>
        <w:br/>
        <w:t>Руслану в груди куту сталь&lt;br /&gt;</w:t>
        <w:br/>
        <w:t>Вганяє — і лякливо в даль&lt;br /&gt;</w:t>
        <w:br/>
        <w:t>Летить із здобиччю-красою.</w:t>
      </w:r>
    </w:p>
    <w:p>
      <w:r>
        <w:br/>
        <w:t>Всю ніч без пам'яті Руслан&lt;br /&gt;</w:t>
        <w:br/>
        <w:t>Лежав у пітьмі під горою.&lt;br /&gt;</w:t>
        <w:br/>
        <w:t>А час летів. І кров рікою&lt;br /&gt;</w:t>
        <w:br/>
        <w:t>З роз'ятрених стікала ран.&lt;br /&gt;</w:t>
        <w:br/>
        <w:t>А вранці зір відкрив безсилий&lt;br /&gt;</w:t>
        <w:br/>
        <w:t>І, чуючи тяжкий загин,&lt;br /&gt;</w:t>
        <w:br/>
        <w:t>Зі стогоном підвівся він,&lt;br /&gt;</w:t>
        <w:br/>
        <w:t>Поглянув і, немов зомлілий,&lt;br /&gt;</w:t>
        <w:br/>
        <w:t>Впав, непорушний, помертвілий.</w:t>
      </w:r>
    </w:p>
    <w:p>
      <w:r>
        <w:br/>
        <w:t>Пісня шоста</w:t>
      </w:r>
    </w:p>
    <w:p>
      <w:r>
        <w:br/>
        <w:t>Мені велиш ти, ніжний друже,&lt;br /&gt;</w:t>
        <w:br/>
        <w:t>На лірі, легковажній дуже,&lt;br /&gt;</w:t>
        <w:br/>
        <w:t>Про дні минулого співать&lt;br /&gt;</w:t>
        <w:br/>
        <w:t>І музі вірній дарувать&lt;br /&gt;</w:t>
        <w:br/>
        <w:t>Часи дозвільної години...&lt;br /&gt;</w:t>
        <w:br/>
        <w:t>Ти знаєш, подруго єдина:&lt;br /&gt;</w:t>
        <w:br/>
        <w:t>Про суд не дбаючи людський,&lt;br /&gt;</w:t>
        <w:br/>
        <w:t>Твій друг, любові повний, нині&lt;br /&gt;</w:t>
        <w:br/>
        <w:t>Забув і труд у самотині,&lt;br /&gt;</w:t>
        <w:br/>
        <w:t>І ліри гомін золотий.&lt;br /&gt;</w:t>
        <w:br/>
        <w:t>Від гармонійної забави&lt;br /&gt;</w:t>
        <w:br/>
        <w:t>Відвик я у блаженнім сні...&lt;br /&gt;</w:t>
        <w:br/>
        <w:t>Тобою дихаю — і слави&lt;br /&gt;</w:t>
        <w:br/>
        <w:t>Нечутний гук тепер мені!&lt;br /&gt;</w:t>
        <w:br/>
        <w:t>Мене покинув тайний геній&lt;br /&gt;</w:t>
        <w:br/>
        <w:t>Солодких вигадок і мрій;&lt;br /&gt;</w:t>
        <w:br/>
        <w:t>Любові пориви шалені&lt;br /&gt;</w:t>
        <w:br/>
        <w:t>Лише скоряють розум мій.&lt;br /&gt;</w:t>
        <w:br/>
        <w:t>А ти велиш, а ти любила&lt;br /&gt;</w:t>
        <w:br/>
        <w:t>Колишні повісті мої&lt;br /&gt;</w:t>
        <w:br/>
        <w:t>Про любощі та про бої;&lt;br /&gt;</w:t>
        <w:br/>
        <w:t>Мій богатир, моя Людмила,&lt;br /&gt;</w:t>
        <w:br/>
        <w:t>І Чорномор, і князь старий,&lt;br /&gt;</w:t>
        <w:br/>
        <w:t>І Фіни, і відьмині затії&lt;br /&gt;</w:t>
        <w:br/>
        <w:t>У тебе хвилювали мрії;&lt;br /&gt;</w:t>
        <w:br/>
        <w:t>І, гомін слухаючи мій,&lt;br /&gt;</w:t>
        <w:br/>
        <w:t>Ти часом з усміхом дрімала;&lt;br /&gt;</w:t>
        <w:br/>
        <w:t>Та часом ніжний погляд свій&lt;br /&gt;</w:t>
        <w:br/>
        <w:t>Ніжніш ти на співці спиняла...&lt;br /&gt;</w:t>
        <w:br/>
        <w:t>Наважусь; мрійний балакун,&lt;br /&gt;</w:t>
        <w:br/>
        <w:t>Торкнусь я знов лінивих струн;&lt;br /&gt;</w:t>
        <w:br/>
        <w:t>Тож біля ніг твоїх сідаю&lt;br /&gt;</w:t>
        <w:br/>
        <w:t>І знов про витязя співаю.</w:t>
      </w:r>
    </w:p>
    <w:p>
      <w:r>
        <w:br/>
        <w:t>Та де Руслан? Про що повім?&lt;br /&gt;</w:t>
        <w:br/>
        <w:t>Лежить він мертвий в чистім полі:&lt;br /&gt;</w:t>
        <w:br/>
        <w:t>Вже кров його не ллється долі,&lt;br /&gt;</w:t>
        <w:br/>
        <w:t>Літає хижий птах над ним,&lt;br /&gt;</w:t>
        <w:br/>
        <w:t>Безмовний ріг, недвижні лати,&lt;br /&gt;</w:t>
        <w:br/>
        <w:t>Шолом не рушиться кудлатий!</w:t>
      </w:r>
    </w:p>
    <w:p>
      <w:r>
        <w:br/>
        <w:t>Кругом Руслана ходить кінь&lt;br /&gt;</w:t>
        <w:br/>
        <w:t>З опущеною головою.&lt;br /&gt;</w:t>
        <w:br/>
        <w:t>В очах не полум'я, а тінь!&lt;br /&gt;</w:t>
        <w:br/>
        <w:t>Вже гривою він золотою&lt;br /&gt;</w:t>
        <w:br/>
        <w:t>Не має, вільний та баский,&lt;br /&gt;</w:t>
        <w:br/>
        <w:t>І жде, коли Руслан устане...&lt;br /&gt;</w:t>
        <w:br/>
        <w:t>Та князь у сон запав тяжкий...&lt;br /&gt;</w:t>
        <w:br/>
        <w:t>І довго щит його не гряне.</w:t>
      </w:r>
    </w:p>
    <w:p>
      <w:r>
        <w:br/>
        <w:t>А Чорномор? Він за сідлом,&lt;br /&gt;</w:t>
        <w:br/>
        <w:t>У торбі, відьмою забутий,&lt;br /&gt;</w:t>
        <w:br/>
        <w:t>Не знав, що робиться кругом;&lt;br /&gt;</w:t>
        <w:br/>
        <w:t>І сонний, стомлений і лютий&lt;br /&gt;</w:t>
        <w:br/>
        <w:t>Героя нашого й княжну&lt;br /&gt;</w:t>
        <w:br/>
        <w:t>З нудьги він лаяв мовчазливо;&lt;br /&gt;</w:t>
        <w:br/>
        <w:t>Враз виглянув на мить одну&lt;br /&gt;</w:t>
        <w:br/>
        <w:t>Зненацька ворожбит — о диво!&lt;br /&gt;</w:t>
        <w:br/>
        <w:t>Він бачить, князь убитий спить,&lt;br /&gt;</w:t>
        <w:br/>
        <w:t>В крові потоплений лежить;&lt;br /&gt;</w:t>
        <w:br/>
        <w:t>Нема Людмили, пусто в полі;&lt;br /&gt;</w:t>
        <w:br/>
        <w:t>Чаклун із радощів тремтить,&lt;br /&gt;</w:t>
        <w:br/>
        <w:t>Гадає: сталось, я на волі!&lt;br /&gt;</w:t>
        <w:br/>
        <w:t>Та карло правди не вгадав.</w:t>
      </w:r>
    </w:p>
    <w:p>
      <w:r>
        <w:br/>
        <w:t>Тимчасом, учень відьми злої,&lt;br /&gt;</w:t>
        <w:br/>
        <w:t>Фарлаф із сонною княжною&lt;br /&gt;</w:t>
        <w:br/>
        <w:t>Уже під Київ під'їжджав,&lt;br /&gt;</w:t>
        <w:br/>
        <w:t>І страху повен, і любові;&lt;br /&gt;</w:t>
        <w:br/>
        <w:t>Вже хвилі перед ним дніпрові&lt;br /&gt;</w:t>
        <w:br/>
        <w:t>Серед знайомих нив течуть;&lt;br /&gt;</w:t>
        <w:br/>
        <w:t>Вже золоті верхи встають;&lt;br /&gt;</w:t>
        <w:br/>
        <w:t>Фарлаф по вулиці простує,&lt;br /&gt;</w:t>
        <w:br/>
        <w:t>І шум на стогнах устає;&lt;br /&gt;</w:t>
        <w:br/>
        <w:t>І люд схвильований снує,&lt;br /&gt;</w:t>
        <w:br/>
        <w:t>Навколо вершника вирує;&lt;br /&gt;</w:t>
        <w:br/>
        <w:t>Біжать, щоб батька звеселить;&lt;br /&gt;</w:t>
        <w:br/>
        <w:t>На ґанку зрадник вже стоїть.</w:t>
      </w:r>
    </w:p>
    <w:p>
      <w:r>
        <w:br/>
        <w:t>Запавши у печаль невпинну,&lt;br /&gt;</w:t>
        <w:br/>
        <w:t>Князь Володимир в цю хвилину&lt;br /&gt;</w:t>
        <w:br/>
        <w:t>В високім теремі своїм&lt;br /&gt;</w:t>
        <w:br/>
        <w:t>Сидів, пригнічений журбою.&lt;br /&gt;</w:t>
        <w:br/>
        <w:t>Бояри, витязі при нім&lt;br /&gt;</w:t>
        <w:br/>
        <w:t>Сиділи з хмурою пихою.&lt;br /&gt;</w:t>
        <w:br/>
        <w:t>Та ось під ґанком гомін, крик,&lt;br /&gt;</w:t>
        <w:br/>
        <w:t>Когось вітають городяни, —&lt;br /&gt;</w:t>
        <w:br/>
        <w:t>І в двері входить войовник,&lt;br /&gt;</w:t>
        <w:br/>
        <w:t>Усім, здавалося, незнаний;&lt;br /&gt;</w:t>
        <w:br/>
        <w:t>Кругом схопились, дивно всім, —&lt;br /&gt;</w:t>
        <w:br/>
        <w:t>І враз громада зашуміла:&lt;br /&gt;</w:t>
        <w:br/>
        <w:t>"Фарлаф!.. Невже? І з ним Людмила!"&lt;br /&gt;</w:t>
        <w:br/>
        <w:t>Змінився раптом вид смутний,&lt;br /&gt;</w:t>
        <w:br/>
        <w:t>Встає з ослона князь старий,&lt;br /&gt;</w:t>
        <w:br/>
        <w:t>Тяжкою виступа ходою;&lt;br /&gt;</w:t>
        <w:br/>
        <w:t>Він до нещасної дочки&lt;br /&gt;</w:t>
        <w:br/>
        <w:t>Підходить; отчою рукою&lt;br /&gt;</w:t>
        <w:br/>
        <w:t>Торкнутись хоче він щоки;&lt;br /&gt;</w:t>
        <w:br/>
        <w:t>Але Людмила не вчуває,&lt;br /&gt;</w:t>
        <w:br/>
        <w:t>І зачарована дрімає&lt;br /&gt;</w:t>
        <w:br/>
        <w:t>В руках убивці — всі без слів&lt;br /&gt;</w:t>
        <w:br/>
        <w:t>На батька глянули в чеканні;&lt;br /&gt;</w:t>
        <w:br/>
        <w:t>І князь турботний погляд звів&lt;br /&gt;</w:t>
        <w:br/>
        <w:t>Тоді на витязя в мовчанні.&lt;br /&gt;</w:t>
        <w:br/>
        <w:t>Той пальця на уста поклав;&lt;br /&gt;</w:t>
        <w:br/>
        <w:t>"Людмила спить, — він проказав: —&lt;br /&gt;</w:t>
        <w:br/>
        <w:t>її знайшов я лиш недавно&lt;br /&gt;</w:t>
        <w:br/>
        <w:t>В пустельних Муромських лісах&lt;br /&gt;</w:t>
        <w:br/>
        <w:t>У злого відуна в руках;&lt;br /&gt;</w:t>
        <w:br/>
        <w:t>Там закінчилось діло славно;&lt;br /&gt;</w:t>
        <w:br/>
        <w:t>Три дні ми бились; далина&lt;br /&gt;</w:t>
        <w:br/>
        <w:t>Зірками тричі прикрашалась;&lt;br /&gt;</w:t>
        <w:br/>
        <w:t>Убитий він, але княжна&lt;br /&gt;</w:t>
        <w:br/>
        <w:t>У сні до рук мені досталась;&lt;br /&gt;</w:t>
        <w:br/>
        <w:t>І хто розвіє дивний сон?&lt;br /&gt;</w:t>
        <w:br/>
        <w:t>Коли пробудження настане?&lt;br /&gt;</w:t>
        <w:br/>
        <w:t>Незнаний долі нам закон!&lt;br /&gt;</w:t>
        <w:br/>
        <w:t>В надії щирій і в терпінні&lt;br /&gt;</w:t>
        <w:br/>
        <w:t>Кінця чекати ми повинні".</w:t>
      </w:r>
    </w:p>
    <w:p>
      <w:r>
        <w:br/>
        <w:t>І скоро новина кругом&lt;br /&gt;</w:t>
        <w:br/>
        <w:t>По всьому місту пролетіла;&lt;br /&gt;</w:t>
        <w:br/>
        <w:t>Народ збирається гуртом,&lt;br /&gt;</w:t>
        <w:br/>
        <w:t>Юрбою площа закипіла;&lt;br /&gt;</w:t>
        <w:br/>
        <w:t>Відкритий терем всім стоїть;&lt;br /&gt;</w:t>
        <w:br/>
        <w:t>Юрба хвилюється, і мчить&lt;br /&gt;</w:t>
        <w:br/>
        <w:t>Туди, де на одрі високім&lt;br /&gt;</w:t>
        <w:br/>
        <w:t>Лежить на ковдрі парчевій&lt;br /&gt;</w:t>
        <w:br/>
        <w:t>Княжна весь час у сні глибокім;&lt;br /&gt;</w:t>
        <w:br/>
        <w:t>Князі та витязі при ній&lt;br /&gt;</w:t>
        <w:br/>
        <w:t>Стоять смутні; і звуки трубні,&lt;br /&gt;</w:t>
        <w:br/>
        <w:t>Роги, тимпани, гуслі, бубни&lt;br /&gt;</w:t>
        <w:br/>
        <w:t>Гримлять над нею; князь старий,&lt;br /&gt;</w:t>
        <w:br/>
        <w:t>В одчаї, стомлений, смутний,&lt;br /&gt;</w:t>
        <w:br/>
        <w:t>До ніг Людмили сивиною&lt;br /&gt;</w:t>
        <w:br/>
        <w:t>Припав з безмовною сльозою;&lt;br /&gt;</w:t>
        <w:br/>
        <w:t>Блідий Фарлаф не їсть, не п'є,&lt;br /&gt;</w:t>
        <w:br/>
        <w:t>Тремтить у розпачі, в досаді,&lt;br /&gt;</w:t>
        <w:br/>
        <w:t>Зухвальство втративши своє.</w:t>
      </w:r>
    </w:p>
    <w:p>
      <w:r>
        <w:br/>
        <w:t>Настала ніч. Ніхто в безладді&lt;br /&gt;</w:t>
        <w:br/>
        <w:t>Очей безсонних не змикав;&lt;br /&gt;</w:t>
        <w:br/>
        <w:t>Шуміли, тислись без упину;&lt;br /&gt;</w:t>
        <w:br/>
        <w:t>Про чудо кожен щось казав;&lt;br /&gt;</w:t>
        <w:br/>
        <w:t>І юний муж свою дружину&lt;br /&gt;</w:t>
        <w:br/>
        <w:t>В світлиці тихій забував.&lt;br /&gt;</w:t>
        <w:br/>
        <w:t>Та тільки місяць за горою&lt;br /&gt;</w:t>
        <w:br/>
        <w:t>Помалу на світанку зник,&lt;br /&gt;</w:t>
        <w:br/>
        <w:t>Зайнявсь тривогою новою&lt;br /&gt;</w:t>
        <w:br/>
        <w:t>Весь Київ. Шум, виття і крик&lt;br /&gt;</w:t>
        <w:br/>
        <w:t>Усюди чути. І кияни&lt;br /&gt;</w:t>
        <w:br/>
        <w:t>На мурах дивляться згори...&lt;br /&gt;</w:t>
        <w:br/>
        <w:t>І бачать: в ранішнім тумані&lt;br /&gt;</w:t>
        <w:br/>
        <w:t>Стоять за річкою шатри,&lt;br /&gt;</w:t>
        <w:br/>
        <w:t>Щити загравами палають;&lt;br /&gt;</w:t>
        <w:br/>
        <w:t>У полі вершники гасають,&lt;br /&gt;</w:t>
        <w:br/>
        <w:t>Кругом здіймають чорний прах;&lt;br /&gt;</w:t>
        <w:br/>
        <w:t>Ідуть вози, горять заграви&lt;br /&gt;</w:t>
        <w:br/>
        <w:t>Од вогнищ димних на горбах.&lt;br /&gt;</w:t>
        <w:br/>
        <w:t>Біда: йдуть печенігів лави!</w:t>
      </w:r>
    </w:p>
    <w:p>
      <w:r>
        <w:br/>
        <w:t>Тимчасом віщий Фіни, владар&lt;br /&gt;</w:t>
        <w:br/>
        <w:t>Таємних духів і примар,&lt;br /&gt;</w:t>
        <w:br/>
        <w:t>В своїм пустельному роздоллі,&lt;br /&gt;</w:t>
        <w:br/>
        <w:t>На самоті спокійно ждав,&lt;br /&gt;</w:t>
        <w:br/>
        <w:t>Щоб день, призначений від долі,&lt;br /&gt;</w:t>
        <w:br/>
        <w:t>Давно завбачений, настав.</w:t>
      </w:r>
    </w:p>
    <w:p>
      <w:r>
        <w:br/>
        <w:t>У глушині степів пекучих,&lt;br /&gt;</w:t>
        <w:br/>
        <w:t>За дальнім пасмом диких гір,&lt;br /&gt;</w:t>
        <w:br/>
        <w:t>Вітрів оселі, бур гримучих,&lt;br /&gt;</w:t>
        <w:br/>
        <w:t>Куди і відьми смілий зір&lt;br /&gt;</w:t>
        <w:br/>
        <w:t>Пірнути в пізній час боїться, —&lt;br /&gt;</w:t>
        <w:br/>
        <w:t>Долина чарівна таїться,&lt;br /&gt;</w:t>
        <w:br/>
        <w:t>І двоє в ній джерел біжить:&lt;br /&gt;</w:t>
        <w:br/>
        <w:t>Це хвилею тече живою,&lt;br /&gt;</w:t>
        <w:br/>
        <w:t>В камінні весело дзюрчить,&lt;br /&gt;</w:t>
        <w:br/>
        <w:t>Те ллється мертвою водою;&lt;br /&gt;</w:t>
        <w:br/>
        <w:t>Вітри у дивній тиші сплять,&lt;br /&gt;</w:t>
        <w:br/>
        <w:t>Весняний холодок не віє,&lt;br /&gt;</w:t>
        <w:br/>
        <w:t>Столітні сосни не шумлять,&lt;br /&gt;</w:t>
        <w:br/>
        <w:t>Не в'ються птиці, лань не сміє&lt;br /&gt;</w:t>
        <w:br/>
        <w:t>Таємну воду хвилювать;&lt;br /&gt;</w:t>
        <w:br/>
        <w:t>Два духи від початку світу,&lt;br /&gt;</w:t>
        <w:br/>
        <w:t>На лоні миру без привіту,&lt;br /&gt;</w:t>
        <w:br/>
        <w:t>Дрімучий берег той глядять...&lt;br /&gt;</w:t>
        <w:br/>
        <w:t>Із глеками двома пустими&lt;br /&gt;</w:t>
        <w:br/>
        <w:t>З'явивсь пустельник перед ними;&lt;br /&gt;</w:t>
        <w:br/>
        <w:t>Попрокидались вартові,&lt;br /&gt;</w:t>
        <w:br/>
        <w:t>І позникали десь далеко.&lt;br /&gt;</w:t>
        <w:br/>
        <w:t>А він, схилившись у траві,&lt;br /&gt;</w:t>
        <w:br/>
        <w:t>У воду затопляє глеки;&lt;br /&gt;</w:t>
        <w:br/>
        <w:t>Набрав ущерть, і геть пропав,&lt;br /&gt;</w:t>
        <w:br/>
        <w:t>Помчався скільки стало духу&lt;br /&gt;</w:t>
        <w:br/>
        <w:t>В долину, де Руслан лежав&lt;br /&gt;</w:t>
        <w:br/>
        <w:t>В крові, без пам'яті, без руху;&lt;br /&gt;</w:t>
        <w:br/>
        <w:t>Старий над рицарем стоїть,&lt;br /&gt;</w:t>
        <w:br/>
        <w:t>І збризнув мертвою водою,&lt;br /&gt;</w:t>
        <w:br/>
        <w:t>І засіяли рани вмить,&lt;br /&gt;</w:t>
        <w:br/>
        <w:t>І труп чудесною красою&lt;br /&gt;</w:t>
        <w:br/>
        <w:t>Процвів; водою він живою&lt;br /&gt;</w:t>
        <w:br/>
        <w:t>Тоді героя окропив, —&lt;br /&gt;</w:t>
        <w:br/>
        <w:t>І чує сил нових приплив,&lt;br /&gt;</w:t>
        <w:br/>
        <w:t>Тремтить снагою молодою,&lt;br /&gt;</w:t>
        <w:br/>
        <w:t>Встає Руслан, на день ясний&lt;br /&gt;</w:t>
        <w:br/>
        <w:t>Поглянув спраглими очима;&lt;br /&gt;</w:t>
        <w:br/>
        <w:t>Мов тінь якась, мов сон жахний,&lt;br /&gt;</w:t>
        <w:br/>
        <w:t>Пройшла минувшина незрима.&lt;br /&gt;</w:t>
        <w:br/>
        <w:t>Та де Людмила? Він один!&lt;br /&gt;</w:t>
        <w:br/>
        <w:t>Спахнуло серце й завмирає.&lt;br /&gt;</w:t>
        <w:br/>
        <w:t>Підвівся витязь; Фінн старий&lt;br /&gt;</w:t>
        <w:br/>
        <w:t>Його зове і обіймає:&lt;br /&gt;</w:t>
        <w:br/>
        <w:t>"Прийшла година, сину мій!&lt;br /&gt;</w:t>
        <w:br/>
        <w:t>Блаженства час тебе чекає —&lt;br /&gt;</w:t>
        <w:br/>
        <w:t>І жде тебе кривавий вир;&lt;br /&gt;</w:t>
        <w:br/>
        <w:t>Ти вдариш зброєю грізною,&lt;br /&gt;</w:t>
        <w:br/>
        <w:t>На Київ зійде тихий мир, —&lt;br /&gt;</w:t>
        <w:br/>
        <w:t>І буде люба знов з тобою.&lt;br /&gt;</w:t>
        <w:br/>
        <w:t>Візьми обручку чарівну,&lt;br /&gt;</w:t>
        <w:br/>
        <w:t>І доторкнись чола Людмили,&lt;br /&gt;</w:t>
        <w:br/>
        <w:t>І зникнуть чар таємних сили,&lt;br /&gt;</w:t>
        <w:br/>
        <w:t>Вона прокинеться зо сну;&lt;br /&gt;</w:t>
        <w:br/>
        <w:t>Настане мир, нещастя згине.&lt;br /&gt;</w:t>
        <w:br/>
        <w:t>Хай доля вас повік не кине!&lt;br /&gt;</w:t>
        <w:br/>
        <w:t>Прощай же, друже, не смутись!&lt;br /&gt;</w:t>
        <w:br/>
        <w:t>Лише по той бік домовини&lt;br /&gt;</w:t>
        <w:br/>
        <w:t>Мене зустрінеш ти колись!"&lt;br /&gt;</w:t>
        <w:br/>
        <w:t>Сказав і зник. Увесь пройнявшись&lt;br /&gt;</w:t>
        <w:br/>
        <w:t>Палким піднесенням німим,&lt;br /&gt;</w:t>
        <w:br/>
        <w:t>Руслан, новим життям зайнявшись,&lt;br /&gt;</w:t>
        <w:br/>
        <w:t>Здіймає руки вслід за ним...&lt;br /&gt;</w:t>
        <w:br/>
        <w:t>Затихло все на видноколі!&lt;br /&gt;</w:t>
        <w:br/>
        <w:t>Руслан один в пустельнім полі;&lt;br /&gt;</w:t>
        <w:br/>
        <w:t>Із Черномором за сідлом,&lt;br /&gt;</w:t>
        <w:br/>
        <w:t>Басує кінь нетерпеливо,&lt;br /&gt;</w:t>
        <w:br/>
        <w:t>І скаче, розпустивши гриву;&lt;br /&gt;</w:t>
        <w:br/>
        <w:t>Вже князь готовий, і верхом&lt;br /&gt;</w:t>
        <w:br/>
        <w:t>Летить живий він і здоровий&lt;br /&gt;</w:t>
        <w:br/>
        <w:t>Через поля, через діброви.</w:t>
      </w:r>
    </w:p>
    <w:p>
      <w:r>
        <w:br/>
        <w:t>Тимчасом горе і ганьба&lt;br /&gt;</w:t>
        <w:br/>
        <w:t>У Києві під час облоги!&lt;br /&gt;</w:t>
        <w:br/>
        <w:t>На ниви дивиться юрба,&lt;br /&gt;</w:t>
        <w:br/>
        <w:t>Безсила з туги і знемоги,&lt;br /&gt;</w:t>
        <w:br/>
        <w:t>Стоїть на мурах і шпилях&lt;br /&gt;</w:t>
        <w:br/>
        <w:t>І жде небесної покари;&lt;br /&gt;</w:t>
        <w:br/>
        <w:t>Несмілий стогін у домах,&lt;br /&gt;</w:t>
        <w:br/>
        <w:t>Немов страшні нависли хмари;&lt;br /&gt;</w:t>
        <w:br/>
        <w:t>Коло дочки чоло схилив&lt;br /&gt;</w:t>
        <w:br/>
        <w:t>Князь Володимир на молитві,&lt;br /&gt;</w:t>
        <w:br/>
        <w:t>І смілий гурт богатирів&lt;br /&gt;</w:t>
        <w:br/>
        <w:t>З рядами відданих князів&lt;br /&gt;</w:t>
        <w:br/>
        <w:t>Уже готується до битви.</w:t>
      </w:r>
    </w:p>
    <w:p>
      <w:r>
        <w:br/>
        <w:t>Світало. Орди ворогів&lt;br /&gt;</w:t>
        <w:br/>
        <w:t>Уранці рушили з горбів;&lt;br /&gt;</w:t>
        <w:br/>
        <w:t>Завзятці, з'єднані в дружини,&lt;br /&gt;</w:t>
        <w:br/>
        <w:t>Як хвилі, линуть із долини&lt;br /&gt;</w:t>
        <w:br/>
        <w:t>І до стіни міської йдуть;&lt;br /&gt;</w:t>
        <w:br/>
        <w:t>У місті сурми загриміли,&lt;br /&gt;</w:t>
        <w:br/>
        <w:t>Бійці зійшлися, полетіли&lt;br /&gt;</w:t>
        <w:br/>
        <w:t>Назустріч раті навісній,&lt;br /&gt;</w:t>
        <w:br/>
        <w:t>Зустрілись — і почався бій.&lt;br /&gt;</w:t>
        <w:br/>
        <w:t>Почувши смерть, заграли коні;&lt;br /&gt;</w:t>
        <w:br/>
        <w:t>І дзвін мечів, і стукіт броні;&lt;br /&gt;</w:t>
        <w:br/>
        <w:t>Із свистом хмара стріл знялась,&lt;br /&gt;</w:t>
        <w:br/>
        <w:t>Рівнина кров'ю залилась;&lt;br /&gt;</w:t>
        <w:br/>
        <w:t>Як вихор, вершники помчались,&lt;br /&gt;</w:t>
        <w:br/>
        <w:t>Загони всі перемішались,&lt;br /&gt;</w:t>
        <w:br/>
        <w:t>І дружно почали рубать&lt;br /&gt;</w:t>
        <w:br/>
        <w:t>Бійці там супротивну рать;&lt;br /&gt;</w:t>
        <w:br/>
        <w:t>Там піший з вершником зійшлися;&lt;br /&gt;</w:t>
        <w:br/>
        <w:t>Там кінь наляканий пронісся;&lt;br /&gt;</w:t>
        <w:br/>
        <w:t>Там руський пав, там печеніг;&lt;br /&gt;</w:t>
        <w:br/>
        <w:t>Той наступає, той відбіг;&lt;br /&gt;</w:t>
        <w:br/>
        <w:t>Того звалили булавою;&lt;br /&gt;</w:t>
        <w:br/>
        <w:t>Того уражено стрілою;&lt;br /&gt;</w:t>
        <w:br/>
        <w:t>Цей стоптаний конем лежить,&lt;br /&gt;</w:t>
        <w:br/>
        <w:t>Щитом придушений, мовчить...&lt;br /&gt;</w:t>
        <w:br/>
        <w:t>І бій триває аж до ночі;&lt;br /&gt;</w:t>
        <w:br/>
        <w:t>Перемогти немає сил!&lt;br /&gt;</w:t>
        <w:br/>
        <w:t>За купами кривавих тіл&lt;br /&gt;</w:t>
        <w:br/>
        <w:t>Бійці зімкнули млосні очі,&lt;br /&gt;</w:t>
        <w:br/>
        <w:t>І був міцний їх сон тяжкий;&lt;br /&gt;</w:t>
        <w:br/>
        <w:t>І часом лиш на полі битви&lt;br /&gt;</w:t>
        <w:br/>
        <w:t>Лунав то стогін голосний,&lt;br /&gt;</w:t>
        <w:br/>
        <w:t>То руських витязів молитви.</w:t>
      </w:r>
    </w:p>
    <w:p>
      <w:r>
        <w:br/>
        <w:t>Зникала тінь серед заграв,&lt;br /&gt;</w:t>
        <w:br/>
        <w:t>Срібніла хвиля в прохолоді,&lt;br /&gt;</w:t>
        <w:br/>
        <w:t>І день непевний уставав&lt;br /&gt;</w:t>
        <w:br/>
        <w:t>На затуманеному сході.&lt;br /&gt;</w:t>
        <w:br/>
        <w:t>Ясніла гір та нив краса,&lt;br /&gt;</w:t>
        <w:br/>
        <w:t>І прокидались небеса.&lt;br /&gt;</w:t>
        <w:br/>
        <w:t>Повите чаром супокою,&lt;br /&gt;</w:t>
        <w:br/>
        <w:t>Дрімало поле після бою;&lt;br /&gt;</w:t>
        <w:br/>
        <w:t>Та зникнув сон: ворожий стан&lt;br /&gt;</w:t>
        <w:br/>
        <w:t>З тривогою умить здійнявся,&lt;br /&gt;</w:t>
        <w:br/>
        <w:t>Вояцький крик ізнов розтявся;&lt;br /&gt;</w:t>
        <w:br/>
        <w:t>Холоне серце у киян;&lt;br /&gt;</w:t>
        <w:br/>
        <w:t>Біжать безладними рядами&lt;br /&gt;</w:t>
        <w:br/>
        <w:t>І бачать: ген між ворогами&lt;br /&gt;</w:t>
        <w:br/>
        <w:t>Блищить у латах, як в огні,&lt;br /&gt;</w:t>
        <w:br/>
        <w:t>Чудесний воїн на коні,&lt;br /&gt;</w:t>
        <w:br/>
        <w:t>Грозою йде, кругом рубає,&lt;br /&gt;</w:t>
        <w:br/>
        <w:t>І сурмить, і орлом літає...&lt;br /&gt;</w:t>
        <w:br/>
        <w:t>То був Руслан. Як Божий грім,&lt;br /&gt;</w:t>
        <w:br/>
        <w:t>Напав він ворога неждано;&lt;br /&gt;</w:t>
        <w:br/>
        <w:t>Він мчить із карликом німим&lt;br /&gt;</w:t>
        <w:br/>
        <w:t>Серед наляканого стану.&lt;br /&gt;</w:t>
        <w:br/>
        <w:t>І де просвище грізний меч,&lt;br /&gt;</w:t>
        <w:br/>
        <w:t>Або проскаче кінь сердитий,&lt;br /&gt;</w:t>
        <w:br/>
        <w:t>Злітають голови із плеч,&lt;br /&gt;</w:t>
        <w:br/>
        <w:t>І ворог падає убитий;&lt;br /&gt;</w:t>
        <w:br/>
        <w:t>За мить єдину ратний луг&lt;br /&gt;</w:t>
        <w:br/>
        <w:t>Укритий тьмою тіл кривавих,&lt;br /&gt;</w:t>
        <w:br/>
        <w:t>Живих, роздушених, безглавих,&lt;br /&gt;</w:t>
        <w:br/>
        <w:t>Списами й купами кольчуг.&lt;br /&gt;</w:t>
        <w:br/>
        <w:t>На трубний звук, на голос бою&lt;br /&gt;</w:t>
        <w:br/>
        <w:t>Дружини вершників-слов'ян&lt;br /&gt;</w:t>
        <w:br/>
        <w:t>Помчали навздогін герою,&lt;br /&gt;</w:t>
        <w:br/>
        <w:t>Зійшлись... Хай гине бусурман!&lt;br /&gt;</w:t>
        <w:br/>
        <w:t>Злякалось військо печенігів;&lt;br /&gt;</w:t>
        <w:br/>
        <w:t>Завзятці степових набігів&lt;br /&gt;</w:t>
        <w:br/>
        <w:t>Прудких скликають скакунів,&lt;br /&gt;</w:t>
        <w:br/>
        <w:t>Перечити не сміють долі,&lt;br /&gt;</w:t>
        <w:br/>
        <w:t>І з диким стогоном у полі&lt;br /&gt;</w:t>
        <w:br/>
        <w:t>Біжать від київських мечів,&lt;br /&gt;</w:t>
        <w:br/>
        <w:t>На люту віддані поталу;&lt;br /&gt;</w:t>
        <w:br/>
        <w:t>їх сонми руський меч разить;&lt;br /&gt;</w:t>
        <w:br/>
        <w:t>Святкує Київ... Повен піалу,&lt;br /&gt;</w:t>
        <w:br/>
        <w:t>По місту богатир летить;&lt;br /&gt;</w:t>
        <w:br/>
        <w:t>В десниці гострий меч тримає;&lt;br /&gt;</w:t>
        <w:br/>
        <w:t>І сяє спис, немов звізда;&lt;br /&gt;</w:t>
        <w:br/>
        <w:t>З кольчуги кров йому стікає;&lt;br /&gt;</w:t>
        <w:br/>
        <w:t>З шолома звисла борода;&lt;br /&gt;</w:t>
        <w:br/>
        <w:t>Летить окрилений, в надії,&lt;br /&gt;</w:t>
        <w:br/>
        <w:t>По стогнах шумних в княжий дім.&lt;br /&gt;</w:t>
        <w:br/>
        <w:t>Народ, здивований з події,&lt;br /&gt;</w:t>
        <w:br/>
        <w:t>Зібрався з криком голосним, —&lt;br /&gt;</w:t>
        <w:br/>
        <w:t>І князя радість оживила.&lt;br /&gt;</w:t>
        <w:br/>
        <w:t>В безмовний терем він прибіг,&lt;br /&gt;</w:t>
        <w:br/>
        <w:t>Де в дивнім сні лежить Людмила;&lt;br /&gt;</w:t>
        <w:br/>
        <w:t>Князь Володимир біля ніг&lt;br /&gt;</w:t>
        <w:br/>
        <w:t>В знесиленні стояв похилий.&lt;br /&gt;</w:t>
        <w:br/>
        <w:t>Він був один. На брань послав&lt;br /&gt;</w:t>
        <w:br/>
        <w:t>Він друзів у поля криваві.&lt;br /&gt;</w:t>
        <w:br/>
        <w:t>І лиш Фарлаф, що втік від слави,&lt;br /&gt;</w:t>
        <w:br/>
        <w:t>Від грізних бойових заграв,&lt;br /&gt;</w:t>
        <w:br/>
        <w:t>Де смерть літає невблаганна,&lt;br /&gt;</w:t>
        <w:br/>
        <w:t>На варті край дверей стояв.&lt;br /&gt;</w:t>
        <w:br/>
        <w:t>Та тільки він пізнав Руслана,&lt;br /&gt;</w:t>
        <w:br/>
        <w:t>В нім кров застигла, зір погас,&lt;br /&gt;</w:t>
        <w:br/>
        <w:t>Завмер в устах безсилий глас,&lt;br /&gt;</w:t>
        <w:br/>
        <w:t>І вже коліна він схиляє...&lt;br /&gt;</w:t>
        <w:br/>
        <w:t>Покара зрадника чекає!&lt;br /&gt;</w:t>
        <w:br/>
        <w:t>Але в Руслановій руці&lt;br /&gt;</w:t>
        <w:br/>
        <w:t>Обручка, Фінна дар всесилий;&lt;br /&gt;</w:t>
        <w:br/>
        <w:t>Провів він нею по лиці&lt;br /&gt;</w:t>
        <w:br/>
        <w:t>Давно заснулої Людмили...&lt;br /&gt;</w:t>
        <w:br/>
        <w:t>І чудо: молода княжна&lt;br /&gt;</w:t>
        <w:br/>
        <w:t>Звела, зітхнувши, світлі очі!&lt;br /&gt;</w:t>
        <w:br/>
        <w:t>Здавалось, нібито вона&lt;br /&gt;</w:t>
        <w:br/>
        <w:t>Довжезній дивувалась ночі;&lt;br /&gt;</w:t>
        <w:br/>
        <w:t>Здавалося, що сонна тінь&lt;br /&gt;</w:t>
        <w:br/>
        <w:t>З'явилась їй пори нічної,&lt;br /&gt;</w:t>
        <w:br/>
        <w:t>І миттю пізнає — це він!&lt;br /&gt;</w:t>
        <w:br/>
        <w:t>І князь в обіймах чарівної.&lt;br /&gt;</w:t>
        <w:br/>
        <w:t>Огонь у серці знов ожив,&lt;br /&gt;</w:t>
        <w:br/>
        <w:t>Руслан не бачить, не вчуває...&lt;br /&gt;</w:t>
        <w:br/>
        <w:t>Князь Володимир ізрадів,&lt;br /&gt;</w:t>
        <w:br/>
        <w:t>Ридає й любих обіймає.</w:t>
      </w:r>
    </w:p>
    <w:p>
      <w:r>
        <w:br/>
        <w:t>Чим закінчу цей довгий спів?&lt;br /&gt;</w:t>
        <w:br/>
        <w:t>Ти угадаєш, друже милий!&lt;br /&gt;</w:t>
        <w:br/>
        <w:t>Погас старого князя гнів;&lt;br /&gt;</w:t>
        <w:br/>
        <w:t>Фарлаф упав до ніг Людмили,&lt;br /&gt;</w:t>
        <w:br/>
        <w:t>І всіх одверто сповістив&lt;br /&gt;</w:t>
        <w:br/>
        <w:t>Про сором свій, про лиходійство;&lt;br /&gt;</w:t>
        <w:br/>
        <w:t>Щасливий князь його простив;&lt;br /&gt;</w:t>
        <w:br/>
        <w:t>Позбутий сили чародійства,&lt;br /&gt;</w:t>
        <w:br/>
        <w:t>Був карло взятий у двірець;&lt;br /&gt;</w:t>
        <w:br/>
        <w:t>І, щоб відзначить бід кінець,&lt;br /&gt;</w:t>
        <w:br/>
        <w:t>Князь серед гридниці ясної&lt;br /&gt;</w:t>
        <w:br/>
        <w:t>Бенкет родинний учинив.</w:t>
      </w:r>
    </w:p>
    <w:p>
      <w:r>
        <w:br/>
        <w:t>Діла давно минулих днів,&lt;br /&gt;</w:t>
        <w:br/>
        <w:t>Казки старовини глухої.&lt;br /&gt;</w:t>
        <w:br/>
        <w:t>Епілог</w:t>
      </w:r>
    </w:p>
    <w:p>
      <w:r>
        <w:br/>
        <w:t>Отак, на лоні супокою,&lt;br /&gt;</w:t>
        <w:br/>
        <w:t>Згадавши призабуті сни,&lt;br /&gt;</w:t>
        <w:br/>
        <w:t>Я славив лірою дзвінкою&lt;br /&gt;</w:t>
        <w:br/>
        <w:t>Перекази старовини.&lt;br /&gt;</w:t>
        <w:br/>
        <w:t>Співав і забував обиди&lt;br /&gt;</w:t>
        <w:br/>
        <w:t>Сліпого щастя й ворогів,&lt;br /&gt;</w:t>
        <w:br/>
        <w:t>Зрадливі пустощі Доріди,&lt;br /&gt;</w:t>
        <w:br/>
        <w:t>І сміх дурних балакунів.&lt;br /&gt;</w:t>
        <w:br/>
        <w:t>На крилах вигадки стрілою&lt;br /&gt;</w:t>
        <w:br/>
        <w:t>Здіймався розум в височінь;&lt;br /&gt;</w:t>
        <w:br/>
        <w:t>Тимчасом хмарою густою&lt;br /&gt;</w:t>
        <w:br/>
        <w:t>Гроза тяжку прослала тінь...&lt;br /&gt;</w:t>
        <w:br/>
        <w:t>І гинув я... Охоронитель&lt;br /&gt;</w:t>
        <w:br/>
        <w:t>Моїх колишніх буйних днів,&lt;br /&gt;</w:t>
        <w:br/>
        <w:t>О дружбо, ніжний утішитель&lt;br /&gt;</w:t>
        <w:br/>
        <w:t>Моїх страшних душевних снів!&lt;br /&gt;</w:t>
        <w:br/>
        <w:t>Ти ублагала непогоду;&lt;br /&gt;</w:t>
        <w:br/>
        <w:t>Ти серцю повернула мир;&lt;br /&gt;</w:t>
        <w:br/>
        <w:t>Ти зберегла мені свободу,&lt;br /&gt;</w:t>
        <w:br/>
        <w:t>Моєї юності кумир!&lt;br /&gt;</w:t>
        <w:br/>
        <w:t>Забутий світом і юрбою,&lt;br /&gt;</w:t>
        <w:br/>
        <w:t>Я кинув невські береги,&lt;br /&gt;</w:t>
        <w:br/>
        <w:t>Я бачу вже перед собою&lt;br /&gt;</w:t>
        <w:br/>
        <w:t>Кавказьких височин сніги.&lt;br /&gt;</w:t>
        <w:br/>
        <w:t>І там над горами крутими,&lt;br /&gt;</w:t>
        <w:br/>
        <w:t>На схилах темних верховин,&lt;br /&gt;</w:t>
        <w:br/>
        <w:t>Чуттями вражений німими,&lt;br /&gt;</w:t>
        <w:br/>
        <w:t>Я споглядаю ряд картин&lt;br /&gt;</w:t>
        <w:br/>
        <w:t>Природи дико-чарівної;&lt;br /&gt;</w:t>
        <w:br/>
        <w:t>Душа, як і раніш, весь час&lt;br /&gt;</w:t>
        <w:br/>
        <w:t>В обіймах думи вогняної –&lt;br /&gt;</w:t>
        <w:br/>
        <w:t>Та жар поезії погас.&lt;br /&gt;</w:t>
        <w:br/>
        <w:t>Дарма шукаю я вражіння:&lt;br /&gt;</w:t>
        <w:br/>
        <w:t>Пройшла пора співучих слів,&lt;br /&gt;</w:t>
        <w:br/>
        <w:t>Пора кохання, дивних снів,&lt;br /&gt;</w:t>
        <w:br/>
        <w:t>Пора сердечного горіння!&lt;br /&gt;</w:t>
        <w:br/>
        <w:t>Короткий день утіхи зник,&lt;br /&gt;</w:t>
        <w:br/>
        <w:t>І геть сховалася навік&lt;br /&gt;</w:t>
        <w:br/>
        <w:t>Натхнення тихого богиня...</w:t>
      </w:r>
    </w:p>
    <w:p>
      <w:r>
        <w:br/>
        <w:t>1817-1820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Руслан і Людмила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