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Самі тобі румуни…</w:t>
      </w:r>
    </w:p>
    <w:p>
      <w:r>
        <w:br/>
        <w:t xml:space="preserve"> &lt;p&gt;Сьогодні дід Свирид сидить на колодках і регочеться, аж розлягається.</w:t>
      </w:r>
    </w:p>
    <w:p>
      <w:r>
        <w:br/>
        <w:t>І так припадає до Ониськи (молодиця така в нашому селі є), що аж ніяк не подумаєш, що дідові вісімдесят дев'ять.</w:t>
      </w:r>
    </w:p>
    <w:p>
      <w:r>
        <w:br/>
        <w:t>Ониська махає на діда Свирида рукою, а сама від сміху аж здригається.</w:t>
      </w:r>
    </w:p>
    <w:p>
      <w:r>
        <w:br/>
        <w:t>А дід, а дід… мало не вщипне.</w:t>
      </w:r>
    </w:p>
    <w:p>
      <w:r>
        <w:br/>
        <w:t>— Чого ви, — питаю, — такі веселі, дідусю?</w:t>
      </w:r>
    </w:p>
    <w:p>
      <w:r>
        <w:br/>
        <w:t>— Розказую…</w:t>
      </w:r>
    </w:p>
    <w:p>
      <w:r>
        <w:br/>
        <w:t>— Що ж ви такого розказуєте, веселого?</w:t>
      </w:r>
    </w:p>
    <w:p>
      <w:r>
        <w:br/>
        <w:t>— Як я в румунах був.</w:t>
      </w:r>
    </w:p>
    <w:p>
      <w:r>
        <w:br/>
        <w:t>— В яких румунах?</w:t>
      </w:r>
    </w:p>
    <w:p>
      <w:r>
        <w:br/>
        <w:t>— У Антонесках!</w:t>
      </w:r>
    </w:p>
    <w:p>
      <w:r>
        <w:br/>
        <w:t>— Антонеску — тож румунський міністр головний!</w:t>
      </w:r>
    </w:p>
    <w:p>
      <w:r>
        <w:br/>
        <w:t>— А дурний!</w:t>
      </w:r>
    </w:p>
    <w:p>
      <w:r>
        <w:br/>
        <w:t>— Хто?</w:t>
      </w:r>
    </w:p>
    <w:p>
      <w:r>
        <w:br/>
        <w:t>— Антонеску!</w:t>
      </w:r>
    </w:p>
    <w:p>
      <w:r>
        <w:br/>
        <w:t>— А розумний хто?</w:t>
      </w:r>
    </w:p>
    <w:p>
      <w:r>
        <w:br/>
        <w:t>— Я! І мила набрався, і тютюну, і солі!</w:t>
      </w:r>
    </w:p>
    <w:p>
      <w:r>
        <w:br/>
        <w:t>— Якого мила?</w:t>
      </w:r>
    </w:p>
    <w:p>
      <w:r>
        <w:br/>
        <w:t>— Румунського.</w:t>
      </w:r>
    </w:p>
    <w:p>
      <w:r>
        <w:br/>
        <w:t>— А тютюну?</w:t>
      </w:r>
    </w:p>
    <w:p>
      <w:r>
        <w:br/>
        <w:t>— І тютюну румунського. Та ще й десять пачок сірників дало!</w:t>
      </w:r>
    </w:p>
    <w:p>
      <w:r>
        <w:br/>
        <w:t>— Кому?</w:t>
      </w:r>
    </w:p>
    <w:p>
      <w:r>
        <w:br/>
        <w:t>— Мені.</w:t>
      </w:r>
    </w:p>
    <w:p>
      <w:r>
        <w:br/>
        <w:t>— За віщо?</w:t>
      </w:r>
    </w:p>
    <w:p>
      <w:r>
        <w:br/>
        <w:t>— А за те, що я румун!</w:t>
      </w:r>
    </w:p>
    <w:p>
      <w:r>
        <w:br/>
        <w:t>— Ну, звиняйте, дідусю, щось ви тут, як той казав, бре-бре…</w:t>
      </w:r>
    </w:p>
    <w:p>
      <w:r>
        <w:br/>
        <w:t>— А не встати мені з цього місця!</w:t>
      </w:r>
    </w:p>
    <w:p>
      <w:r>
        <w:br/>
        <w:t>— Та ви ж, даруйте мені на цім слові, рудуваті, а румуни ж чорні.</w:t>
      </w:r>
    </w:p>
    <w:p>
      <w:r>
        <w:br/>
        <w:t>— Так, може ж, у мене "другий супруг" чорнявий!</w:t>
      </w:r>
    </w:p>
    <w:p>
      <w:r>
        <w:br/>
        <w:t>— Який другий?</w:t>
      </w:r>
    </w:p>
    <w:p>
      <w:r>
        <w:br/>
        <w:t>— А Лукерка!</w:t>
      </w:r>
    </w:p>
    <w:p>
      <w:r>
        <w:br/>
        <w:t>— Та Лукерка ж — царство їй небесне!</w:t>
      </w:r>
    </w:p>
    <w:p>
      <w:r>
        <w:br/>
        <w:t>— То нічого! Хіба в небесне царство чорнявих не приймають?</w:t>
      </w:r>
    </w:p>
    <w:p>
      <w:r>
        <w:br/>
        <w:t>— Та то як трапиться…</w:t>
      </w:r>
    </w:p>
    <w:p>
      <w:r>
        <w:br/>
        <w:t>— Ото ж бо воно й є! Та ви слухайте. Тут у нас за тих німецьких румун чи румунських німців така притичина трапилась, що й досі до пам'яті не прийду. І вночі регочусь. Румунська, значить, влада прислала до нашого району цілу делегацію виявити всіх громадян румунської та молдаванської національності. А я на той час якраз із лісу од партизан у розвідку прийшов. Аж тут наказ: усім старостам дати відомості повітовому начальникові:</w:t>
      </w:r>
    </w:p>
    <w:p>
      <w:r>
        <w:br/>
        <w:t>1. Які жителі на селі розмовляють або розуміють румунську мову;</w:t>
      </w:r>
    </w:p>
    <w:p>
      <w:r>
        <w:br/>
        <w:t>2. Людьми румунського чи молдаванського походження являються також і ті, де один із супругів являється румунського чи молдаванського походження;</w:t>
      </w:r>
    </w:p>
    <w:p>
      <w:r>
        <w:br/>
        <w:t>3. Ці громадяни одержать подарок від румунської влади: 1 кілограм мила, 1 кілограм солі, 5 пачок тютюну і 10 пачок сірників[3].</w:t>
      </w:r>
    </w:p>
    <w:p>
      <w:r>
        <w:br/>
        <w:t>Як я прочитав, аж підскочив! У хлопців, у лісі, знаю ж, ні мила, ні тютюну, ні сірників. Я — до всіх наших, і до бабів, і до чоловіків:</w:t>
      </w:r>
    </w:p>
    <w:p>
      <w:r>
        <w:br/>
        <w:t>— Записуйся в румуни! Хлопці в лісі без нічого.</w:t>
      </w:r>
    </w:p>
    <w:p>
      <w:r>
        <w:br/>
        <w:t>Посунули до старости:</w:t>
      </w:r>
    </w:p>
    <w:p>
      <w:r>
        <w:br/>
        <w:t>— Пиши всіх у румуни!</w:t>
      </w:r>
    </w:p>
    <w:p>
      <w:r>
        <w:br/>
        <w:t>Він до мене:</w:t>
      </w:r>
    </w:p>
    <w:p>
      <w:r>
        <w:br/>
        <w:t>— Який же, — каже, — ти румун, коли ти зроду-віку на скрипку не грав?! І рудий?!</w:t>
      </w:r>
    </w:p>
    <w:p>
      <w:r>
        <w:br/>
        <w:t>А я йому:</w:t>
      </w:r>
    </w:p>
    <w:p>
      <w:r>
        <w:br/>
        <w:t>— Я таки справді, може, й не дуже румун, так моя Лукерка, "другий супруг", така вже була румунка, що й самого Антонеску б переавересчила. Чорнява, од мамалиґи, було, й за вухо не одтягнеш, а як почує, було, скрипку, то на лаві її аж підкидає. Такої румунки й у Бухаресті не вздриш.</w:t>
      </w:r>
    </w:p>
    <w:p>
      <w:r>
        <w:br/>
        <w:t>Так ото й пішло: хто з чоловіків на румуна не виходить, у того "другий супруг" — жінка, значить, — чистокровна румунка. А хто з жінок українка, у неї чоловік просто хоч у румунські королі.</w:t>
      </w:r>
    </w:p>
    <w:p>
      <w:r>
        <w:br/>
        <w:t>Приніс я тоді хлопцям у ліс і мила, і тютюну, й солі.</w:t>
      </w:r>
    </w:p>
    <w:p>
      <w:r>
        <w:br/>
        <w:t>— Мийтесь, — кажу, — хлопці, куріть, світіть, соліть. А час прийде, ми тоді всім народом своє місце знайдемо: нам — наше, молдаванам — Молдавія, румунам — Румунія… Та, гадаю, що й Антонеску з Гітлером на шибениці помістяться. А не помістяться на одній — дві зробимо.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Самі тобі румуни…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