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Semper tiro (збірка)</w:t>
      </w:r>
    </w:p>
    <w:p>
      <w:r>
        <w:br/>
        <w:t xml:space="preserve"> ЗМІСТ</w:t>
      </w:r>
    </w:p>
    <w:p>
      <w:r>
        <w:br/>
        <w:t>Semper tiro&lt;br /&gt;</w:t>
        <w:br/>
        <w:t>Сонет&lt;br /&gt;</w:t>
        <w:br/>
        <w:t>Моєму читачеві&lt;br /&gt;</w:t>
        <w:br/>
        <w:t>Конкістадори&lt;br /&gt;</w:t>
        <w:br/>
        <w:t>Нові співомовки&lt;br /&gt;</w:t>
        <w:br/>
        <w:t>Цехмістер Купер'ян&lt;br /&gt;</w:t>
        <w:br/>
        <w:t>Сучасна приказка&lt;br /&gt;</w:t>
        <w:br/>
        <w:t>На старі теми&lt;br /&gt;</w:t>
        <w:br/>
        <w:t>"Блаженний муж, що йде на суд неправих..."&lt;br /&gt;</w:t>
        <w:br/>
        <w:t>"Було се три дні перед моїм шлюбом..."&lt;br /&gt;</w:t>
        <w:br/>
        <w:t>"Крик серед півночі в якімсь глухім околі..."&lt;br /&gt;</w:t>
        <w:br/>
        <w:t>Антошкові П. (Азъ покой)&lt;br /&gt;</w:t>
        <w:br/>
        <w:t>"Говорить дурень в серці своїм..."&lt;br /&gt;</w:t>
        <w:br/>
        <w:t>Із книги Кааф&lt;br /&gt;</w:t>
        <w:br/>
        <w:t>"У сні знайшов я дивную долину..."&lt;br /&gt;</w:t>
        <w:br/>
        <w:t>"Поете, тям, на шляху життьовому..."&lt;br /&gt;</w:t>
        <w:br/>
        <w:t>"Опівніч. Глухо. Зимно. Вітер виє..."&lt;br /&gt;</w:t>
        <w:br/>
        <w:t>"Якби ти знав, як много важить слово..."&lt;br /&gt;</w:t>
        <w:br/>
        <w:t>SEMPER TIRO</w:t>
      </w:r>
    </w:p>
    <w:p>
      <w:r>
        <w:br/>
        <w:t>Життя коротке, та безмежна штука&lt;br /&gt;</w:t>
        <w:br/>
        <w:t>І незглибиме творче ремесло;&lt;br /&gt;</w:t>
        <w:br/>
        <w:t>Що зразу, бачиться, тобі було&lt;br /&gt;</w:t>
        <w:br/>
        <w:t>Лиш оп'яніння, забавка, ошука,&lt;br /&gt;</w:t>
        <w:br/>
        <w:t>Те в необнятий розмір уросло,&lt;br /&gt;</w:t>
        <w:br/>
        <w:t>Всю душу, мрії всі твої ввіссало,&lt;br /&gt;</w:t>
        <w:br/>
        <w:t>Всі сили забира і ще говорить: "Мало!"</w:t>
      </w:r>
    </w:p>
    <w:p>
      <w:r>
        <w:br/>
        <w:t>І перед плодом власної уяви&lt;br /&gt;</w:t>
        <w:br/>
        <w:t>Стоїш, мов перед божеством яким,&lt;br /&gt;</w:t>
        <w:br/>
        <w:t>І сушиш кров свою йому для слави,&lt;br /&gt;</w:t>
        <w:br/>
        <w:t>І своїх нервів сок, свій мозок перед ним&lt;br /&gt;</w:t>
        <w:br/>
        <w:t>Кладеш замість кадила й страви,&lt;br /&gt;</w:t>
        <w:br/>
        <w:t>І чуєш сам себе рабом його й підданим,&lt;br /&gt;</w:t>
        <w:br/>
        <w:t>Та в серці шепче щось: "Ні, буду твоїм паном".</w:t>
      </w:r>
    </w:p>
    <w:p>
      <w:r>
        <w:br/>
        <w:t>Не вір сим пошептам! Зрадлива та богиня,&lt;br /&gt;</w:t>
        <w:br/>
        <w:t>Та Муза! Вабить, надить і манить,&lt;br /&gt;</w:t>
        <w:br/>
        <w:t>Щоб виссать "я" твоє, зробить з тебе начиння&lt;br /&gt;</w:t>
        <w:br/>
        <w:t>Своїх забагань, дух твій спорожнить.&lt;br /&gt;</w:t>
        <w:br/>
        <w:t>Не вір мелодії, що з струн її дзвенить:&lt;br /&gt;</w:t>
        <w:br/>
        <w:t>"Ти будеш майстром, будеш паном тонів,&lt;br /&gt;</w:t>
        <w:br/>
        <w:t>І серць володарем, і владником мільйонів".</w:t>
      </w:r>
    </w:p>
    <w:p>
      <w:r>
        <w:br/>
        <w:t>О, не дури себе ти, молодая ліро!&lt;br /&gt;</w:t>
        <w:br/>
        <w:t>Коли в душі пісень тісниться рій,&lt;br /&gt;</w:t>
        <w:br/>
        <w:t>Служи богині непохитно, щиро,&lt;br /&gt;</w:t>
        <w:br/>
        <w:t>Та панувать над нею і не мрій.&lt;br /&gt;</w:t>
        <w:br/>
        <w:t>Хай спів твій буде запахуще миро&lt;br /&gt;</w:t>
        <w:br/>
        <w:t>В пиру життя, та сам ти скромно стій&lt;br /&gt;</w:t>
        <w:br/>
        <w:t>І знай одно — poёta semper tiro. [1]</w:t>
      </w:r>
    </w:p>
    <w:p>
      <w:r>
        <w:br/>
        <w:t>СОНЕТ</w:t>
      </w:r>
    </w:p>
    <w:p>
      <w:r>
        <w:br/>
        <w:t>Благословенна ти поміж жонами,&lt;br /&gt;</w:t>
        <w:br/>
        <w:t>Одрадо душ і сонце благовісне,&lt;br /&gt;</w:t>
        <w:br/>
        <w:t>Почата в захваті, окроплена сльозами,&lt;br /&gt;</w:t>
        <w:br/>
        <w:t>О раю мій, моя ти муко, Пісне!</w:t>
      </w:r>
    </w:p>
    <w:p>
      <w:r>
        <w:br/>
        <w:t>Царице, ти найнижчого з-між люду&lt;br /&gt;</w:t>
        <w:br/>
        <w:t>Підносиш до вершин свойого трону&lt;br /&gt;</w:t>
        <w:br/>
        <w:t>І до глибин терпіння, сліз і бруду&lt;br /&gt;</w:t>
        <w:br/>
        <w:t>Ведеш і тих, що двигають корону.</w:t>
      </w:r>
    </w:p>
    <w:p>
      <w:r>
        <w:br/>
        <w:t>Твій подих всі серця людські рівняє,&lt;br /&gt;</w:t>
        <w:br/>
        <w:t>Твій поцілуй всі душі благородить&lt;br /&gt;</w:t>
        <w:br/>
        <w:t>І сльози на алмаз переміняє.</w:t>
      </w:r>
    </w:p>
    <w:p>
      <w:r>
        <w:br/>
        <w:t>І дотик твій із терня рожі родить,&lt;br /&gt;</w:t>
        <w:br/>
        <w:t>І по серцях, мов чар солодкий, ходить,&lt;br /&gt;</w:t>
        <w:br/>
        <w:t>І будить, молодить, і оп'яняє.</w:t>
      </w:r>
    </w:p>
    <w:p>
      <w:r>
        <w:br/>
        <w:t>МОЄМУ ЧИТАЧЕВІ</w:t>
      </w:r>
    </w:p>
    <w:p>
      <w:r>
        <w:br/>
        <w:t>Мій друже, що в нічну годину тиху&lt;br /&gt;</w:t>
        <w:br/>
        <w:t>Отсі рядки очима пробігаєш&lt;br /&gt;</w:t>
        <w:br/>
        <w:t>І в них народному заради лиху&lt;br /&gt;</w:t>
        <w:br/>
        <w:t>Чи власним болям полекші шукаєш, —</w:t>
      </w:r>
    </w:p>
    <w:p>
      <w:r>
        <w:br/>
        <w:t>Коли тобі хоч при одному слові&lt;br /&gt;</w:t>
        <w:br/>
        <w:t>Живіше в грудях серце затріпоче,&lt;br /&gt;</w:t>
        <w:br/>
        <w:t>В душі озветься щось, немов луна в діброві,&lt;br /&gt;</w:t>
        <w:br/>
        <w:t>В очах огонь сльозу згасить захоче, —</w:t>
      </w:r>
    </w:p>
    <w:p>
      <w:r>
        <w:br/>
        <w:t>Благословлю тебе, щоб аж до скону твого&lt;br /&gt;</w:t>
        <w:br/>
        <w:t>Доніс ти серце чисте й щиру душу&lt;br /&gt;</w:t>
        <w:br/>
        <w:t>І щоб ти не зазнав сирітства духового,&lt;br /&gt;</w:t>
        <w:br/>
        <w:t>В якому я свій вік коротать мушу.&lt;br /&gt;</w:t>
        <w:br/>
        <w:t>17.IX 1905</w:t>
      </w:r>
    </w:p>
    <w:p>
      <w:r>
        <w:br/>
        <w:t>КОНКІСТАДОРИ</w:t>
      </w:r>
    </w:p>
    <w:p>
      <w:r>
        <w:br/>
        <w:t>По бурхливім океані&lt;br /&gt;</w:t>
        <w:br/>
        <w:t>Серед пінявих валів&lt;br /&gt;</w:t>
        <w:br/>
        <w:t>Наша флота суне, б'ється&lt;br /&gt;</w:t>
        <w:br/>
        <w:t>До незвісних берегів.&lt;br /&gt;</w:t>
        <w:br/>
        <w:t>Плещуть весла, гнуться щогли…&lt;br /&gt;</w:t>
        <w:br/>
        <w:t>Ось і пристань затишна!&lt;br /&gt;</w:t>
        <w:br/>
        <w:t>Завертай! І бік при боці!&lt;br /&gt;</w:t>
        <w:br/>
        <w:t>І стерно біля стерна!&lt;br /&gt;</w:t>
        <w:br/>
        <w:t>Кидай якорі! На берег&lt;br /&gt;</w:t>
        <w:br/>
        <w:t>По помостах виходи!&lt;br /&gt;</w:t>
        <w:br/>
        <w:t>Нічичирк! Ще ледве дніє…&lt;br /&gt;</w:t>
        <w:br/>
        <w:t>Пусто скрізь… Ставай в ряди!&lt;br /&gt;</w:t>
        <w:br/>
        <w:t>Сонний город ще дрімає…&lt;br /&gt;</w:t>
        <w:br/>
        <w:t>Схопимо його у сні…&lt;br /&gt;</w:t>
        <w:br/>
        <w:t>Перший крик — наш окрик бою&lt;br /&gt;</w:t>
        <w:br/>
        <w:t>І побіднії пісні.&lt;br /&gt;</w:t>
        <w:br/>
        <w:t>Та заки рушать, пускайте&lt;br /&gt;</w:t>
        <w:br/>
        <w:t>Скрізь огонь по кораблях,&lt;br /&gt;</w:t>
        <w:br/>
        <w:t>Щоб всі знали, що нема нам&lt;br /&gt;</w:t>
        <w:br/>
        <w:t>Вороття на старий шлях.&lt;br /&gt;</w:t>
        <w:br/>
        <w:t>Бухнув дим! Хлюпоче море…&lt;br /&gt;</w:t>
        <w:br/>
        <w:t>Щось мов стогне у судні…&lt;br /&gt;</w:t>
        <w:br/>
        <w:t>Паруси залопотіли,&lt;br /&gt;</w:t>
        <w:br/>
        <w:t>Наче крила огняні.&lt;br /&gt;</w:t>
        <w:br/>
        <w:t>Гнуться реї, сиплять іскри,&lt;br /&gt;</w:t>
        <w:br/>
        <w:t>Мов розпалені річки…&lt;br /&gt;</w:t>
        <w:br/>
        <w:t>Снасть скрипить… Високі щогли&lt;br /&gt;</w:t>
        <w:br/>
        <w:t>Запалали, мов свічки.&lt;br /&gt;</w:t>
        <w:br/>
        <w:t>Що за нами, хай навіки&lt;br /&gt;</w:t>
        <w:br/>
        <w:t>Вкриє попіл життьовий!&lt;br /&gt;</w:t>
        <w:br/>
        <w:t>Або смерть, або побіда! —&lt;br /&gt;</w:t>
        <w:br/>
        <w:t>Се наш оклик бойовий!&lt;br /&gt;</w:t>
        <w:br/>
        <w:t>До відважних світ належить,&lt;br /&gt;</w:t>
        <w:br/>
        <w:t>К чорту боязнь навісну!&lt;br /&gt;</w:t>
        <w:br/>
        <w:t>Кров і труд ось тут здвигне нам&lt;br /&gt;</w:t>
        <w:br/>
        <w:t>Нову, кращу вітчину!&lt;br /&gt;</w:t>
        <w:br/>
        <w:t>Кохавина, д[ня] 26 липня 1904</w:t>
      </w:r>
    </w:p>
    <w:p>
      <w:r>
        <w:br/>
        <w:t>НОВІ СПІВОМОВКИ</w:t>
      </w:r>
    </w:p>
    <w:p>
      <w:r>
        <w:br/>
        <w:t>ЦЕХМІСТЕР КУПЕР'ЯН</w:t>
      </w:r>
    </w:p>
    <w:p>
      <w:r>
        <w:br/>
        <w:t>Облягали ляхи місто&lt;br /&gt;</w:t>
        <w:br/>
        <w:t>Десь в часі Руїни,&lt;br /&gt;</w:t>
        <w:br/>
        <w:t>Штурмували брами й мури,&lt;br /&gt;</w:t>
        <w:br/>
        <w:t>Підкладали міни.</w:t>
      </w:r>
    </w:p>
    <w:p>
      <w:r>
        <w:br/>
        <w:t>Боронилося козацтво,&lt;br /&gt;</w:t>
        <w:br/>
        <w:t>Й міщани не спали,&lt;br /&gt;</w:t>
        <w:br/>
        <w:t>День і ніч гриміли з мурів&lt;br /&gt;</w:t>
        <w:br/>
        <w:t>Пушки й самопали.</w:t>
      </w:r>
    </w:p>
    <w:p>
      <w:r>
        <w:br/>
        <w:t>Але Купер'ян-цехмістер&lt;br /&gt;</w:t>
        <w:br/>
        <w:t>Був за всіх завзятий,&lt;br /&gt;</w:t>
        <w:br/>
        <w:t>Цеховому товариству&lt;br /&gt;</w:t>
        <w:br/>
        <w:t>Нишком став казати:</w:t>
      </w:r>
    </w:p>
    <w:p>
      <w:r>
        <w:br/>
        <w:t>"Годі, братця, нам на мурах,&lt;br /&gt;</w:t>
        <w:br/>
        <w:t>Як сичі, сидіти,&lt;br /&gt;</w:t>
        <w:br/>
        <w:t>Покажім, що й ми, міщанство,&lt;br /&gt;</w:t>
        <w:br/>
        <w:t>Не страшкові діти!</w:t>
      </w:r>
    </w:p>
    <w:p>
      <w:r>
        <w:br/>
        <w:t>Вдармо ніччю на їх табір&lt;br /&gt;</w:t>
        <w:br/>
        <w:t>З крутого байраку!&lt;br /&gt;</w:t>
        <w:br/>
        <w:t>Згиньмо або тих ляшеньків&lt;br /&gt;</w:t>
        <w:br/>
        <w:t>Зотрім на табаку!"</w:t>
      </w:r>
    </w:p>
    <w:p>
      <w:r>
        <w:br/>
        <w:t>Як згадали, так зробили,&lt;br /&gt;</w:t>
        <w:br/>
        <w:t>Щастила їм доля,&lt;br /&gt;</w:t>
        <w:br/>
        <w:t>І розбили вражу силу,&lt;br /&gt;</w:t>
        <w:br/>
        <w:t>Як пух, серед поля.&lt;br /&gt;</w:t>
        <w:br/>
        <w:t>Радість! Слава! Крик і гомін!&lt;br /&gt;</w:t>
        <w:br/>
        <w:t>Збігаються в місті&lt;br /&gt;</w:t>
        <w:br/>
        <w:t>Шевці, кравці, всякі справці —&lt;br /&gt;</w:t>
        <w:br/>
        <w:t>Не сто і не двісті.</w:t>
      </w:r>
    </w:p>
    <w:p>
      <w:r>
        <w:br/>
        <w:t>І вітають Купер'яна&lt;br /&gt;</w:t>
        <w:br/>
        <w:t>З його вояками,&lt;br /&gt;</w:t>
        <w:br/>
        <w:t>Як героя, всю дорогу&lt;br /&gt;</w:t>
        <w:br/>
        <w:t>Всипали квітками.</w:t>
      </w:r>
    </w:p>
    <w:p>
      <w:r>
        <w:br/>
        <w:t>А на площі чорна рада:&lt;br /&gt;</w:t>
        <w:br/>
        <w:t>Взяли всі гадати,&lt;br /&gt;</w:t>
        <w:br/>
        <w:t>Яку б тому Купер'яну&lt;br /&gt;</w:t>
        <w:br/>
        <w:t>Нагороду дати?</w:t>
      </w:r>
    </w:p>
    <w:p>
      <w:r>
        <w:br/>
        <w:t>Одні кажуть: "Чим він досі&lt;br /&gt;</w:t>
        <w:br/>
        <w:t>Був у нас? Цехмістром!&lt;br /&gt;</w:t>
        <w:br/>
        <w:t>Тепер його за заслугу&lt;br /&gt;</w:t>
        <w:br/>
        <w:t>Виберім бурмістром!"</w:t>
      </w:r>
    </w:p>
    <w:p>
      <w:r>
        <w:br/>
        <w:t>Другі кажуть: "Що, бурмістром?&lt;br /&gt;</w:t>
        <w:br/>
        <w:t>Ми на се не згожі!&lt;br /&gt;</w:t>
        <w:br/>
        <w:t>Най він буде комендантом&lt;br /&gt;</w:t>
        <w:br/>
        <w:t>В огневій сторожі".</w:t>
      </w:r>
    </w:p>
    <w:p>
      <w:r>
        <w:br/>
        <w:t>Треті кажуть: "Ні, панове,&lt;br /&gt;</w:t>
        <w:br/>
        <w:t>Іншу раду маймо,&lt;br /&gt;</w:t>
        <w:br/>
        <w:t>Купер'яну від нумеру&lt;br /&gt;</w:t>
        <w:br/>
        <w:t>По дукату даймо!"</w:t>
      </w:r>
    </w:p>
    <w:p>
      <w:r>
        <w:br/>
        <w:t>"Ні, ні, ні! — реве громада&lt;br /&gt;</w:t>
        <w:br/>
        <w:t>Одностайним хором. —&lt;br /&gt;</w:t>
        <w:br/>
        <w:t>За геройство гроші брати?&lt;br /&gt;</w:t>
        <w:br/>
        <w:t>Ну, се був би сором!"</w:t>
      </w:r>
    </w:p>
    <w:p>
      <w:r>
        <w:br/>
        <w:t>Знов незгода, знов гармидер,&lt;br /&gt;</w:t>
        <w:br/>
        <w:t>Сяк і так міркують;&lt;br /&gt;</w:t>
        <w:br/>
        <w:t>Що хто скаже, кличуть: "Славно!"&lt;br /&gt;</w:t>
        <w:br/>
        <w:t>А інші кепкують.</w:t>
      </w:r>
    </w:p>
    <w:p>
      <w:r>
        <w:br/>
        <w:t>Аж ось вискочив на лаву&lt;br /&gt;</w:t>
        <w:br/>
        <w:t>Пузатий бурмістер&lt;br /&gt;</w:t>
        <w:br/>
        <w:t>Та й закликав: "Най жиє нам&lt;br /&gt;</w:t>
        <w:br/>
        <w:t>Купер'ян-цехмістер!</w:t>
      </w:r>
    </w:p>
    <w:p>
      <w:r>
        <w:br/>
        <w:t>Дав нам бог такого мужа&lt;br /&gt;</w:t>
        <w:br/>
        <w:t>Ворогів розбити,&lt;br /&gt;</w:t>
        <w:br/>
        <w:t>Та не дав нам знать, яку б то&lt;br /&gt;</w:t>
        <w:br/>
        <w:t>Честь йому зробити.</w:t>
      </w:r>
    </w:p>
    <w:p>
      <w:r>
        <w:br/>
        <w:t>Гроші дати — сором брати,&lt;br /&gt;</w:t>
        <w:br/>
        <w:t>Та й ми ж бідні люди;&lt;br /&gt;</w:t>
        <w:br/>
        <w:t>На уряд його поставить —&lt;br /&gt;</w:t>
        <w:br/>
        <w:t>Іншим заздро буде.</w:t>
      </w:r>
    </w:p>
    <w:p>
      <w:r>
        <w:br/>
        <w:t>Поки він живий між нами,&lt;br /&gt;</w:t>
        <w:br/>
        <w:t>То все нам завада —&lt;br /&gt;</w:t>
        <w:br/>
        <w:t>То ж, панове цехмістрове,&lt;br /&gt;</w:t>
        <w:br/>
        <w:t>Ось моя вам рада:</w:t>
      </w:r>
    </w:p>
    <w:p>
      <w:r>
        <w:br/>
        <w:t>Зараз тут його убиймо,&lt;br /&gt;</w:t>
        <w:br/>
        <w:t>На паль посадімо,&lt;br /&gt;</w:t>
        <w:br/>
        <w:t>По смерті ж його оплачмо&lt;br /&gt;</w:t>
        <w:br/>
        <w:t>І святим зробімо.</w:t>
      </w:r>
    </w:p>
    <w:p>
      <w:r>
        <w:br/>
        <w:t>І насиплемо над тілом&lt;br /&gt;</w:t>
        <w:br/>
        <w:t>Могилу високу,&lt;br /&gt;</w:t>
        <w:br/>
        <w:t>Будем поминки справляти&lt;br /&gt;</w:t>
        <w:br/>
        <w:t>Два рази до року".</w:t>
      </w:r>
    </w:p>
    <w:p>
      <w:r>
        <w:br/>
        <w:t>"Славно! Славно! От так рада!" —&lt;br /&gt;</w:t>
        <w:br/>
        <w:t>Всі враз загукали,&lt;br /&gt;</w:t>
        <w:br/>
        <w:t>А цехмістра Купер'яна&lt;br /&gt;</w:t>
        <w:br/>
        <w:t>Навіть не питали.</w:t>
      </w:r>
    </w:p>
    <w:p>
      <w:r>
        <w:br/>
        <w:t>СУЧАСНА ПРИКАЗКА</w:t>
      </w:r>
    </w:p>
    <w:p>
      <w:r>
        <w:br/>
        <w:t>Ви чули ту пригоду?&lt;br /&gt;</w:t>
        <w:br/>
        <w:t>В часі розливу рік&lt;br /&gt;</w:t>
        <w:br/>
        <w:t>Попав у бистру воду&lt;br /&gt;</w:t>
        <w:br/>
        <w:t>Нещасний чоловік.&lt;br /&gt;</w:t>
        <w:br/>
        <w:t>В глибокім вирі б'ється&lt;br /&gt;</w:t>
        <w:br/>
        <w:t>І тоне вже туй-туй,&lt;br /&gt;</w:t>
        <w:br/>
        <w:t>До кума, що на мості,&lt;br /&gt;</w:t>
        <w:br/>
        <w:t>Кричить: "Рятуй! Рятуй!"&lt;br /&gt;</w:t>
        <w:br/>
        <w:t>А кум, що на поруччя&lt;br /&gt;</w:t>
        <w:br/>
        <w:t>Поважно лікті спер,&lt;br /&gt;</w:t>
        <w:br/>
        <w:t>Глядить критично: "Втоне&lt;br /&gt;</w:t>
        <w:br/>
        <w:t>Чи вирне ще тепер?"&lt;br /&gt;</w:t>
        <w:br/>
        <w:t>Вкінці махнув рукою&lt;br /&gt;</w:t>
        <w:br/>
        <w:t>І мовив лиш одно:&lt;br /&gt;</w:t>
        <w:br/>
        <w:t>"Не тратьте, куме, сили,&lt;br /&gt;</w:t>
        <w:br/>
        <w:t>Спускайтеся на дно".</w:t>
      </w:r>
    </w:p>
    <w:p>
      <w:r>
        <w:br/>
        <w:t>Гай-гай! Таких кумів нам&lt;br /&gt;</w:t>
        <w:br/>
        <w:t>Не два, не три, не п'ять&lt;br /&gt;</w:t>
        <w:br/>
        <w:t>В житті щодня, щохвилі&lt;br /&gt;</w:t>
        <w:br/>
        <w:t>Приходиться стрічать.&lt;br /&gt;</w:t>
        <w:br/>
        <w:t>Ти в горі, нужді б'єшся,&lt;br /&gt;</w:t>
        <w:br/>
        <w:t>Мов риба у саку,&lt;br /&gt;</w:t>
        <w:br/>
        <w:t>Працюєш, тачку тягнеш,&lt;br /&gt;</w:t>
        <w:br/>
        <w:t>Мов панщину важку;&lt;br /&gt;</w:t>
        <w:br/>
        <w:t>Тут сумнів мучить душу,&lt;br /&gt;</w:t>
        <w:br/>
        <w:t>Що місце, то боляк, —&lt;br /&gt;</w:t>
        <w:br/>
        <w:t>А він лиш критикує:&lt;br /&gt;</w:t>
        <w:br/>
        <w:t>"Се зле!" і "Се не так!"&lt;br /&gt;</w:t>
        <w:br/>
        <w:t>За поміч і пораду&lt;br /&gt;</w:t>
        <w:br/>
        <w:t>Він має лиш одно:&lt;br /&gt;</w:t>
        <w:br/>
        <w:t>"Не тратьте, куме, сили,&lt;br /&gt;</w:t>
        <w:br/>
        <w:t>Спускайтеся на дно!"</w:t>
      </w:r>
    </w:p>
    <w:p>
      <w:r>
        <w:br/>
        <w:t>І наш народ так б'ється&lt;br /&gt;</w:t>
        <w:br/>
        <w:t>В матні вже много літ,&lt;br /&gt;</w:t>
        <w:br/>
        <w:t>І хвилі напосілись&lt;br /&gt;</w:t>
        <w:br/>
        <w:t>Його розмити слід.&lt;br /&gt;</w:t>
        <w:br/>
        <w:t>А на безпечнім мості&lt;br /&gt;</w:t>
        <w:br/>
        <w:t>Фальшивії брати&lt;br /&gt;</w:t>
        <w:br/>
        <w:t>Стоять і ждуть — чи, може,&lt;br /&gt;</w:t>
        <w:br/>
        <w:t>Щоб поміч принести?&lt;br /&gt;</w:t>
        <w:br/>
        <w:t>Стоять і ждуть на хвилю,&lt;br /&gt;</w:t>
        <w:br/>
        <w:t>Що брата проковтне,&lt;br /&gt;</w:t>
        <w:br/>
        <w:t>Числять: тепер ще вирне,&lt;br /&gt;</w:t>
        <w:br/>
        <w:t>Тепер вже, чей, пірне.&lt;br /&gt;</w:t>
        <w:br/>
        <w:t>На крик його й благання&lt;br /&gt;</w:t>
        <w:br/>
        <w:t>В них слово лиш одно:&lt;br /&gt;</w:t>
        <w:br/>
        <w:t>"Не тратьте, куме, сили,&lt;br /&gt;</w:t>
        <w:br/>
        <w:t>Спускайтеся на дно!"</w:t>
      </w:r>
    </w:p>
    <w:p>
      <w:r>
        <w:br/>
        <w:t>Та що се? Він не тоне,&lt;br /&gt;</w:t>
        <w:br/>
        <w:t>Хапаєсь берегів,&lt;br /&gt;</w:t>
        <w:br/>
        <w:t>Не слухає поради&lt;br /&gt;</w:t>
        <w:br/>
        <w:t>Облесних ворогів&lt;br /&gt;</w:t>
        <w:br/>
        <w:t>І під ногами чує&lt;br /&gt;</w:t>
        <w:br/>
        <w:t>Вже твердший, твердший грунт,&lt;br /&gt;</w:t>
        <w:br/>
        <w:t>А ті на мості в репет:&lt;br /&gt;</w:t>
        <w:br/>
        <w:t>"Се бунт! Се бунт! Се бунт!"&lt;br /&gt;</w:t>
        <w:br/>
        <w:t>Під ними міст хитаєсь,&lt;br /&gt;</w:t>
        <w:br/>
        <w:t>І хвиля прясла рве,&lt;br /&gt;</w:t>
        <w:br/>
        <w:t>І з мосту крик лунає:&lt;br /&gt;</w:t>
        <w:br/>
        <w:t>"Рятуйте, хто живе!&lt;br /&gt;</w:t>
        <w:br/>
        <w:t>Рятуйте більшу власність!&lt;br /&gt;</w:t>
        <w:br/>
        <w:t>Рятуйте панський лан!&lt;br /&gt;</w:t>
        <w:br/>
        <w:t>Рятуйте трон і вівтар!&lt;br /&gt;</w:t>
        <w:br/>
        <w:t>Давай обложний стан!"</w:t>
      </w:r>
    </w:p>
    <w:p>
      <w:r>
        <w:br/>
        <w:t>А що, як Немезіда&lt;br /&gt;</w:t>
        <w:br/>
        <w:t>Собі одного дня&lt;br /&gt;</w:t>
        <w:br/>
        <w:t>Позволить жарт зробити&lt;br /&gt;</w:t>
        <w:br/>
        <w:t>І ролі поміня?&lt;br /&gt;</w:t>
        <w:br/>
        <w:t>На своїм грунті стане&lt;br /&gt;</w:t>
        <w:br/>
        <w:t>Русь міцно на ногах,&lt;br /&gt;</w:t>
        <w:br/>
        <w:t>А супротивна хвиля&lt;br /&gt;</w:t>
        <w:br/>
        <w:t>Піде по ворогах?&lt;br /&gt;</w:t>
        <w:br/>
        <w:t>І ті, що нас із виру&lt;br /&gt;</w:t>
        <w:br/>
        <w:t>Спасали мило так,&lt;br /&gt;</w:t>
        <w:br/>
        <w:t>Самі скуштують трохи,&lt;br /&gt;</w:t>
        <w:br/>
        <w:t>Який-то в мокрім смак?&lt;br /&gt;</w:t>
        <w:br/>
        <w:t>А Русь на їх благання&lt;br /&gt;</w:t>
        <w:br/>
        <w:t>Їм відповість одно:&lt;br /&gt;</w:t>
        <w:br/>
        <w:t>"Не тратьте, братця, сили,&lt;br /&gt;</w:t>
        <w:br/>
        <w:t>Спускайтеся на дно!.."</w:t>
      </w:r>
    </w:p>
    <w:p>
      <w:r>
        <w:br/>
        <w:t>НА СТАРІ ТЕМИ</w:t>
      </w:r>
    </w:p>
    <w:p>
      <w:r>
        <w:br/>
        <w:t>БЛАЖЕННИЙ МУЖ, ЩО ЙДЕ НА СУД НЕПРАВИХ...</w:t>
      </w:r>
    </w:p>
    <w:p>
      <w:r>
        <w:br/>
        <w:t>Блаженъ мужъ, иже не идетъ на советъ нечестивыхъ.</w:t>
      </w:r>
    </w:p>
    <w:p>
      <w:r>
        <w:br/>
        <w:t>Блаженний муж, що йде на суд неправих&lt;br /&gt;</w:t>
        <w:br/>
        <w:t>І там за правду голос свій підносить,&lt;br /&gt;</w:t>
        <w:br/>
        <w:t>Що безтурботно в сонмищах лукавих&lt;br /&gt;</w:t>
        <w:br/>
        <w:t>Заціплії сумління їм термосить.</w:t>
      </w:r>
    </w:p>
    <w:p>
      <w:r>
        <w:br/>
        <w:t>Блаженний муж, що в хвилях занепаду,&lt;br /&gt;</w:t>
        <w:br/>
        <w:t>Коли заглухне й найчуткіша совість,&lt;br /&gt;</w:t>
        <w:br/>
        <w:t>Хоч диким криком збуджує громаду,&lt;br /&gt;</w:t>
        <w:br/>
        <w:t>І правду й щирість відкрива, як новість.</w:t>
      </w:r>
    </w:p>
    <w:p>
      <w:r>
        <w:br/>
        <w:t>Блаженний муж, що серед гвалту й гуку&lt;br /&gt;</w:t>
        <w:br/>
        <w:t>Стоїть, як дуб посеред бур і грому,&lt;br /&gt;</w:t>
        <w:br/>
        <w:t>На згоду з підлістю не простягає руку,&lt;br /&gt;</w:t>
        <w:br/>
        <w:t>Волить зламатися, ніж поклониться злому.</w:t>
      </w:r>
    </w:p>
    <w:p>
      <w:r>
        <w:br/>
        <w:t>Блаженний муж, кого за теє лають,&lt;br /&gt;</w:t>
        <w:br/>
        <w:t>Кленуть, і гонять, і поб'ють камінням;&lt;br /&gt;</w:t>
        <w:br/>
        <w:t>Вони ж самі його тріумф підготовляють,&lt;br /&gt;</w:t>
        <w:br/>
        <w:t>Самі своїм осудяться сумлінням.</w:t>
      </w:r>
    </w:p>
    <w:p>
      <w:r>
        <w:br/>
        <w:t>Блаженні всі, котрі не знали годі,&lt;br /&gt;</w:t>
        <w:br/>
        <w:t>Коли о правду й справедливість ходить:&lt;br /&gt;</w:t>
        <w:br/>
        <w:t>Хоч пам'ять їх загине у народі,&lt;br /&gt;</w:t>
        <w:br/>
        <w:t>То кров їх кров людства ублагородить.</w:t>
      </w:r>
    </w:p>
    <w:p>
      <w:r>
        <w:br/>
        <w:t>БУЛО СЕ ТРИ ДНІ ПЕРЕД МОЇМ ШЛЮБОМ...</w:t>
      </w:r>
    </w:p>
    <w:p>
      <w:r>
        <w:br/>
        <w:t>Гласъ вопіющаго во пустыни.</w:t>
      </w:r>
    </w:p>
    <w:p>
      <w:r>
        <w:br/>
        <w:t>Було се три дні перед моїм шлюбом,&lt;br /&gt;</w:t>
        <w:br/>
        <w:t>У чистім полі я пшеницю жав.&lt;br /&gt;</w:t>
        <w:br/>
        <w:t>Був південь. Я спочити сів під дубом,&lt;br /&gt;</w:t>
        <w:br/>
        <w:t>В душі ж мов світляний алмаз дрожав.</w:t>
      </w:r>
    </w:p>
    <w:p>
      <w:r>
        <w:br/>
        <w:t>І враз почув я голос невимовний,&lt;br /&gt;</w:t>
        <w:br/>
        <w:t>Той голос, що його лиш серце зна,&lt;br /&gt;</w:t>
        <w:br/>
        <w:t>Для вуха тихий, але сили повний,&lt;br /&gt;</w:t>
        <w:br/>
        <w:t>Що душу розворушує до дна.</w:t>
      </w:r>
    </w:p>
    <w:p>
      <w:r>
        <w:br/>
        <w:t>"Ще поки ти почався в лоні мами,&lt;br /&gt;</w:t>
        <w:br/>
        <w:t>Я знав тебе; заким явивсь ти в світ,&lt;br /&gt;</w:t>
        <w:br/>
        <w:t>Я призначив тебе перед царями&lt;br /&gt;</w:t>
        <w:br/>
        <w:t>Й народами нести мій заповіт".</w:t>
      </w:r>
    </w:p>
    <w:p>
      <w:r>
        <w:br/>
        <w:t>І мовив я: "О пане, глянь на мене!&lt;br /&gt;</w:t>
        <w:br/>
        <w:t>Простак убогий, молоде хлоп'я!&lt;br /&gt;</w:t>
        <w:br/>
        <w:t>Хто стане слово слухати невчене?&lt;br /&gt;</w:t>
        <w:br/>
        <w:t>Кого наверну, розворушу я?"</w:t>
      </w:r>
    </w:p>
    <w:p>
      <w:r>
        <w:br/>
        <w:t>І мовив голос: "Від отсеї хвилі&lt;br /&gt;</w:t>
        <w:br/>
        <w:t>Ти мій. Про все, чим досі був, забудь!&lt;br /&gt;</w:t>
        <w:br/>
        <w:t>Усе покинь, вір тільки моїй силі,&lt;br /&gt;</w:t>
        <w:br/>
        <w:t>Мої слова нехай тебе ведуть.</w:t>
      </w:r>
    </w:p>
    <w:p>
      <w:r>
        <w:br/>
        <w:t>А що сумнився ти в моєму слові,&lt;br /&gt;</w:t>
        <w:br/>
        <w:t>Так знай: нікого не навернеш ти;&lt;br /&gt;</w:t>
        <w:br/>
        <w:t>Мов стріли б'ються о щити стальові,&lt;br /&gt;</w:t>
        <w:br/>
        <w:t>Так твій глагол о серць людських щити.&lt;br /&gt;</w:t>
        <w:br/>
        <w:t>На вітер будеш мій глагол метати,&lt;br /&gt;</w:t>
        <w:br/>
        <w:t>Проповідати будеш ти глухим;&lt;br /&gt;</w:t>
        <w:br/>
        <w:t>Де станеш ти, ніхто не схоче стати,&lt;br /&gt;</w:t>
        <w:br/>
        <w:t>Що похвалиш, всім видасться лихим".</w:t>
      </w:r>
    </w:p>
    <w:p>
      <w:r>
        <w:br/>
        <w:t>І мовив я: "О господи, я грішний!&lt;br /&gt;</w:t>
        <w:br/>
        <w:t>Чи щоб спокутувать всіх вин вагу,&lt;br /&gt;</w:t>
        <w:br/>
        <w:t>Ти на сей труд важкий і безуспішний&lt;br /&gt;</w:t>
        <w:br/>
        <w:t>В сій хвилі кличеш свойого слугу?"</w:t>
      </w:r>
    </w:p>
    <w:p>
      <w:r>
        <w:br/>
        <w:t>І мовив голос: "Не тобі се знати!&lt;br /&gt;</w:t>
        <w:br/>
        <w:t>Не за провини я признав тебе,&lt;br /&gt;</w:t>
        <w:br/>
        <w:t>Не безуспішно будеш працювати,&lt;br /&gt;</w:t>
        <w:br/>
        <w:t>А серце в тобі я скріплю слабе.</w:t>
      </w:r>
    </w:p>
    <w:p>
      <w:r>
        <w:br/>
        <w:t>Твоїми говоритиму устами&lt;br /&gt;</w:t>
        <w:br/>
        <w:t>До всіх народів і до всіх віків,&lt;br /&gt;</w:t>
        <w:br/>
        <w:t>Твоїми я тернистими стежками&lt;br /&gt;</w:t>
        <w:br/>
        <w:t>Вестиму своїх вибраних борців.</w:t>
      </w:r>
    </w:p>
    <w:p>
      <w:r>
        <w:br/>
        <w:t>Тобою я навчу їх відрікаться&lt;br /&gt;</w:t>
        <w:br/>
        <w:t>Життя і світу для високих дум,&lt;br /&gt;</w:t>
        <w:br/>
        <w:t>Сучасних нужд, погорди не лякаться,&lt;br /&gt;</w:t>
        <w:br/>
        <w:t>У світлу ціль зостріливши весь ум.</w:t>
      </w:r>
    </w:p>
    <w:p>
      <w:r>
        <w:br/>
        <w:t>Ось уст твоїх я пальцем доторкнуся&lt;br /&gt;</w:t>
        <w:br/>
        <w:t>І вложу в них своїх глаголів жар.&lt;br /&gt;</w:t>
        <w:br/>
        <w:t>І наострю твій слух, щоб, як озвуся,&lt;br /&gt;</w:t>
        <w:br/>
        <w:t>Ти чув мій голос, наче грім із хмар".</w:t>
      </w:r>
    </w:p>
    <w:p>
      <w:r>
        <w:br/>
        <w:t>Я ниць упав. "О, чую, пане, чую!"&lt;br /&gt;</w:t>
        <w:br/>
        <w:t>І серп я кинув, і пшеничний стіг,&lt;br /&gt;</w:t>
        <w:br/>
        <w:t>І батьків дім, невісту молодую.&lt;br /&gt;</w:t>
        <w:br/>
        <w:t>І відтоді не бачив більше їх.</w:t>
      </w:r>
    </w:p>
    <w:p>
      <w:r>
        <w:br/>
        <w:t>КРИК СЕРЕД ПІВНОЧІ В ЯКІМСЬ ГЛУХІМ ОКОЛІ...</w:t>
      </w:r>
    </w:p>
    <w:p>
      <w:r>
        <w:br/>
        <w:t>Крик серед півночі в якімсь глухім околі.&lt;br /&gt;</w:t>
        <w:br/>
        <w:t>Чи вмер хто й свояки ридають по вмерлому?&lt;br /&gt;</w:t>
        <w:br/>
        <w:t>Чи хто поранений конає в чистім полі?&lt;br /&gt;</w:t>
        <w:br/>
        <w:t>Чи плачуть сироти, ограблені і голі,&lt;br /&gt;</w:t>
        <w:br/>
        <w:t>Без батька-матері, без хліба і без дому?</w:t>
      </w:r>
    </w:p>
    <w:p>
      <w:r>
        <w:br/>
        <w:t>Невідомий співак походу степового…&lt;br /&gt;</w:t>
        <w:br/>
        <w:t>Замісто струн нап'яв він тетиви спижеві,&lt;br /&gt;</w:t>
        <w:br/>
        <w:t>Давно забуту рать з сну будить вікового&lt;br /&gt;</w:t>
        <w:br/>
        <w:t>І до походу знай накликує нового&lt;br /&gt;</w:t>
        <w:br/>
        <w:t>"За землю Руськую, за рани Ігореві".</w:t>
      </w:r>
    </w:p>
    <w:p>
      <w:r>
        <w:br/>
        <w:t>Давно забута рать в забутій спить могилі,&lt;br /&gt;</w:t>
        <w:br/>
        <w:t>І Ігор спить, і з ним все плем'я соколине;&lt;br /&gt;</w:t>
        <w:br/>
        <w:t>Лиш крик поета ще лунає в давній силі,&lt;br /&gt;</w:t>
        <w:br/>
        <w:t>Байдужість сірая куняє на могилі,&lt;br /&gt;</w:t>
        <w:br/>
        <w:t>А кров із руських ран все рине, рине, рине.</w:t>
      </w:r>
    </w:p>
    <w:p>
      <w:r>
        <w:br/>
        <w:t>АНТОШКОВІ П. (АЗЪ ПОКОЙ) [2]</w:t>
      </w:r>
    </w:p>
    <w:p>
      <w:r>
        <w:br/>
        <w:t>Діалект чи самостійна мова?&lt;br /&gt;</w:t>
        <w:br/>
        <w:t>Найпустіше в світі се питання.&lt;br /&gt;</w:t>
        <w:br/>
        <w:t>Міліонам треба сього слова,&lt;br /&gt;</w:t>
        <w:br/>
        <w:t>І гріхом усяке тут хитання.</w:t>
      </w:r>
    </w:p>
    <w:p>
      <w:r>
        <w:br/>
        <w:t>Міліонам треба світла, волі,&lt;br /&gt;</w:t>
        <w:br/>
        <w:t>Треба вміти, як їх добиваться,&lt;br /&gt;</w:t>
        <w:br/>
        <w:t>Поки стогнуть кволі, мерзнуть голі —&lt;br /&gt;</w:t>
        <w:br/>
        <w:t>Нам в Параски ласки дожидаться?</w:t>
      </w:r>
    </w:p>
    <w:p>
      <w:r>
        <w:br/>
        <w:t>Як твій брат із голоду вмирає,&lt;br /&gt;</w:t>
        <w:br/>
        <w:t>А його ти накормити вступиш,&lt;br /&gt;</w:t>
        <w:br/>
        <w:t>То чи ждеш, аж срібну ложку купиш,&lt;br /&gt;</w:t>
        <w:br/>
        <w:t>Чи береш букову, що він має?</w:t>
      </w:r>
    </w:p>
    <w:p>
      <w:r>
        <w:br/>
        <w:t>Як твоя у річці тоне мати&lt;br /&gt;</w:t>
        <w:br/>
        <w:t>І кричить: "Рятуй мене, Антошку!" —&lt;br /&gt;</w:t>
        <w:br/>
        <w:t>Будеш ти на гарний човен ждати&lt;br /&gt;</w:t>
        <w:br/>
        <w:t>Чи їй кинеш першу-ліпшу дошку?</w:t>
      </w:r>
    </w:p>
    <w:p>
      <w:r>
        <w:br/>
        <w:t>Зви се діалектом, зви жаргоном&lt;br /&gt;</w:t>
        <w:br/>
        <w:t>Тую дошку, ту букову ложку,&lt;br /&gt;</w:t>
        <w:br/>
        <w:t>А вона лунає відгомоном&lt;br /&gt;</w:t>
        <w:br/>
        <w:t>В міліонах серць живих, Антошку!</w:t>
      </w:r>
    </w:p>
    <w:p>
      <w:r>
        <w:br/>
        <w:t>Хай та мова вбога в славнім роді,&lt;br /&gt;</w:t>
        <w:br/>
        <w:t>Хай московська, польська, чеська краща —&lt;br /&gt;</w:t>
        <w:br/>
        <w:t>Поки служить Матері в пригоді,&lt;br /&gt;</w:t>
        <w:br/>
        <w:t>То вона культурі не пропаща.</w:t>
      </w:r>
    </w:p>
    <w:p>
      <w:r>
        <w:br/>
        <w:t>Хоч в сусіда там пиха багацька&lt;br /&gt;</w:t>
        <w:br/>
        <w:t>У порфирі сяє та атласі —&lt;br /&gt;</w:t>
        <w:br/>
        <w:t>На чуже багатство ми не ласі,&lt;br /&gt;</w:t>
        <w:br/>
        <w:t>Ласа лиш твоя душа жебрацька.</w:t>
      </w:r>
    </w:p>
    <w:p>
      <w:r>
        <w:br/>
        <w:t>Бідні ми, як коні на припоні,&lt;br /&gt;</w:t>
        <w:br/>
        <w:t>Збагатись нас труд на рідній ниві:&lt;br /&gt;</w:t>
        <w:br/>
        <w:t>В діалекті чи хоч би в жаргоні&lt;br /&gt;</w:t>
        <w:br/>
        <w:t>Будемо багаті і щасливі.</w:t>
      </w:r>
    </w:p>
    <w:p>
      <w:r>
        <w:br/>
        <w:t>Діалект, а ми його надишем&lt;br /&gt;</w:t>
        <w:br/>
        <w:t>Міццю духу і огнем любови&lt;br /&gt;</w:t>
        <w:br/>
        <w:t>І нестертий слід його запишем&lt;br /&gt;</w:t>
        <w:br/>
        <w:t>Самостійно між культурні мови.</w:t>
      </w:r>
    </w:p>
    <w:p>
      <w:r>
        <w:br/>
        <w:t>ГОВОРИТЬ ДУРЕНЬ В СЕРЦІ СВОЇМ...</w:t>
      </w:r>
    </w:p>
    <w:p>
      <w:r>
        <w:br/>
        <w:t>Говорить дурень в серці своїм:</w:t>
      </w:r>
    </w:p>
    <w:p>
      <w:r>
        <w:br/>
        <w:t>"Єсть бог і есть він богом моїм!&lt;br /&gt;</w:t>
        <w:br/>
        <w:t>Його я в серці своїм чую,&lt;br /&gt;</w:t>
        <w:br/>
        <w:t>В ньому я днюю, з ним ночую.&lt;br /&gt;</w:t>
        <w:br/>
        <w:t>Він береже мене, мов мати,&lt;br /&gt;</w:t>
        <w:br/>
        <w:t>Що я роблю, він мусить знати,&lt;br /&gt;</w:t>
        <w:br/>
        <w:t>Що я роблю і що говорю;&lt;br /&gt;</w:t>
        <w:br/>
        <w:t>Він в моїх радощах і в горю,&lt;br /&gt;</w:t>
        <w:br/>
        <w:t>Він в моїх думах, в моїх мріях&lt;br /&gt;</w:t>
        <w:br/>
        <w:t>І в моїх жалощах, надіях.</w:t>
      </w:r>
    </w:p>
    <w:p>
      <w:r>
        <w:br/>
        <w:t>На нього я поклав надію&lt;br /&gt;</w:t>
        <w:br/>
        <w:t>І все, що дію, з ним я дію;&lt;br /&gt;</w:t>
        <w:br/>
        <w:t>Що мовлю, в ньому корениться,&lt;br /&gt;</w:t>
        <w:br/>
        <w:t>Всіх моїх мислей він криниця;&lt;br /&gt;</w:t>
        <w:br/>
        <w:t>І кождий відрух серця мого&lt;br /&gt;</w:t>
        <w:br/>
        <w:t>Почався в нім і йде до нього.&lt;br /&gt;</w:t>
        <w:br/>
        <w:t>Мене він любить, як дитину,&lt;br /&gt;</w:t>
        <w:br/>
        <w:t>Пильнує, тішить без упину,&lt;br /&gt;</w:t>
        <w:br/>
        <w:t>І всі діла мої нотує,&lt;br /&gt;</w:t>
        <w:br/>
        <w:t>І шлях мій до мети простує.</w:t>
      </w:r>
    </w:p>
    <w:p>
      <w:r>
        <w:br/>
        <w:t>Він світ создав, і сонце, й зорі,&lt;br /&gt;</w:t>
        <w:br/>
        <w:t>Завісив землю у просторі,&lt;br /&gt;</w:t>
        <w:br/>
        <w:t>Накрив її небес покровом —&lt;br /&gt;</w:t>
        <w:br/>
        <w:t>Одним лише всевладним словом&lt;br /&gt;</w:t>
        <w:br/>
        <w:t>Своїм "Да будет" всемогучим,&lt;br /&gt;</w:t>
        <w:br/>
        <w:t>Немов дощу потоком рвучим.&lt;br /&gt;</w:t>
        <w:br/>
        <w:t>Він скрізь на морі і на суші&lt;br /&gt;</w:t>
        <w:br/>
        <w:t>Создав у зародочках душі,&lt;br /&gt;</w:t>
        <w:br/>
        <w:t>Життя розсіяв незліченне —&lt;br /&gt;</w:t>
        <w:br/>
        <w:t>А все для себе і для мене.</w:t>
      </w:r>
    </w:p>
    <w:p>
      <w:r>
        <w:br/>
        <w:t>О, він ступнево йшов, вправлявся,&lt;br /&gt;</w:t>
        <w:br/>
        <w:t>Шість день до цілі наближався,&lt;br /&gt;</w:t>
        <w:br/>
        <w:t>Поки создав найвищу пробу —&lt;br /&gt;</w:t>
        <w:br/>
        <w:t>Мене — він на свою подобу.&lt;br /&gt;</w:t>
        <w:br/>
        <w:t>Він дав мені весь світ у владу;&lt;br /&gt;</w:t>
        <w:br/>
        <w:t>З його любві я не відпаду,&lt;br /&gt;</w:t>
        <w:br/>
        <w:t>А навіть як згрішу, раб грішний,&lt;br /&gt;</w:t>
        <w:br/>
        <w:t>То він карать мене не спішний:&lt;br /&gt;</w:t>
        <w:br/>
        <w:t>Хоч як грізнеє пересердя,&lt;br /&gt;</w:t>
        <w:br/>
        <w:t>Ще більше в нього милосердя.</w:t>
      </w:r>
    </w:p>
    <w:p>
      <w:r>
        <w:br/>
        <w:t>Щоб згладилась моя провина,&lt;br /&gt;</w:t>
        <w:br/>
        <w:t>Він дав за мене свого сина;&lt;br /&gt;</w:t>
        <w:br/>
        <w:t>І щоб мої могутні крила&lt;br /&gt;</w:t>
        <w:br/>
        <w:t>Не зупиняла, не гнітила&lt;br /&gt;</w:t>
        <w:br/>
        <w:t>Важка матерії інертність,&lt;br /&gt;</w:t>
        <w:br/>
        <w:t>Він дав душі моїй безсмертність,&lt;br /&gt;</w:t>
        <w:br/>
        <w:t>Дав запоруку безпохибну,&lt;br /&gt;</w:t>
        <w:br/>
        <w:t>Що як умру, то не загибну,&lt;br /&gt;</w:t>
        <w:br/>
        <w:t>Що смерть моя — не скін фатальний,&lt;br /&gt;</w:t>
        <w:br/>
        <w:t>А вхід до раю тріумфальний.</w:t>
      </w:r>
    </w:p>
    <w:p>
      <w:r>
        <w:br/>
        <w:t>Єсть бог, я чую се, я знаю,&lt;br /&gt;</w:t>
        <w:br/>
        <w:t>Його у власнім серці маю,&lt;br /&gt;</w:t>
        <w:br/>
        <w:t>Його у твориві я бачу,&lt;br /&gt;</w:t>
        <w:br/>
        <w:t>В своїй його знаходжу вдачу:&lt;br /&gt;</w:t>
        <w:br/>
        <w:t>Він в моїй совісті говорить&lt;br /&gt;</w:t>
        <w:br/>
        <w:t>І мною нищить, мною творить,&lt;br /&gt;</w:t>
        <w:br/>
        <w:t>Що я скажу, він "ні" не скаже,&lt;br /&gt;</w:t>
        <w:br/>
        <w:t>І що я зв'яжу, він те зв'яже.&lt;br /&gt;</w:t>
        <w:br/>
        <w:t>Я часть його; де часть, там цілість.&lt;br /&gt;</w:t>
        <w:br/>
        <w:t>Я твір його, і творця вмілість&lt;br /&gt;</w:t>
        <w:br/>
        <w:t>Його творіння виявляє:&lt;br /&gt;</w:t>
        <w:br/>
        <w:t>Його дух з мене промовляє,&lt;br /&gt;</w:t>
        <w:br/>
        <w:t>Його мисль в моїм слові чути:&lt;br /&gt;</w:t>
        <w:br/>
        <w:t>Я єсьм, тому й він мусить бути.&lt;br /&gt;</w:t>
        <w:br/>
        <w:t>Я в нім жию, і з ним я вічний,&lt;br /&gt;</w:t>
        <w:br/>
        <w:t>Як син, як складник органічний,&lt;br /&gt;</w:t>
        <w:br/>
        <w:t>Як тон із гармонійним строєм", —</w:t>
      </w:r>
    </w:p>
    <w:p>
      <w:r>
        <w:br/>
        <w:t>Говорить дурень в серці своїм.</w:t>
      </w:r>
    </w:p>
    <w:p>
      <w:r>
        <w:br/>
        <w:t>ІЗ КНИГИ КААФ</w:t>
      </w:r>
    </w:p>
    <w:p>
      <w:r>
        <w:br/>
        <w:t>У СНІ ЗНАЙШОВ Я ДИВНУЮ ДОЛИНУ...</w:t>
      </w:r>
    </w:p>
    <w:p>
      <w:r>
        <w:br/>
        <w:t>У сні знайшов я дивную долину.&lt;br /&gt;</w:t>
        <w:br/>
        <w:t>Було так ясно, тихо, легко в ній,&lt;br /&gt;</w:t>
        <w:br/>
        <w:t>Що бачилоь мені: не йду, а лину.</w:t>
      </w:r>
    </w:p>
    <w:p>
      <w:r>
        <w:br/>
        <w:t>Сміялася в пишноті весняній&lt;br /&gt;</w:t>
        <w:br/>
        <w:t>Природа, пахощами вся облита,&lt;br /&gt;</w:t>
        <w:br/>
        <w:t>І скрізь співав пташок незримих рій.</w:t>
      </w:r>
    </w:p>
    <w:p>
      <w:r>
        <w:br/>
        <w:t>Сріблом на збоччях хвилював лан жита,&lt;br /&gt;</w:t>
        <w:br/>
        <w:t>Верхом шумів-гудів відвічний ліс,&lt;br /&gt;</w:t>
        <w:br/>
        <w:t>Внизу була велична тайна скрита.</w:t>
      </w:r>
    </w:p>
    <w:p>
      <w:r>
        <w:br/>
        <w:t>Внизу був луг, і з нього вітер ніс&lt;br /&gt;</w:t>
        <w:br/>
        <w:t>Такі розкішні пахощі, що груди&lt;br /&gt;</w:t>
        <w:br/>
        <w:t>Аж ширшали і дух у тілі ріс.</w:t>
      </w:r>
    </w:p>
    <w:p>
      <w:r>
        <w:br/>
        <w:t>А йшли ті пахощі з квіток, що всюди&lt;br /&gt;</w:t>
        <w:br/>
        <w:t>Росли — барвисті, дивних форм, яких,&lt;br /&gt;</w:t>
        <w:br/>
        <w:t>Мабуть, ніколи не плекали люди.</w:t>
      </w:r>
    </w:p>
    <w:p>
      <w:r>
        <w:br/>
        <w:t>Хиляючись до тих квіток палких,&lt;br /&gt;</w:t>
        <w:br/>
        <w:t>Я чув, що й спів солодкий з них виходить,&lt;br /&gt;</w:t>
        <w:br/>
        <w:t>Мов пасма тонів ніжних і м'яких.</w:t>
      </w:r>
    </w:p>
    <w:p>
      <w:r>
        <w:br/>
        <w:t>Між тих квіток дівчат багато ходить,&lt;br /&gt;</w:t>
        <w:br/>
        <w:t>Всі в білому, в вінках і скиндячках,&lt;br /&gt;</w:t>
        <w:br/>
        <w:t>І одна одну все за руку водить.</w:t>
      </w:r>
    </w:p>
    <w:p>
      <w:r>
        <w:br/>
        <w:t>У всіх маленькі кошики в руках,&lt;br /&gt;</w:t>
        <w:br/>
        <w:t>І кожду квітку пильно оглядають,&lt;br /&gt;</w:t>
        <w:br/>
        <w:t>Пестять і підливають на грядках.</w:t>
      </w:r>
    </w:p>
    <w:p>
      <w:r>
        <w:br/>
        <w:t>Не рвуть квіток співучих, та зривають&lt;br /&gt;</w:t>
        <w:br/>
        <w:t>Із кождої ростинки по листку&lt;br /&gt;</w:t>
        <w:br/>
        <w:t>І бережно у кошики складають.</w:t>
      </w:r>
    </w:p>
    <w:p>
      <w:r>
        <w:br/>
        <w:t>І, бачачи забаву їх таку,&lt;br /&gt;</w:t>
        <w:br/>
        <w:t>Я мовив: "Нащо ті листки, дівчата?&lt;br /&gt;</w:t>
        <w:br/>
        <w:t>На лік, на страву їх рвете яку?"</w:t>
      </w:r>
    </w:p>
    <w:p>
      <w:r>
        <w:br/>
        <w:t>І мовила одна: "Рвемо для свята.&lt;br /&gt;</w:t>
        <w:br/>
        <w:t>І не на лік, бо для здорових се;&lt;br /&gt;</w:t>
        <w:br/>
        <w:t>І не на страву — сита наша хата.</w:t>
      </w:r>
    </w:p>
    <w:p>
      <w:r>
        <w:br/>
        <w:t>А хто до уст листок сей занесе,&lt;br /&gt;</w:t>
        <w:br/>
        <w:t>І розгризе, і сок його скуштує,&lt;br /&gt;</w:t>
        <w:br/>
        <w:t>У того серце розкішшю стрясе;</w:t>
      </w:r>
    </w:p>
    <w:p>
      <w:r>
        <w:br/>
        <w:t>У того смілість душу напростує,&lt;br /&gt;</w:t>
        <w:br/>
        <w:t>У того радість очі прояснить,&lt;br /&gt;</w:t>
        <w:br/>
        <w:t>Турботи всі розвіє й пошматує.</w:t>
      </w:r>
    </w:p>
    <w:p>
      <w:r>
        <w:br/>
        <w:t>Твій сум, твою зневіру хоч на мить&lt;br /&gt;</w:t>
        <w:br/>
        <w:t>Прогонить він; ти станеш мов дитина,&lt;br /&gt;</w:t>
        <w:br/>
        <w:t>Всю суть свою ти мусиш відмінить.</w:t>
      </w:r>
    </w:p>
    <w:p>
      <w:r>
        <w:br/>
        <w:t>Всім любий ти, хоч круглий сиротина,&lt;br /&gt;</w:t>
        <w:br/>
        <w:t>І любиш всіх, щасливий в тій любві.&lt;br /&gt;</w:t>
        <w:br/>
        <w:t>Кааф у нас зоветься та ростина".</w:t>
      </w:r>
    </w:p>
    <w:p>
      <w:r>
        <w:br/>
        <w:t>Пішли. Та йдуть і мовлять інші дві:&lt;br /&gt;</w:t>
        <w:br/>
        <w:t>"А ти не рад листків тих скуштувати&lt;br /&gt;</w:t>
        <w:br/>
        <w:t>І занести їх там, своїй верстві?</w:t>
      </w:r>
    </w:p>
    <w:p>
      <w:r>
        <w:br/>
        <w:t>Чи все в вас має лютість панувати,&lt;br /&gt;</w:t>
        <w:br/>
        <w:t>Зневага до людства, погорда й їдь?"</w:t>
      </w:r>
    </w:p>
    <w:p>
      <w:r>
        <w:br/>
        <w:t>І кинувсь я листки ті дивні рвати,&lt;br /&gt;</w:t>
        <w:br/>
        <w:t>Ось вам пучок їх. Нате та гризіть!</w:t>
      </w:r>
    </w:p>
    <w:p>
      <w:r>
        <w:br/>
        <w:t>ПОЕТЕ, ТЯМ, НА ШЛЯХУ ЖИТТЬОВОМУ...</w:t>
      </w:r>
    </w:p>
    <w:p>
      <w:r>
        <w:br/>
        <w:t>Поете, тям, на шляху життьовому&lt;br /&gt;</w:t>
        <w:br/>
        <w:t>Тобі перлини-щастя не знайти,&lt;br /&gt;</w:t>
        <w:br/>
        <w:t>Ні захисту від бурі, злив і грому,</w:t>
      </w:r>
    </w:p>
    <w:p>
      <w:r>
        <w:br/>
        <w:t>Поете, тям, зазнати маєш ти&lt;br /&gt;</w:t>
        <w:br/>
        <w:t>Всіх мук буття, всіх болів і унижень,&lt;br /&gt;</w:t>
        <w:br/>
        <w:t>Заким дійдеш до світлої мети.</w:t>
      </w:r>
    </w:p>
    <w:p>
      <w:r>
        <w:br/>
        <w:t>Поете, тям: лиш в сфері мрій, привиджень,&lt;br /&gt;</w:t>
        <w:br/>
        <w:t>Ілюзій і оман твій рай цвіте,&lt;br /&gt;</w:t>
        <w:br/>
        <w:t>А геній твій — то міць сугестій, зближень.</w:t>
      </w:r>
    </w:p>
    <w:p>
      <w:r>
        <w:br/>
        <w:t>Пророцький дар у тебе лиш на те,&lt;br /&gt;</w:t>
        <w:br/>
        <w:t>Щоб іншим край обіцяний вказав ти,&lt;br /&gt;</w:t>
        <w:br/>
        <w:t>А сам не входив у житло святе.</w:t>
      </w:r>
    </w:p>
    <w:p>
      <w:r>
        <w:br/>
        <w:t>І серце чулеє на те лиш взяв ти,&lt;br /&gt;</w:t>
        <w:br/>
        <w:t>Щоб кождому в день скорбі пільгу ніс,&lt;br /&gt;</w:t>
        <w:br/>
        <w:t>І в горі слово теплеє сказав ти.</w:t>
      </w:r>
    </w:p>
    <w:p>
      <w:r>
        <w:br/>
        <w:t>Та з власним горем крийся в темний ліс!&lt;br /&gt;</w:t>
        <w:br/>
        <w:t>Ніхто до тебе не простягне руку&lt;br /&gt;</w:t>
        <w:br/>
        <w:t>І не отре твоїх кривавих сліз.&lt;br /&gt;</w:t>
        <w:br/>
        <w:t>Та не міркуй, що родивсь ти на муку,&lt;br /&gt;</w:t>
        <w:br/>
        <w:t>Бо й розкошів найвищих маєш часть,&lt;br /&gt;</w:t>
        <w:br/>
        <w:t>У творчій силі щастя запоруку.</w:t>
      </w:r>
    </w:p>
    <w:p>
      <w:r>
        <w:br/>
        <w:t>Усе, чого в тобі сей світ не дасть,&lt;br /&gt;</w:t>
        <w:br/>
        <w:t>Знайдеш в душі своїй ясніше, краще:&lt;br /&gt;</w:t>
        <w:br/>
        <w:t>Найвищу правду і найбільшу власть.</w:t>
      </w:r>
    </w:p>
    <w:p>
      <w:r>
        <w:br/>
        <w:t>Ото й минай все темне, непутяще,&lt;br /&gt;</w:t>
        <w:br/>
        <w:t>Весь злудний блиск, тріумфи хвильові,&lt;br /&gt;</w:t>
        <w:br/>
        <w:t>Все підле, самолюбне і пропаще.</w:t>
      </w:r>
    </w:p>
    <w:p>
      <w:r>
        <w:br/>
        <w:t>І бережи на своїй голові&lt;br /&gt;</w:t>
        <w:br/>
        <w:t>Вінок незв'ялий чистоти, і ласки,&lt;br /&gt;</w:t>
        <w:br/>
        <w:t>І простоти, мов квіти польові.</w:t>
      </w:r>
    </w:p>
    <w:p>
      <w:r>
        <w:br/>
        <w:t>У маскарад життя іди без маски,&lt;br /&gt;</w:t>
        <w:br/>
        <w:t>На торжище цинізмів і наруг&lt;br /&gt;</w:t>
        <w:br/>
        <w:t>Виходь з ліхтарнею з старої казки:</w:t>
      </w:r>
    </w:p>
    <w:p>
      <w:r>
        <w:br/>
        <w:t>В ній щезне тіло, появиться дух,&lt;br /&gt;</w:t>
        <w:br/>
        <w:t>Прозора стане явищ темна маса.&lt;br /&gt;</w:t>
        <w:br/>
        <w:t>І будь ти людям не суддя, а друг.</w:t>
      </w:r>
    </w:p>
    <w:p>
      <w:r>
        <w:br/>
        <w:t>І дзеркало, й обнова, Guarda e passa. [3]</w:t>
      </w:r>
    </w:p>
    <w:p>
      <w:r>
        <w:br/>
        <w:t>ОПІВНІЧ. ГЛУХО. ЗИМНО. ВІТЕР ВИЄ..</w:t>
      </w:r>
    </w:p>
    <w:p>
      <w:r>
        <w:br/>
        <w:t>Опівніч. Глухо. Зимно. Вітер виє.&lt;br /&gt;</w:t>
        <w:br/>
        <w:t>Я змерз. І випало з холодних пальців&lt;br /&gt;</w:t>
        <w:br/>
        <w:t>Перо. І мозок стомлений відмовив&lt;br /&gt;</w:t>
        <w:br/>
        <w:t>Вже послуху. В душі глибока павза.&lt;br /&gt;</w:t>
        <w:br/>
        <w:t>Ні думка, ні чуття, ні біль — ніщо&lt;br /&gt;</w:t>
        <w:br/>
        <w:t>В ній не ворушиться. Завмерло все,&lt;br /&gt;</w:t>
        <w:br/>
        <w:t>Немов гнилий ставок в гущавині,&lt;br /&gt;</w:t>
        <w:br/>
        <w:t>Якого темну воду не ворушить&lt;br /&gt;</w:t>
        <w:br/>
        <w:t>Вітровий подих.</w:t>
      </w:r>
    </w:p>
    <w:p>
      <w:r>
        <w:br/>
        <w:t>Але цить! Се що?</w:t>
      </w:r>
    </w:p>
    <w:p>
      <w:r>
        <w:br/>
        <w:t>Чи втопленики з болотного дна&lt;br /&gt;</w:t>
        <w:br/>
        <w:t>Встають і з хвиль вонючих простягають&lt;br /&gt;</w:t>
        <w:br/>
        <w:t>Опухлії, зеленуваті руки?&lt;br /&gt;</w:t>
        <w:br/>
        <w:t>І голос чути, зойк, ридання, стогін —&lt;br /&gt;</w:t>
        <w:br/>
        <w:t>Не дійсний голос, але щось далеке,&lt;br /&gt;</w:t>
        <w:br/>
        <w:t>Слабе, марне, тінь голосу, зітхання,&lt;br /&gt;</w:t>
        <w:br/>
        <w:t>Чутне лиш серцю, та яке ж болюче,&lt;br /&gt;</w:t>
        <w:br/>
        <w:t>Яке болюче!..</w:t>
      </w:r>
    </w:p>
    <w:p>
      <w:r>
        <w:br/>
        <w:t>"Тату! Тату! Тату!</w:t>
      </w:r>
    </w:p>
    <w:p>
      <w:r>
        <w:br/>
        <w:t>Се ми, твої невродженії діти!&lt;br /&gt;</w:t>
        <w:br/>
        <w:t>Се ми, твої невиспівані співи,&lt;br /&gt;</w:t>
        <w:br/>
        <w:t>Передчасом утоплені в багнюці!&lt;br /&gt;</w:t>
        <w:br/>
        <w:t>О, глянь на нас! О, простягни нам руку!&lt;br /&gt;</w:t>
        <w:br/>
        <w:t>Поклич до світла нас! Поклич до сонця!&lt;br /&gt;</w:t>
        <w:br/>
        <w:t>Там весело — нехай ми тут не чахнем!&lt;br /&gt;</w:t>
        <w:br/>
        <w:t>Там гарно так — хай тут не гниєм!"</w:t>
      </w:r>
    </w:p>
    <w:p>
      <w:r>
        <w:br/>
        <w:t>Не вийдете на світло, небожата!&lt;br /&gt;</w:t>
        <w:br/>
        <w:t>Не вивести вже вас мені до сонця!&lt;br /&gt;</w:t>
        <w:br/>
        <w:t>Я сам оце лежу у темній ямі,&lt;br /&gt;</w:t>
        <w:br/>
        <w:t>Я сам гнию тут, до землі прибитий,&lt;br /&gt;</w:t>
        <w:br/>
        <w:t>А з диким реготом по моїй груді&lt;br /&gt;</w:t>
        <w:br/>
        <w:t>Тупоче, б'є моя лихая доля!</w:t>
      </w:r>
    </w:p>
    <w:p>
      <w:r>
        <w:br/>
        <w:t>ЯКБИ ТИ ЗНАВ, ЯК МНОГО ВАЖИТЬ СЛОВО...</w:t>
      </w:r>
    </w:p>
    <w:p>
      <w:r>
        <w:br/>
        <w:t>Якби ти знав, як много важить слово,&lt;br /&gt;</w:t>
        <w:br/>
        <w:t>Одно сердечне, теплеє слівце!&lt;br /&gt;</w:t>
        <w:br/>
        <w:t>Глибокі рани серця як чудово&lt;br /&gt;</w:t>
        <w:br/>
        <w:t>Вигоює — якби ти знав оце!&lt;br /&gt;</w:t>
        <w:br/>
        <w:t>Ти, певно б, поуз болю і розпуки,&lt;br /&gt;</w:t>
        <w:br/>
        <w:t>Заціпивши уста, безмовно не минав,&lt;br /&gt;</w:t>
        <w:br/>
        <w:t>Ти сіяв би слова потіхи і принуки,&lt;br /&gt;</w:t>
        <w:br/>
        <w:t>Мов теплий дощ на спраглі ниви й луки, —&lt;br /&gt;</w:t>
        <w:br/>
        <w:t>Якби ти знав!</w:t>
      </w:r>
    </w:p>
    <w:p>
      <w:r>
        <w:br/>
        <w:t>Якби ти знав, які глибокі чинить рани&lt;br /&gt;</w:t>
        <w:br/>
        <w:t>Одно сердите, згірднеє слівце,&lt;br /&gt;</w:t>
        <w:br/>
        <w:t>Як чисті душі кривить, і поганить,&lt;br /&gt;</w:t>
        <w:br/>
        <w:t>І троїть на весь вік, — якби ти знав оце!&lt;br /&gt;</w:t>
        <w:br/>
        <w:t>Ти б злість свою, неначе пса гризького,&lt;br /&gt;</w:t>
        <w:br/>
        <w:t>У найтемніший кут душі загнав,&lt;br /&gt;</w:t>
        <w:br/>
        <w:t>Потіх не маючи та співчуття палкого,&lt;br /&gt;</w:t>
        <w:br/>
        <w:t>Ти б хоч докором не ранив нікого, —&lt;br /&gt;</w:t>
        <w:br/>
        <w:t>Якби ти знав!</w:t>
      </w:r>
    </w:p>
    <w:p>
      <w:r>
        <w:br/>
        <w:t>Якби ти знав, як много горя криється&lt;br /&gt;</w:t>
        <w:br/>
        <w:t>У масках радості, байдужості і тьми,&lt;br /&gt;</w:t>
        <w:br/>
        <w:t>Як много лиць, за дня веселих, миється&lt;br /&gt;</w:t>
        <w:br/>
        <w:t>До подушки горючими слізьми!&lt;br /&gt;</w:t>
        <w:br/>
        <w:t>Ти б зір свій наострив любов'ю&lt;br /&gt;</w:t>
        <w:br/>
        <w:t>І в морі сліз незримих поринав,&lt;br /&gt;</w:t>
        <w:br/>
        <w:t>Їх гіркість власною змивав би кров'ю&lt;br /&gt;</w:t>
        <w:br/>
        <w:t>І зрозумів весь жах в людському безголов'ї,&lt;br /&gt;</w:t>
        <w:br/>
        <w:t>Якби ти знав!</w:t>
      </w:r>
    </w:p>
    <w:p>
      <w:r>
        <w:br/>
        <w:t>Якби ти знав! Та се знання предавнє&lt;br /&gt;</w:t>
        <w:br/>
        <w:t>Відчути треба, серцем зрозуміть.&lt;br /&gt;</w:t>
        <w:br/>
        <w:t>Що темне для ума, для серця ясне й явне…&lt;br /&gt;</w:t>
        <w:br/>
        <w:t>І іншим би тобі вказався світ.&lt;br /&gt;</w:t>
        <w:br/>
        <w:t>Ти б серцем ріс. Між бур життя й тривоги&lt;br /&gt;</w:t>
        <w:br/>
        <w:t>Була б несхитна, ясна путь твоя.&lt;br /&gt;</w:t>
        <w:br/>
        <w:t>Як той, що в бурю йшов&lt;br /&gt;</w:t>
        <w:br/>
        <w:t>по гривах хвиль розлогих,&lt;br /&gt;</w:t>
        <w:br/>
        <w:t>Так ти б мовляв до всіх плачучих,&lt;br /&gt;</w:t>
        <w:br/>
        <w:t>скорбних, вбогих:&lt;br /&gt;</w:t>
        <w:br/>
        <w:t>"Не бійтеся! Се я!"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Semper tiro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