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Солодко й тоскно, ах...&lt;br /&gt;</w:t>
        <w:br/>
        <w:t>Це кохання нестримано лине.&lt;br /&gt;</w:t>
        <w:br/>
        <w:t>І розлука встає, як жах.&lt;br /&gt;</w:t>
        <w:br/>
        <w:t>Срібло озер України&lt;br /&gt;</w:t>
        <w:br/>
        <w:t>в твоїх очах,&lt;br /&gt;</w:t>
        <w:br/>
        <w:t>єдина!&lt;br /&gt;</w:t>
        <w:br/>
        <w:t>Під нами —&lt;br /&gt;</w:t>
        <w:br/>
        <w:t>сніг&lt;br /&gt;</w:t>
        <w:br/>
        <w:t>пломенистий,&lt;br /&gt;</w:t>
        <w:br/>
        <w:t>котяться гами&lt;br /&gt;</w:t>
        <w:br/>
        <w:t>до ніг.&lt;br /&gt;</w:t>
        <w:br/>
        <w:t>Над нами —&lt;br /&gt;</w:t>
        <w:br/>
        <w:t>туманна блакить.&lt;br /&gt;</w:t>
        <w:br/>
        <w:t>Це місто шумить і шумить,&lt;br /&gt;</w:t>
        <w:br/>
        <w:t>велике&lt;br /&gt;</w:t>
        <w:br/>
        <w:t>північне&lt;br /&gt;</w:t>
        <w:br/>
        <w:t>місто1.&lt;br /&gt;</w:t>
        <w:br/>
        <w:t>Я став за токарний&lt;br /&gt;</w:t>
        <w:br/>
        <w:t>верстат2&lt;br /&gt;</w:t>
        <w:br/>
        <w:t>для того, щоб бути робочим,&lt;br /&gt;</w:t>
        <w:br/>
        <w:t>щоб марно не плакали очі&lt;br /&gt;</w:t>
        <w:br/>
        <w:t>над морем кривавим страт...&lt;br /&gt;</w:t>
        <w:br/>
        <w:t>Я хочу усе зрозуміть,&lt;br /&gt;</w:t>
        <w:br/>
        <w:t>щоб бути, як сніг той&lt;br /&gt;</w:t>
        <w:br/>
        <w:t>іскристий,&lt;br /&gt;</w:t>
        <w:br/>
        <w:t>що стеле під ноги блакить.&lt;br /&gt;</w:t>
        <w:br/>
        <w:t>А місто шумить і шумить,&lt;br /&gt;</w:t>
        <w:br/>
        <w:t>велике&lt;br /&gt;</w:t>
        <w:br/>
        <w:t>північне&lt;br /&gt;</w:t>
        <w:br/>
        <w:t>місто.&lt;br /&gt;</w:t>
        <w:br/>
        <w:t>Обличчя в тумані чиє?&lt;br /&gt;</w:t>
        <w:br/>
        <w:t>І хто з ким на соняшнім герці?&lt;br /&gt;</w:t>
        <w:br/>
        <w:t>Я стримаю серце своє,&lt;br /&gt;</w:t>
        <w:br/>
        <w:t>українське&lt;br /&gt;</w:t>
        <w:br/>
        <w:t>розхристане&lt;br /&gt;</w:t>
        <w:br/>
        <w:t>серце.&lt;br /&gt;</w:t>
        <w:br/>
        <w:t>Я стану таким, як Еллан.&lt;br /&gt;</w:t>
        <w:br/>
        <w:t>Це лице його рідне і добре...&lt;br /&gt;</w:t>
        <w:br/>
        <w:t>Проведи ж ти мене крізь туман,&lt;br /&gt;</w:t>
        <w:br/>
        <w:t>перший&lt;br /&gt;</w:t>
        <w:br/>
        <w:t>хоробрий!3&lt;br /&gt;</w:t>
        <w:br/>
        <w:t>О, усмішки твоєї блакить&lt;br /&gt;</w:t>
        <w:br/>
        <w:t>і голос, що падає дзвінко!&lt;br /&gt;</w:t>
        <w:br/>
        <w:t>Ти казав, що не можна любить&lt;br /&gt;</w:t>
        <w:br/>
        <w:t>Революцію й жінку.&lt;br /&gt;</w:t>
        <w:br/>
        <w:t>Що не можна дивиться на бурі&lt;br /&gt;</w:t>
        <w:br/>
        <w:t>крізь усмішку кармінних губ...&lt;br /&gt;</w:t>
        <w:br/>
        <w:t>І здригалися брови хмурі&lt;br /&gt;</w:t>
        <w:br/>
        <w:t>й непокірний білявий чуб.&lt;br /&gt;</w:t>
        <w:br/>
        <w:t>Хай же слово, як молота льот,&lt;br /&gt;</w:t>
        <w:br/>
        <w:t>протинає стихії тумани.&lt;br /&gt;</w:t>
        <w:br/>
        <w:t>Я до тебе прийду крізь завод,&lt;br /&gt;</w:t>
        <w:br/>
        <w:t>лиш не кидай мене, Еллане!&lt;br /&gt;</w:t>
        <w:br/>
        <w:t>А вона стоїть і кличе:&lt;br /&gt;</w:t>
        <w:br/>
        <w:t>"Ти мій,&lt;br /&gt;</w:t>
        <w:br/>
        <w:t>ти навіки мій!"&lt;br /&gt;</w:t>
        <w:br/>
        <w:t>І на владне рум'яне обличчя&lt;br /&gt;</w:t>
        <w:br/>
        <w:t>впали тіні солодкі од вій.&lt;br /&gt;</w:t>
        <w:br/>
        <w:t>І хитаюся я... Два магніти:&lt;br /&gt;</w:t>
        <w:br/>
        <w:t>Революція і любов.&lt;br /&gt;</w:t>
        <w:br/>
        <w:t>Пам'ятаю... акації... літо,&lt;br /&gt;</w:t>
        <w:br/>
        <w:t>коли місто взяли ми знов,&lt;br /&gt;</w:t>
        <w:br/>
        <w:t>коли прапор червоний під крики&lt;br /&gt;</w:t>
        <w:br/>
        <w:t>з виконкому зірвав отаман,&lt;br /&gt;</w:t>
        <w:br/>
        <w:t>і було так туманно й дико&lt;br /&gt;</w:t>
        <w:br/>
        <w:t>дивитись на ями ран,&lt;br /&gt;</w:t>
        <w:br/>
        <w:t>на обличчя розстріляних долі,&lt;br /&gt;</w:t>
        <w:br/>
        <w:t>на тих, що вмирати вмів.&lt;br /&gt;</w:t>
        <w:br/>
        <w:t>І шуміли печально тополі&lt;br /&gt;</w:t>
        <w:br/>
        <w:t>над трупами впалих бійців.&lt;br /&gt;</w:t>
        <w:br/>
        <w:t>Хай прийшов я до сонця крізь ночі&lt;br /&gt;</w:t>
        <w:br/>
        <w:t>але біль той в мені ще не вмер.&lt;br /&gt;</w:t>
        <w:br/>
        <w:t>От для того я став робочим,&lt;br /&gt;</w:t>
        <w:br/>
        <w:t>щоб не схибить тепер.&lt;br /&gt;</w:t>
        <w:br/>
        <w:t>На чолі долоня холодна,&lt;br /&gt;</w:t>
        <w:br/>
        <w:t>а серце — шматок терпкий.&lt;br /&gt;</w:t>
        <w:br/>
        <w:t>Там, де заграв багряні полотна,&lt;br /&gt;</w:t>
        <w:br/>
        <w:t>так призивно&lt;br /&gt;</w:t>
        <w:br/>
        <w:t>кричать&lt;br /&gt;</w:t>
        <w:br/>
        <w:t>гудки.&lt;br /&gt;</w:t>
        <w:br/>
        <w:t>Я змалку слухав їх крики,&lt;br /&gt;</w:t>
        <w:br/>
        <w:t>був одірваний&lt;br /&gt;</w:t>
        <w:br/>
        <w:t>довго від них.&lt;br /&gt;</w:t>
        <w:br/>
        <w:t>Місто північне&lt;br /&gt;</w:t>
        <w:br/>
        <w:t>велике,&lt;br /&gt;</w:t>
        <w:br/>
        <w:t>я в обіймах твоїх.&lt;br /&gt;</w:t>
        <w:br/>
        <w:t>Я на тебе уже не сердитий,&lt;br /&gt;</w:t>
        <w:br/>
        <w:t>випав з рук непотрібний ніж.&lt;br /&gt;</w:t>
        <w:br/>
        <w:t>Хоч похмуро — міцним монолітом&lt;br /&gt;</w:t>
        <w:br/>
        <w:t>на козацьких кістках ти стоїш.&lt;br /&gt;</w:t>
        <w:br/>
        <w:t>Ось морями встають обличчя,&lt;br /&gt;</w:t>
        <w:br/>
        <w:t>чорнобриві,&lt;br /&gt;</w:t>
        <w:br/>
        <w:t>старі,&lt;br /&gt;</w:t>
        <w:br/>
        <w:t>молоді...&lt;br /&gt;</w:t>
        <w:br/>
        <w:t>І все швидше, і швидше, і швидше&lt;br /&gt;</w:t>
        <w:br/>
        <w:t>серце б'ється й клекоче в груді.&lt;br /&gt;</w:t>
        <w:br/>
        <w:t>Серце,&lt;br /&gt;</w:t>
        <w:br/>
        <w:t>козацьке серце...&lt;br /&gt;</w:t>
        <w:br/>
        <w:t>Не хили свого обличчя,&lt;br /&gt;</w:t>
        <w:br/>
        <w:t>не личить&lt;br /&gt;</w:t>
        <w:br/>
        <w:t>тобі тепер це.&lt;br /&gt;</w:t>
        <w:br/>
        <w:t>Я зроблю тебе робітничим,&lt;br /&gt;</w:t>
        <w:br/>
        <w:t>моє змучене серце!&lt;br /&gt;</w:t>
        <w:br/>
        <w:t>Слухай...&lt;br /&gt;</w:t>
        <w:br/>
        <w:t>Он Він йде&lt;br /&gt;</w:t>
        <w:br/>
        <w:t>і бере Петра за в'язи...&lt;br /&gt;</w:t>
        <w:br/>
        <w:t>Його руки — грозові маси,&lt;br /&gt;</w:t>
        <w:br/>
        <w:t>очі — повстання день&lt;br /&gt;</w:t>
        <w:br/>
        <w:t>в океані облич...&lt;br /&gt;</w:t>
        <w:br/>
        <w:t>Ти не чуло?&lt;br /&gt;</w:t>
        <w:br/>
        <w:t>Я чув,&lt;br /&gt;</w:t>
        <w:br/>
        <w:t>як майдан загримів, загув,&lt;br /&gt;</w:t>
        <w:br/>
        <w:t>як Петра&lt;br /&gt;</w:t>
        <w:br/>
        <w:t>поборов&lt;br /&gt;</w:t>
        <w:br/>
        <w:t>Ільїч!&lt;br /&gt;</w:t>
        <w:br/>
        <w:t>Пролетів романтики час,&lt;br /&gt;</w:t>
        <w:br/>
        <w:t>що крізь неї ми йшли до загину&lt;br /&gt;</w:t>
        <w:br/>
        <w:t>за мітичну якусь Україну,&lt;br /&gt;</w:t>
        <w:br/>
        <w:t>що дурили&lt;br /&gt;</w:t>
        <w:br/>
        <w:t>нею&lt;br /&gt;</w:t>
        <w:br/>
        <w:t>нас.&lt;br /&gt;</w:t>
        <w:br/>
        <w:t>Протинай же, думко, туман&lt;br /&gt;</w:t>
        <w:br/>
        <w:t>електроном у морі стихії.&lt;br /&gt;</w:t>
        <w:br/>
        <w:t>України старої нема,&lt;br /&gt;</w:t>
        <w:br/>
        <w:t>як немає старої Росії.&lt;br /&gt;</w:t>
        <w:br/>
        <w:t>Із південного, із туману,&lt;br /&gt;</w:t>
        <w:br/>
        <w:t>у польоті в невидані дні&lt;br /&gt;</w:t>
        <w:br/>
        <w:t>мерехтить Україна багряна&lt;br /&gt;</w:t>
        <w:br/>
        <w:t>золотими крилами мені.&lt;br /&gt;</w:t>
        <w:br/>
        <w:t>Наді мною вся в димі блакить,&lt;br /&gt;</w:t>
        <w:br/>
        <w:t>і сніг,&lt;br /&gt;</w:t>
        <w:br/>
        <w:t>як сльози, чистий&lt;br /&gt;</w:t>
        <w:br/>
        <w:t>лягає&lt;br /&gt;</w:t>
        <w:br/>
        <w:t>покірно до ніг.&lt;br /&gt;</w:t>
        <w:br/>
        <w:t>А місто шумить і шумить...&lt;br /&gt;</w:t>
        <w:br/>
        <w:t>Велике&lt;br /&gt;</w:t>
        <w:br/>
        <w:t>північне&lt;br /&gt;</w:t>
        <w:br/>
        <w:t>місто.&lt;br /&gt;</w:t>
        <w:br/>
        <w:t>Ленінград,&lt;br /&gt;</w:t>
        <w:br/>
        <w:t>лютий, 12,1930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