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Сезон риболовлі</w:t>
      </w:r>
    </w:p>
    <w:p>
      <w:r>
        <w:br/>
        <w:t xml:space="preserve"> &lt;p&gt;Вони жили в цьому районі лише тиждень — то були для них перші запросини в гості. Прийшовши точно о восьмій тридцять, вони упевнились, що Кармайкли вже готові прийняти їх: над ганком світив ліхтар, вхідні двері трохи прочинені, вітальня залита яскравим світлом.</w:t>
      </w:r>
    </w:p>
    <w:p>
      <w:r>
        <w:br/>
        <w:t>— Я гарно виглядаю? — спитала Філліс перед дверима. — Шви рівні, зачіска не розтріпалася?</w:t>
      </w:r>
    </w:p>
    <w:p>
      <w:r>
        <w:br/>
        <w:t>— Та ти просто як картинка,— запевнив її чоловік. — Дивись тільки не зіпсуй враження — набирай очки й далі.</w:t>
      </w:r>
    </w:p>
    <w:p>
      <w:r>
        <w:br/>
        <w:t>Вона зробила йому гримаску й натиснула кнопку дзвоника біля дверей. З будинку долинув лагідний передзвін.</w:t>
      </w:r>
    </w:p>
    <w:p>
      <w:r>
        <w:br/>
        <w:t>Моллен поправив краватку й став чекати. Потім трошечки витяг кутик хусточки з нагрудної кишені.</w:t>
      </w:r>
    </w:p>
    <w:p>
      <w:r>
        <w:br/>
        <w:t>— Мабуть, вони у погрібці — готують джин,— сказав він дружині. — Подзвонити знову?</w:t>
      </w:r>
    </w:p>
    <w:p>
      <w:r>
        <w:br/>
        <w:t>— Ні... зачекаємо хвилинку. — Вони почекали, тоді все-таки подзвонили. Знову пролунав передзвін.</w:t>
      </w:r>
    </w:p>
    <w:p>
      <w:r>
        <w:br/>
        <w:t>— Дуже дивно,— промовила Філліс через кілька хвилин. — Призначено ж на сьогодні, хіба не так? — Чоловік кивнув головою. Кармайкли навіть вікна залишили розчиненими — весняний вечір був дуже теплий. Крізь жалюзі було видно стіл, приготовлений для гри у бридж, стільці навколо нього, таці з солодощами — все у повній готовності. Але зустрічати гостей ніхто не виходив.</w:t>
      </w:r>
    </w:p>
    <w:p>
      <w:r>
        <w:br/>
        <w:t>— Може, вони кудись відлучилися? — спитала Філліс Моллен. Її чоловік швиденько збігав через газон до гаража.</w:t>
      </w:r>
    </w:p>
    <w:p>
      <w:r>
        <w:br/>
        <w:t>— Машина їхня на місці. — Він повернувся на ганок і ширше прочинив двері.</w:t>
      </w:r>
    </w:p>
    <w:p>
      <w:r>
        <w:br/>
        <w:t>— Джіммі... не заходь.</w:t>
      </w:r>
    </w:p>
    <w:p>
      <w:r>
        <w:br/>
        <w:t>— Я не заходжу. — Він просунув голову у двері. — Гей! Є хто в домі?</w:t>
      </w:r>
    </w:p>
    <w:p>
      <w:r>
        <w:br/>
        <w:t>Тиша в усьому будинку.</w:t>
      </w:r>
    </w:p>
    <w:p>
      <w:r>
        <w:br/>
        <w:t>— Гей! — крикнув він гучніше й уважно прислухався. Йому було добре чути веселі голоси з сусіднього будинку — там жваво розмовляли, сміялися. По вулиці проїхав автомобіль. А він усе дослухався. Десь у будинку скрипнула мостина, і знову — тиша.</w:t>
      </w:r>
    </w:p>
    <w:p>
      <w:r>
        <w:br/>
        <w:t>— Вони не могли піти з дому й залишити все ось так, як воно є,— сказав він дружині. — Напевно, щось трапилось. — І зайшов усередину. Філліс рушила за ним, але нерішуче зупинилась у вітальні, коли він попрямував до кухні. Вона чула, як він розчинив двері у погріб і покликав: "Гей, хто-небудь!" — тоді зачинив назад. Вернувся до вітальні й похмуро почвалав сходами на другий поверх.</w:t>
      </w:r>
    </w:p>
    <w:p>
      <w:r>
        <w:br/>
        <w:t>За хвилину Моллен з'явився знов геть спантеличений.</w:t>
      </w:r>
    </w:p>
    <w:p>
      <w:r>
        <w:br/>
        <w:t>— Там теж нікого нема,— пробурмотів він.</w:t>
      </w:r>
    </w:p>
    <w:p>
      <w:r>
        <w:br/>
        <w:t>— Ходімо звідси,— сказала Філліс, ураз відчувши себе вкрай незатишно в цьому святковому освітленому порожньому будинку. Вони трохи посперечалися, чи залишити записку, вирішили — не треба — й поспішили на вулицю.</w:t>
      </w:r>
    </w:p>
    <w:p>
      <w:r>
        <w:br/>
        <w:t>— А може, слід було закрити вхідні двері? — спитав раптом Джім, коли вони вже трохи відійшли.</w:t>
      </w:r>
    </w:p>
    <w:p>
      <w:r>
        <w:br/>
        <w:t>— Чим це допоможе? Вікна ж усе одно відчинені.</w:t>
      </w:r>
    </w:p>
    <w:p>
      <w:r>
        <w:br/>
        <w:t>— А все-таки... — він вернувся й причинив двері. Вони повільно брели додому, раз у раз оглядаючись на порожній будинок. Моллен ще й досі трохи сподівався, що Кармайкли вибіжать слідом і гукатимуть: "Ми пожартували!"</w:t>
      </w:r>
    </w:p>
    <w:p>
      <w:r>
        <w:br/>
        <w:t>Та в будинку ніщо навіть не ворухнулось.</w:t>
      </w:r>
    </w:p>
    <w:p>
      <w:r>
        <w:br/>
        <w:t>Їхній будинок стояв у сусідньому кварталі — двоповерхове цегляне бунгало, таке саме, як дві сотні інших у цьому районі. Містер Картер був удома. Він сидів біля ломберного столу й виготовляв собі штучні мушки — працював повільно й ретельно: у спритних, дбайливих пальцях так і миготіли кольорові нитки. Він настільки заглибився у роботу, що навіть не почув, як увійшли Моллени.</w:t>
      </w:r>
    </w:p>
    <w:p>
      <w:r>
        <w:br/>
        <w:t>— Тату, ми вже вдома,— повідомив Філліс.</w:t>
      </w:r>
    </w:p>
    <w:p>
      <w:r>
        <w:br/>
        <w:t>— Угу,— пробурмотів містер Картер. — Поглянь, яка краса. — Він показав готову мушку. То була точна копія шершня. Гачок дуже майстерно сховано під плетивом жовтих та чорних ниток.</w:t>
      </w:r>
    </w:p>
    <w:p>
      <w:r>
        <w:br/>
        <w:t>— По-моєму, Кармайкли зникли з дому,— сказав Моллен, чіпляючи куртку на вішалку.</w:t>
      </w:r>
    </w:p>
    <w:p>
      <w:r>
        <w:br/>
        <w:t>— Я вранці піду на Стару затоку,— мовив містер Картер. — Щось мені підказує, що там я знайду ту невловиму форель.</w:t>
      </w:r>
    </w:p>
    <w:p>
      <w:r>
        <w:br/>
        <w:t>Моллен гмукнув собі під ніс. Із батьком любої Філліс розмовляти важко. Останнім часом він, окрім риболовлі, не говорить ні про що. Справивши сімдесятиліття, старий остаточно відійшов від свого процвітаючого бізнесу і всією душею віддався улюбленому дозвіллю.</w:t>
      </w:r>
    </w:p>
    <w:p>
      <w:r>
        <w:br/>
        <w:t>Хоч і давно вже розміняв восьмий десяток, виглядав містер Картер чудово. Це просто дивовижно, думав Моллен. Рожева шкіра, ясні безтурботні очі, гладко зачесане назад сніжно-сиве волосся. Взагалі, при повній тямі — але лиш коли з ним говорять про риболовлю.</w:t>
      </w:r>
    </w:p>
    <w:p>
      <w:r>
        <w:br/>
        <w:t>— Давайте трохи підвечеряємо,— сказала Філліс. Вона знехотя стягнула з голови червоний капелюшок, пригладила вуалетку й поклала капелюшок на тумбочку. Містер Картер ще раз обкрутив ниткою свого шершня, прискіпливо обдивився його, поклав на стіл і пішов слідом за дочкою на кухню.</w:t>
      </w:r>
    </w:p>
    <w:p>
      <w:r>
        <w:br/>
        <w:t>Поки Філліс готувала каву, Моллен розповів старому про дивну пригоду. Відповідь містера Картера була цілком характерна.</w:t>
      </w:r>
    </w:p>
    <w:p>
      <w:r>
        <w:br/>
        <w:t>— Порибалиш трохи вранці, і як рукою зніме, заспокоїшся. Рибалка, Джіме, це більше, ніж забава. Рибалка — то спосіб життя, і водночас це філософія. Я залюбки відшукую тиху заводь, сідаю на березі й уявляю собі, що коли десь на світі є риба, то чому б їй не бути саме тут?</w:t>
      </w:r>
    </w:p>
    <w:p>
      <w:r>
        <w:br/>
        <w:t>Філліс усміхнулась, побачивши, як засовався Джім на своєму стільці. Коли татусь заводиться, зупинити його вже неможливо. А завестися він може у будь-яку хвилину.</w:t>
      </w:r>
    </w:p>
    <w:p>
      <w:r>
        <w:br/>
        <w:t>— От візьмемо, наприклад, молодого адміністратора,— вів далі містер Картер. — Такого, як ти, Джіме,— що впевнено крокує коридорами влади. Типове явище, га? Але в кінці всіх коридорів його чекає — струмок із фореллю! Або візьмемо політика, Ти ж їх чимало зустрічаєш в Олбані. З портфелем у руці, заклопотаний...</w:t>
      </w:r>
    </w:p>
    <w:p>
      <w:r>
        <w:br/>
        <w:t>— Дуже дивно,— промовила Філліс, перебиваючи батька на півслові. В руках вона тримала нерозпечатану пляшку молока.</w:t>
      </w:r>
    </w:p>
    <w:p>
      <w:r>
        <w:br/>
        <w:t>— Гляньте, — пляшку випустила Стеннертонська молочарня.</w:t>
      </w:r>
    </w:p>
    <w:p>
      <w:r>
        <w:br/>
        <w:t>На зеленій етикетці був напис: "Стенеронька мочаня".</w:t>
      </w:r>
    </w:p>
    <w:p>
      <w:r>
        <w:br/>
        <w:t>— І сюди гляньте,— тицьнула вона пальцем. Нижче було надруковано: "осволено нью-йоРкський правлінням Охрони здоров'яя". Все це скидалось на дуже незграбну підробку офіційної етикетки.</w:t>
      </w:r>
    </w:p>
    <w:p>
      <w:r>
        <w:br/>
        <w:t>— Звідки вона в тебе? — спитав Моллен.</w:t>
      </w:r>
    </w:p>
    <w:p>
      <w:r>
        <w:br/>
        <w:t>— Ну, напевно, з лавки містера Ілджера. Може, це якісь вихиляси реклами?</w:t>
      </w:r>
    </w:p>
    <w:p>
      <w:r>
        <w:br/>
        <w:t>— Я зневажаю тих, хто ловить рибу на мотиля,— поважно промовляв містер Картер. — Муха! Муха — то мистецький витвір. А люди, що рибалять з мотилем, здатні обкрадати сиріт і спалювати церкви.</w:t>
      </w:r>
    </w:p>
    <w:p>
      <w:r>
        <w:br/>
        <w:t>— Не смій це пити,— сказав Моллен. — Давай продивимось усі харчі, що ти купила.</w:t>
      </w:r>
    </w:p>
    <w:p>
      <w:r>
        <w:br/>
        <w:t>Підробка виявилася ще у трьох продуктах. Коробка цукерок, начебто виготовлена Мелоу-Байтом, замість звичної малинової наліпки мала оранжеву. Була також банка "Американського сИИру", майже на третину більша за нормальну банку для цього сорту. А ще — пляшка "ЗЕЛьтерської вди".</w:t>
      </w:r>
    </w:p>
    <w:p>
      <w:r>
        <w:br/>
        <w:t>— Це вже зовсім казна-що,— потираючи підборіддя, зауважив Моллен.</w:t>
      </w:r>
    </w:p>
    <w:p>
      <w:r>
        <w:br/>
        <w:t>— Риб'ячу молодь я завжди кидаю назад у воду,— говорив далі містер Картер. — Запихати їх у торбу — то неспортивно; і це є один із законів справжнього рибальства. Нехай собі ростуть, нехай розвиваються й дозрівають, хай набираються досвіду. Я хочу мати справу зі зрілими, хитрющими особинами, такими, що вмить ховаються під корчами або тікають геть, тільки-но на березі з'явиться рибалка. Тобто з такими, хто здатний вступити зі мною у двобій!</w:t>
      </w:r>
    </w:p>
    <w:p>
      <w:r>
        <w:br/>
        <w:t>— Віднесу завтра цю погань назад до Ілджера,— вирішив Моллен і став укладати продукти у паперову торбинку. — Якщо помітите іще щось подібне, не їжте й не викидайте.</w:t>
      </w:r>
    </w:p>
    <w:p>
      <w:r>
        <w:br/>
        <w:t>— Стара затока — оце таки місце! — проголосив містер Картер. — Ось де вони ховаються.</w:t>
      </w:r>
    </w:p>
    <w:p>
      <w:r>
        <w:br/>
        <w:t>Настав суботній ранок, осяйний і прекрасний. Містер Картер устав раніше за всіх, поснідав і вирядився до Старої затоки. Він ступав легкою хлоп'ячою ходою. На голові — хвацько заломлений поношений капелюх, прикрашений штучними мушками. Незабаром і Моллен, допивши каву, вийшов із дому й попрямував до будинку Кармайклів.</w:t>
      </w:r>
    </w:p>
    <w:p>
      <w:r>
        <w:br/>
        <w:t>Автомашина, як і раніше, стояла в гаражі. Вікна досі розчинені, на ломберному столику лежали наготовлені карти, всюди горіла електрика — все нітрохи не змінилося з учорашнього вечора. Це нагадувало Молленові читане колись оповідання про корабель, що плив під усіма вітрилами, і на борту в нього був повнісінький порядок — але жодної живої душі!</w:t>
      </w:r>
    </w:p>
    <w:p>
      <w:r>
        <w:br/>
        <w:t>— Я думаю — може, треба когось повідомити? — запитала Філліс, коли він повернувся додому. — Тепер я вже певна — з ними щось сталося.</w:t>
      </w:r>
    </w:p>
    <w:p>
      <w:r>
        <w:br/>
        <w:t>— Правильно. Але кого повідомляти? — Вони досі ще почувалися чужинцями в цьому районі. Тільки-но почали вітатися на вулиці з трьома чи чотирма родинами й не мали уявлення, хто з них знається з Кармайклами.</w:t>
      </w:r>
    </w:p>
    <w:p>
      <w:r>
        <w:br/>
        <w:t>Проблему розв'язав несподіваний телефонний дзвінок.</w:t>
      </w:r>
    </w:p>
    <w:p>
      <w:r>
        <w:br/>
        <w:t>— Якщо це хтось із сусідів,— гукнув Джім, коли Філліс піднімала трубку,— спитай у них!</w:t>
      </w:r>
    </w:p>
    <w:p>
      <w:r>
        <w:br/>
        <w:t>— Алло?</w:t>
      </w:r>
    </w:p>
    <w:p>
      <w:r>
        <w:br/>
        <w:t>— Здрастуйте. Я не певна, чи ви мене знаєте. Це Меріен Карпентер, я живу на початку кварталу. Шукаю свого чоловіка — він часом до вас не залетів? — Хоча голос по телефону звучав якось металічно, але в ньому виразно відчувалися нотки тривоги й перестраху.</w:t>
      </w:r>
    </w:p>
    <w:p>
      <w:r>
        <w:br/>
        <w:t>— Ні, а в чому справа? Зранку в нас гостей не було.</w:t>
      </w:r>
    </w:p>
    <w:p>
      <w:r>
        <w:br/>
        <w:t>— Зрозуміло... — жіночий голос ніби завагався.</w:t>
      </w:r>
    </w:p>
    <w:p>
      <w:r>
        <w:br/>
        <w:t>— Може, ми вам чимось би допомогли? — спитала Філліс.</w:t>
      </w:r>
    </w:p>
    <w:p>
      <w:r>
        <w:br/>
        <w:t>— Я нічого не розумію,— сказала місіс Карпентер. — Ми з Джорджем — чоловіком моїм — вранці разом поснідали. Потім він пішов на другий поверх по куртку. І більше я його не бачила.</w:t>
      </w:r>
    </w:p>
    <w:p>
      <w:r>
        <w:br/>
        <w:t>— Ой...</w:t>
      </w:r>
    </w:p>
    <w:p>
      <w:r>
        <w:br/>
        <w:t>— Він, напевне ж, не спускався сходами. Я зійшла нагору подивитись, що там його затримало — ми збирались їхати за місто, а його нема! Я попошукала його по всьому домі. Гадала, може, то він так недоречно жартує, хоча Джордж узагалі до жартів не схильний,— тож зазирнула під усі ліжка, в усі комірчини. Тоді сходила до підвалу, попиталася в сусідів — тільки ніхто його не бачив. Я подумала: а може, він завітав до вас? Вінбо говорив, що збирається зайти...</w:t>
      </w:r>
    </w:p>
    <w:p>
      <w:r>
        <w:br/>
        <w:t>Філліс розповіла їй про те, що зникли й Кармайкли.</w:t>
      </w:r>
    </w:p>
    <w:p>
      <w:r>
        <w:br/>
        <w:t>— Джіме,— сказала Філліс, коли жінки обмінялися ще кількома схвильованими репліками й поклали трубки. — Мені це не подобається. Мабуть, тобі слід повідомити про Кармайклів у поліцію.</w:t>
      </w:r>
    </w:p>
    <w:p>
      <w:r>
        <w:br/>
        <w:t>— А який у нас буде вигляд, коли виявиться, що вони щасливо повернулися з Олбані, де відвідували друзів?</w:t>
      </w:r>
    </w:p>
    <w:p>
      <w:r>
        <w:br/>
        <w:t>— Все одно. Значить, доведеться ризикнути.</w:t>
      </w:r>
    </w:p>
    <w:p>
      <w:r>
        <w:br/>
        <w:t>Джім знайшов номер телефону й накрутив його на диску. Але почув сигнал "зайнято".</w:t>
      </w:r>
    </w:p>
    <w:p>
      <w:r>
        <w:br/>
        <w:t>— Краще я сходжу туди сам.</w:t>
      </w:r>
    </w:p>
    <w:p>
      <w:r>
        <w:br/>
        <w:t>— Добре. І захопи ці підробки. — Вона подала йому паперову торбу.</w:t>
      </w:r>
    </w:p>
    <w:p>
      <w:r>
        <w:br/>
        <w:t>Капітанові поліції Леснеру, рум'янощокому і вельми терплячому, протягом ночі й нинішнього ранку довелося вислухати цілий потік скарг. Збилися з ніг патрульні наряди, страшенно стомилися сержанти, а найбільше стомився він сам. А однак провів містера Моллена до свого кабінету й уважно його вислухав.</w:t>
      </w:r>
    </w:p>
    <w:p>
      <w:r>
        <w:br/>
        <w:t>— Я прошу записати на папері все, що ви мені розповіли,— сказав Леснер, коли Моллен скінчив. — Вчора ввечері нам подзвонив про Кармайклів їхній сусід. Ми намагалися встановити їхнє місцезнаходження. Якщо рахувати ще й чоловіка місіс Карпентер, то це вже буде десять за два дні.</w:t>
      </w:r>
    </w:p>
    <w:p>
      <w:r>
        <w:br/>
        <w:t>— Десять — чого?</w:t>
      </w:r>
    </w:p>
    <w:p>
      <w:r>
        <w:br/>
        <w:t>— Десять зникнень.</w:t>
      </w:r>
    </w:p>
    <w:p>
      <w:r>
        <w:br/>
        <w:t>— Святий Боже... — ледве видихнув Моллен і переклав з руки в руку паперову торбу. — І всі з нашого міста?</w:t>
      </w:r>
    </w:p>
    <w:p>
      <w:r>
        <w:br/>
        <w:t>— Всі до одного,— суворо ствердив капітан Леснер,— і тільки з житлового району Вейнсвілл в нашому місті. Точніше, з чотирьох прямокутних кварталів цього району. — Він навів назви вулиць.</w:t>
      </w:r>
    </w:p>
    <w:p>
      <w:r>
        <w:br/>
        <w:t>— Я мешкаю саме там,— сказав Моллен.</w:t>
      </w:r>
    </w:p>
    <w:p>
      <w:r>
        <w:br/>
        <w:t>— І я теж.</w:t>
      </w:r>
    </w:p>
    <w:p>
      <w:r>
        <w:br/>
        <w:t>— У вас є якісь підозри, хто б то міг бути... викрадачем? — запитав Моллен.</w:t>
      </w:r>
    </w:p>
    <w:p>
      <w:r>
        <w:br/>
        <w:t>— Ми не думаємо, що це викрадач-шантажист,— запалюючи вже двадцяту за сьогодні сигарету, сказав Леснер. — Ніхто не зажадав викупу. Не простежується якийсь відбір... Багато хто із зниклих осіб не міг би становити для викрадача якогось грошового інтересу. А гуртова торгівля заложниками — то вже зовсім безнадійний замір!</w:t>
      </w:r>
    </w:p>
    <w:p>
      <w:r>
        <w:br/>
        <w:t>— Тоді, виходить, маніяк?</w:t>
      </w:r>
    </w:p>
    <w:p>
      <w:r>
        <w:br/>
        <w:t>— Напевне. Але як йому вдається захопити цілі родини? Або дорослих дужих чоловіків — таких-от, як ви? І де він їх переховує — їх чи їхні трупи? — Леснер із люттю зім'яв сигарету. — Мої люди обшарили метр за метром усе місто. Обстежили всі ями й насипи у радіусі 20 миль. Федеральна поліція зупиняє всі автомобілі. І досі не знайшли нічого.</w:t>
      </w:r>
    </w:p>
    <w:p>
      <w:r>
        <w:br/>
        <w:t>— Ой, тут іще одна халепа,— пригадав Моллен і показав капітанові підроблені продукти.</w:t>
      </w:r>
    </w:p>
    <w:p>
      <w:r>
        <w:br/>
        <w:t>— Тут я теж не маю чого сказати,— похмуро признався Леснер. — На цю капость просто не вистачило часу. Надто багато інших скарг...</w:t>
      </w:r>
    </w:p>
    <w:p>
      <w:r>
        <w:br/>
        <w:t>Задзвонив телефон, та Леснер не піднімав трубку.</w:t>
      </w:r>
    </w:p>
    <w:p>
      <w:r>
        <w:br/>
        <w:t>— Втім, це не схоже на витівки чорного ринку. Я надіслав дещо з цих "товарів" на експертизу до Олбані. Намагаюся знайти джерело, з якого вони походять. Не виключено, що з-за кордону. А власне, то ФБР мало б... Чорти б узяли цей телефон!</w:t>
      </w:r>
    </w:p>
    <w:p>
      <w:r>
        <w:br/>
        <w:t>Він смикнув до себе трубку.</w:t>
      </w:r>
    </w:p>
    <w:p>
      <w:r>
        <w:br/>
        <w:t>— Леснер слухає. Так... так. Ти певна цього? Звичайно ж, Мері. Я якраз скоро звільняюсь. — І поклав трубку. Його рум'яне обличчя раптом пополотніло.</w:t>
      </w:r>
    </w:p>
    <w:p>
      <w:r>
        <w:br/>
        <w:t>— Дзвонила сестра моєї дружини,— сказав він. — А дружина зникла!</w:t>
      </w:r>
    </w:p>
    <w:p>
      <w:r>
        <w:br/>
        <w:t>Моллен мчав додому стрімголов. Загальмував так різко, що мало не розбив собі лоба об вітрове скло, і мов вихор увірвався до хати.</w:t>
      </w:r>
    </w:p>
    <w:p>
      <w:r>
        <w:br/>
        <w:t>— Філліс! — зойкнув він. Де ж вона? О Господи! Якщо вона пропала...</w:t>
      </w:r>
    </w:p>
    <w:p>
      <w:r>
        <w:br/>
        <w:t>— В чім річ? — спитала Філліс, виглядаючи з кухні.</w:t>
      </w:r>
    </w:p>
    <w:p>
      <w:r>
        <w:br/>
        <w:t>— Я думав... — Він схопив її в обійми і стиснув так, що вона скрикнула від болю.</w:t>
      </w:r>
    </w:p>
    <w:p>
      <w:r>
        <w:br/>
        <w:t>— Справді,— засміявся він. — Ми з тобою наче молодята. А одружені вже більш як півтора року...</w:t>
      </w:r>
    </w:p>
    <w:p>
      <w:r>
        <w:br/>
        <w:t>Він розповів їй все, про що довідався у поліції.</w:t>
      </w:r>
    </w:p>
    <w:p>
      <w:r>
        <w:br/>
        <w:t>Філліс обвела поглядом вітальню. Як тут було радісно та затишно ще тиждень тому! А тепер її лякає навіть тінь під канапою; вона здригається, побачивши відчинені двері до комірчини. Схоже, що спокою їй тут більше не буде.</w:t>
      </w:r>
    </w:p>
    <w:p>
      <w:r>
        <w:br/>
        <w:t>Постукали у вхідні двері.</w:t>
      </w:r>
    </w:p>
    <w:p>
      <w:r>
        <w:br/>
        <w:t>— Не ходи,— звеліла Філліс.</w:t>
      </w:r>
    </w:p>
    <w:p>
      <w:r>
        <w:br/>
        <w:t>— Хто там? — гукнув Моллен.</w:t>
      </w:r>
    </w:p>
    <w:p>
      <w:r>
        <w:br/>
        <w:t>— Джо Даттон, сусіда ваш. Ви, мабуть, чули наші новини?</w:t>
      </w:r>
    </w:p>
    <w:p>
      <w:r>
        <w:br/>
        <w:t>— Так,— відповів Моллен, стоячи перед зачиненими дверима.</w:t>
      </w:r>
    </w:p>
    <w:p>
      <w:r>
        <w:br/>
        <w:t>— Ми барикадуємо вулиці,— сказав Даттон. — Будемо стежити за всіма, хто прибуває сюди й звідси відбуває. Цьому слід покласти край, якщо поліція неспроможна. Пристаєте до нас?</w:t>
      </w:r>
    </w:p>
    <w:p>
      <w:r>
        <w:br/>
        <w:t>— Та певно ж! — сказав Моллен і відчинив двері. За порогом стояв низенький смаглявий чоловік у старій солдатській куртці. В руці він стискав дерев'яну палицю із метр завдовжки.</w:t>
      </w:r>
    </w:p>
    <w:p>
      <w:r>
        <w:br/>
        <w:t>— Ми хочемо цілком заблокувати всі наші квартали,— мовив Даттон. — Якщо знову хтось зникне, то вже тільки як провалиться крізь землю.</w:t>
      </w:r>
    </w:p>
    <w:p>
      <w:r>
        <w:br/>
        <w:t>Моллен поцілував дружину й пішов за Даттоном.</w:t>
      </w:r>
    </w:p>
    <w:p>
      <w:r>
        <w:br/>
        <w:t>Під кінець дня у школі відбулися великі збори. Зійшлося практично все населення розтривожених кварталів. Приміщення школи не могло вмістити всіх. Перше, що дізналися люди на зборах, було те, що, незважаючи на щільне блокування, в районі Вейнсвілл зникло ще троє чоловік.</w:t>
      </w:r>
    </w:p>
    <w:p>
      <w:r>
        <w:br/>
        <w:t>Виступив капітан Леснер і повідомив збори, що він зажадав телефоном допомоги в Олбані. Сюди вже їде поліцейський спецпідрозділ, підключилося також і ФБР. Леснер відверто заявив — він не знає, хто чи що тут діє і з яких причин. Нема ніяких пояснень фактові, що люди зникають лише в одній частині району Вейнсвілл.</w:t>
      </w:r>
    </w:p>
    <w:p>
      <w:r>
        <w:br/>
        <w:t>Капітан одержав також повідомлення з Олбані стосовно тих підроблених продуктів, які, схоже, поширились по всьому Вейнсвіллі. Хімічним аналізом не виявлено жодних слідів будь-яких отруйних речовин. Цим, здається, спростовується попередня гіпотеза, ніби ця їжа використовувалася для того, щоб задурманити людину, примусити її покинути власну домівку і вийти назустріч викрадачеві. Хай там як, але він застерігає всіх від уживання таких продуктів, бо наперед нічого не можна гарантувати.</w:t>
      </w:r>
    </w:p>
    <w:p>
      <w:r>
        <w:br/>
        <w:t>Фірми, спотворені назви яких фігурують на етикетках, заперечили будь-яку причетність до цієї справи. Вони готові виступити з судовим позовом проти будь-яких зазіхань на їхні авторські права.</w:t>
      </w:r>
    </w:p>
    <w:p>
      <w:r>
        <w:br/>
        <w:t>Мер у своєму виступі, сповненому прекраснодушних банальностей, закликав населення району не занепадати духом; міські власті тримають ситуацію під жорстким контролем.</w:t>
      </w:r>
    </w:p>
    <w:p>
      <w:r>
        <w:br/>
        <w:t>Мер, звичайно, мешкав не в районі Вейнсвілл.</w:t>
      </w:r>
    </w:p>
    <w:p>
      <w:r>
        <w:br/>
        <w:t>Після зборів чоловіки повернулись до барикад і почали вже було збирати дрова для великого вогнища на ніч, та виявилось, що це непотрібно, бо з Олбані прибула допомога — ціла колона людей і різного спорядження. Всі чотири квартали оточила озброєна варта. Повсюди встановили пересувні прожектори. На всій території було оголошено восьмигодинний комендантський час.</w:t>
      </w:r>
    </w:p>
    <w:p>
      <w:r>
        <w:br/>
        <w:t>Містер Картер не бачив усього того шарварку. Він цілий день рибалив. Повернувся, коли вже заходило сонце. Охорона його не затримала, і він спокійно дійшов додому.</w:t>
      </w:r>
    </w:p>
    <w:p>
      <w:r>
        <w:br/>
        <w:t>— Сьогодні ловилося достоту чудово,— проголосив він.</w:t>
      </w:r>
    </w:p>
    <w:p>
      <w:r>
        <w:br/>
        <w:t>Моллени провели кошмарну ніч. Вони навіть не роздягались. Із сторожкої дрімоти їх раз у раз виривали спалахи прожекторів за вікном та важка хода охоронців.</w:t>
      </w:r>
    </w:p>
    <w:p>
      <w:r>
        <w:br/>
        <w:t>О восьмій годині ранку в неділю зникло ще двоє чоловік. Пропали з густонаселеного кварталу, що охоронявся суворіше, ніж концентраційний табір!</w:t>
      </w:r>
    </w:p>
    <w:p>
      <w:r>
        <w:br/>
        <w:t>Близько десятої містер Картер, не звернувши ніякої уваги на заборону з боку Молленів, закинув на плече риболовецькі снасті й вирушив у путь. Від тридцятого квітня він не пропустив ще жодного дня і не збирався пропустити жодного й далі — аж до кінця сезону риболовлі.</w:t>
      </w:r>
    </w:p>
    <w:p>
      <w:r>
        <w:br/>
        <w:t>Опівдні в неділю пропала ще одна людина, збільшивши загальний рахунок до шістнадцяти.</w:t>
      </w:r>
    </w:p>
    <w:p>
      <w:r>
        <w:br/>
        <w:t>О першій годині дня знайшлися всі зниклі діти!</w:t>
      </w:r>
    </w:p>
    <w:p>
      <w:r>
        <w:br/>
        <w:t>Поліцейська машина натрапила на них на шосе неподалік від околиці міста. їх було вісім, серед них — хлопчик Кармайклів. Вони були у паморочному стані, але дибали в напрямку своєї домівки. їх негайно відправили до лікарні.</w:t>
      </w:r>
    </w:p>
    <w:p>
      <w:r>
        <w:br/>
        <w:t>А про зниклих дорослих не було жодного сліду.</w:t>
      </w:r>
    </w:p>
    <w:p>
      <w:r>
        <w:br/>
        <w:t>З уст в уста новини поширюються куди швидше, ніж їх змогли б рознести преса та радіо. Діти були цілком здорові, не мали ніяких ушкоджень. Під час психіатричного обстеження було виявлено, що діти не пам'ятають, де вони перебували і яким чином туди потрапили. Єдиний факт, який установили психіатри,— це те, що у дітей було таке відчуття, наче вони літали, і це відчуття супроводжувалося болями в животі. Задля безпеки дітей залишили в лікарні й приставили до них охорону.</w:t>
      </w:r>
    </w:p>
    <w:p>
      <w:r>
        <w:br/>
        <w:t>Але між полуднем і вечором у Вейнсвіллі зникла ще одна дитина.</w:t>
      </w:r>
    </w:p>
    <w:p>
      <w:r>
        <w:br/>
        <w:t>Перед самим заходом сонця містер Картер повернувся додому. В його заплічному мішку було дві великі райдужні форелі. Він весело привітався з Молленами й пішов до гаража чистити рибу.</w:t>
      </w:r>
    </w:p>
    <w:p>
      <w:r>
        <w:br/>
        <w:t>Джім Моллен похмуро поплентав у двір слідом за ним. Він хотів запитати старого про щось почуте від нього день чи два тому. Не міг точно пригадати, що саме, але здається, щось важливе.</w:t>
      </w:r>
    </w:p>
    <w:p>
      <w:r>
        <w:br/>
        <w:t>Через паркан його окликнув найближчий сусіда, прізвища якого він не пам'ятав:</w:t>
      </w:r>
    </w:p>
    <w:p>
      <w:r>
        <w:br/>
        <w:t>— Моллене! По-моєму, я знаю...</w:t>
      </w:r>
    </w:p>
    <w:p>
      <w:r>
        <w:br/>
        <w:t>— Що? — озвався Моллен.</w:t>
      </w:r>
    </w:p>
    <w:p>
      <w:r>
        <w:br/>
        <w:t>— Ви обмірковували ті гіпотези? — спитав сусіда, худющий чолов'яга в жилетці й без піджака, з лискучою лисиною, яка під західним сонцем здавалася червоною.</w:t>
      </w:r>
    </w:p>
    <w:p>
      <w:r>
        <w:br/>
        <w:t>— Звичайно.</w:t>
      </w:r>
    </w:p>
    <w:p>
      <w:r>
        <w:br/>
        <w:t>— Тож слухайте. Це не може бути викрадач. Адже цей хтось діє геть без глузду й логіки. Правильно?</w:t>
      </w:r>
    </w:p>
    <w:p>
      <w:r>
        <w:br/>
        <w:t>— Мабуть, так.</w:t>
      </w:r>
    </w:p>
    <w:p>
      <w:r>
        <w:br/>
        <w:t>— Маніяк теж виключається. Як би він зумів захопити 15, 16 чоловік? І повернути дітей? Навіть ціла зграя маніяків не спромоглася б, та ще й при тій купі фараонів, що їх приставили нас стерегти. Правильно?</w:t>
      </w:r>
    </w:p>
    <w:p>
      <w:r>
        <w:br/>
        <w:t>— Так. Далі? — Краєчком ока Моллен помітив товсту сусідову дружину, що спускалася з заднього ганку свого будинку. Вона підійшла ближче й прислуховувалась.</w:t>
      </w:r>
    </w:p>
    <w:p>
      <w:r>
        <w:br/>
        <w:t>— Те саме можна сказати й про банду кримінальників, та хоч і про банду марсіян. Таке вчинити неможливо, та й навіщо? Нема причини. Треба шукати чогось зовсім нелогічного — і тоді залишається тільки одна логічна відповідь.</w:t>
      </w:r>
    </w:p>
    <w:p>
      <w:r>
        <w:br/>
        <w:t>Моллен уважно слухав, поглядаючи на жінку. А вона дивилась на нього, склавши руки на фартуці, що вкривав могутні груди. Вона, можна сказати, поїдала його очима. "Чи вона за щось сердита на мене? — подумав Моллен. — Що я такого зробив?"</w:t>
      </w:r>
    </w:p>
    <w:p>
      <w:r>
        <w:br/>
        <w:t>— Ця єдина відповідь,— повільно проказав сусіда,— полягає у тому, що десь тут поруч утворилася дірка. Дірка в неперервній системі простір — час.</w:t>
      </w:r>
    </w:p>
    <w:p>
      <w:r>
        <w:br/>
        <w:t>— Що? — смикнувся Моллен. — Я щось не дуже зрозумів.</w:t>
      </w:r>
    </w:p>
    <w:p>
      <w:r>
        <w:br/>
        <w:t>— Дірка у часі,— став пояснювати лисий сусіда,— або ж дірка у просторі. Або і там, і там. Не питайте, звідки вона взялась, але вона є. Ось так, просто — людина ступне у цю дірку, й усі діла! Вона вже не тут. Або вже не тепер. Або не тут і не тепер заразом. Цю дірку, ясна річ, побачити не можна — це ж четвертий вимір! — але вона є. Я розумію так: якби можна було простежити або відтворити всі переміщення тих людей, ми б виявили, що кожен з них пройшов через якусь певну точку — і зник.</w:t>
      </w:r>
    </w:p>
    <w:p>
      <w:r>
        <w:br/>
        <w:t>— Гм-м,— Моллен замислився. — Це звучить досить цікаво... Але ж відомо, що багато людей зникло прямо у себе вдома.</w:t>
      </w:r>
    </w:p>
    <w:p>
      <w:r>
        <w:br/>
        <w:t>— Еге ж,— погодився сусіда. — Дайте подумати... Розумію! Та дірка у просторі — часі не стоїть на одному місці, вона рухається, кружляє навколо нас. Спершу в домі Карпентерів, тоді сама собою чомусь переходить в інше місце.</w:t>
      </w:r>
    </w:p>
    <w:p>
      <w:r>
        <w:br/>
        <w:t>— А чому вона не залишає межі цих чотирьох кварталів? — спитав Моллен, косячи здивованим оком на жінку, яка так само пильно й гостро дивилась на нього, міцно стуливши губи.</w:t>
      </w:r>
    </w:p>
    <w:p>
      <w:r>
        <w:br/>
        <w:t>— Ну,— сказав сусіда,— можливо, для неї теж існують якісь обмеження.</w:t>
      </w:r>
    </w:p>
    <w:p>
      <w:r>
        <w:br/>
        <w:t>— А чому повернулися діти?</w:t>
      </w:r>
    </w:p>
    <w:p>
      <w:r>
        <w:br/>
        <w:t>— Ой, та ради Бога, Моллене! Не можна ж вимагати, щоб я відразу збагнув усі найдрібніші деталі. Хай там як, але це гарна робоча гіпотеза. Для того, щоб повністю розібратися в цій справі, нам потрібно ще багато фактів.</w:t>
      </w:r>
    </w:p>
    <w:p>
      <w:r>
        <w:br/>
        <w:t>— Гей там, привіт! — гукнув містер Картер, виходячи з гаража й показуючи їм дві чудові форелі, ретельно обчищені та вимиті. — Форель — то гідний поваги суперник для риболова, а на додачу ще й розкішна страва. Незрівнянна забава — незрівнянна їжа. — І неквапом почимчикував до будинку.</w:t>
      </w:r>
    </w:p>
    <w:p>
      <w:r>
        <w:br/>
        <w:t>— У мене є ще краща гіпотеза,— сказала раптом сусідова дружина, опускаючи руки з грудей і впираючи їх у тілисті боки.</w:t>
      </w:r>
    </w:p>
    <w:p>
      <w:r>
        <w:br/>
        <w:t>Чоловіки повернулись до неї.</w:t>
      </w:r>
    </w:p>
    <w:p>
      <w:r>
        <w:br/>
        <w:t>— Скажіть мені, хто тут є одна-однісінька персона на всю округу, яку анітрохи не турбує все, що діється навколо? Хто вештається повсюди з торбою, де, як він каже, в нього риба? Хто теревенить усім, ніби цілісінькі дні проводить десь на рибалці?</w:t>
      </w:r>
    </w:p>
    <w:p>
      <w:r>
        <w:br/>
        <w:t>— Ой, ні,— зітхнув Моллен. — Тільки не татусь Картер. У нього щодо риболовлі вироблена ціла філософія...</w:t>
      </w:r>
    </w:p>
    <w:p>
      <w:r>
        <w:br/>
        <w:t>— Мені байдуже до філософії! — вереснула жінка. — Може, він дурить вас, та мене не обдурить. Я точно знаю, що він — єдина людина в усій околиці, яку зовсім не обходить усе те нещастя. Він тільки трохи вештається тут, а потім зникає кудись кожного дня, так що лінчувати його і то мало! — Випаливши все це, вона круто повернулась і перевальцем пошкандибала до себе в хату.</w:t>
      </w:r>
    </w:p>
    <w:p>
      <w:r>
        <w:br/>
        <w:t>— Бігма, Моллене,— промовив лисий сусід,— мені дуже шкода. Ви ж знаєте, які вони, ті жінки. Вона сьогодні трохи як не своя, хоча наш Данні зараз у безпеці в тій лікарні.</w:t>
      </w:r>
    </w:p>
    <w:p>
      <w:r>
        <w:br/>
        <w:t>— Пусте,— сказав Моллен.</w:t>
      </w:r>
    </w:p>
    <w:p>
      <w:r>
        <w:br/>
        <w:t>— Вона не розуміє, що таке неперервна система простір — час,— поважно ствердив сусід. — Я все їй поясню вночі. А вранці вона вибачиться, ось побачите.</w:t>
      </w:r>
    </w:p>
    <w:p>
      <w:r>
        <w:br/>
        <w:t>Чоловіки потиснули один одному руки й розійшлися по домівках.</w:t>
      </w:r>
    </w:p>
    <w:p>
      <w:r>
        <w:br/>
        <w:t>Швидко засутеніло, й по всьому містечку засвітилися прожектори. Потужні промені наскрізь прорізали кожну вулицю, проникали на подвір'я, відбивались у щільно зачинених вікнах. Мешканці Вейнсвілла принишкли в своїх домах, чекаючи, хто зникне далі.</w:t>
      </w:r>
    </w:p>
    <w:p>
      <w:r>
        <w:br/>
        <w:t>Джім Моллен палко жадав би схопити таємничого винуватця власними руками. Хоч на мить — більше йому нічого й не треба. А натомість сиди згорнувши руки й чекай... Цілковита безпорадність. Губи в його дружини зблідли й порепались, в очах — туга і втома. Тільки містер Картер був веселий, як завжди. Він порався на кухні — смажив форель, радий почастувати молодят.</w:t>
      </w:r>
    </w:p>
    <w:p>
      <w:r>
        <w:br/>
        <w:t>— Я сьогодні надибав пречудову заводь,— оголосив містер Картер. — Біля гирла Старої затоки — там, де в неї вливається маленька річечка. Я рибалив там весь день: сиджу собі спершися на трав'яний бережок та й поглядаю на хмарки. Дивовижна річ ті хмарки, скажу я вам! Завтра знову піду туди й рибалитиму весь день. А потім піду ще далі: мудрий рибалка не буде вичерпувати з річки всю рибу. Поміркованість — то закон рибальства. Трохи візьми, трохи залиш. Я часто замислювався...</w:t>
      </w:r>
    </w:p>
    <w:p>
      <w:r>
        <w:br/>
        <w:t>— Ой, тату, прошу тебе! — зойкнула Філліс і вибухнула плачем. Містер Картер сумно похитав головою, погідливо всміхнувся й досмажив форель мовчки. Потому перейшов до вітальні й заходився робити нову мушку.</w:t>
      </w:r>
    </w:p>
    <w:p>
      <w:r>
        <w:br/>
        <w:t>Моллени пішли спати геть знесилені...</w:t>
      </w:r>
    </w:p>
    <w:p>
      <w:r>
        <w:br/>
        <w:t>Джім Моллен пробудився й сів на постелі. Глянув убік — дружина спить біля нього. На світляному циферблаті ручного годинника побачив час — чотири п'ятдесят вісім. "То вже ранок!" — подумав він.</w:t>
      </w:r>
    </w:p>
    <w:p>
      <w:r>
        <w:br/>
        <w:t>Джім устав з ліжка, натягнув халат і, ступаючи обережно, спустився сходами до вітальні. Тут прожектори світили прямо у вікна, за якими миготіли постаті охоронників.</w:t>
      </w:r>
    </w:p>
    <w:p>
      <w:r>
        <w:br/>
        <w:t>Можна не хвилюватися, зважив він і пішов на кухню. Намагаючись не шуміти, налив собі склянку молока. На холодильнику лежав кекс. Він відрізав собі скибку.</w:t>
      </w:r>
    </w:p>
    <w:p>
      <w:r>
        <w:br/>
        <w:t>"Викрадачі,— згадав Джім. — Маніяки. Прибульці з Марса. Дірки в просторі. Або якісь їхні комбінації?.. Ні, то все хибні пояснення". Він знову силувався пригадати, про що хотів запитати містера Картера. Щось вельми важливе!</w:t>
      </w:r>
    </w:p>
    <w:p>
      <w:r>
        <w:br/>
        <w:t>Він сполоснув склянку, поклав кекс назад на холодильник і попрямував до вітальні. Раптом якась сила шалено смикнула його вбік.</w:t>
      </w:r>
    </w:p>
    <w:p>
      <w:r>
        <w:br/>
        <w:t>Щось міцно тримало його! Він шалено замолотив руками, але попадав кулаками в порожнечу. Те щось стискало його немов залізною рукою і тягло, тягло, валило з ніг. Він рвонувся в другий бік, судорожно шукаючи, за що б учепитись. Ноги відірвалися від підлоги, і він на мить завис у повітрі, вигинаючись і брикаючись. Затиск навколо ребер був такий тісний, що Джім не міг навіть дихнути, не те що зойкнути. Його невблаганно тягнуло кудись угору.</w:t>
      </w:r>
    </w:p>
    <w:p>
      <w:r>
        <w:br/>
        <w:t>"Все-таки в дірку", — подумав він і ще раз спробував крикнути. Несамовито розмахуючи руками, зненацька натрапив на спинку канапи й підтягся до неї. Але канапа злетіла вгору разом із ним. Він різко шарпнувся, затиск трохи послабивсь — і Джім упав на підлогу.</w:t>
      </w:r>
    </w:p>
    <w:p>
      <w:r>
        <w:br/>
        <w:t>Він навкарачки рвонувся до вікна. Затиск наздогнав його, та Моллен був уже біля радіатора опалення і встиг обхопити крайню секцію обома руками. Тепер він справді міг опиратись невідомій силі. Знову шарпнувся і здолав ще й зачепився за радіатор спершу одною ногою, потім другою.</w:t>
      </w:r>
    </w:p>
    <w:p>
      <w:r>
        <w:br/>
        <w:t>Радіатор аж заскрипів, коли та страшна тяга посилилась. Молленові здавалось, ніби його ось-ось розірве у попереку, але він тримався, напруживши кожний м'яз до крайньої межі. І раптом затиск геть пропав, наче його й не було.</w:t>
      </w:r>
    </w:p>
    <w:p>
      <w:r>
        <w:br/>
        <w:t>Джім гепнувся на підлогу.</w:t>
      </w:r>
    </w:p>
    <w:p>
      <w:r>
        <w:br/>
        <w:t>Коли він отямився, був уже ясний день, Філліс, закусивши губу, бризкала водою йому в обличчя. Він заморгав, якусь мить не розуміючи, де він є.</w:t>
      </w:r>
    </w:p>
    <w:p>
      <w:r>
        <w:br/>
        <w:t>— Я ще тут? — прошепотів Джім.</w:t>
      </w:r>
    </w:p>
    <w:p>
      <w:r>
        <w:br/>
        <w:t>— Ох, нарешті! — зітхнула Філліс. — Що трапилось?.. Ой, любий! Давай виберемося звідси...</w:t>
      </w:r>
    </w:p>
    <w:p>
      <w:r>
        <w:br/>
        <w:t>— Де твій батько? — Язик погано слухався його, але він звівся на ноги.</w:t>
      </w:r>
    </w:p>
    <w:p>
      <w:r>
        <w:br/>
        <w:t>— Рибалить. А ти сядь, будь ласка. Я викличу лікаря.</w:t>
      </w:r>
    </w:p>
    <w:p>
      <w:r>
        <w:br/>
        <w:t>— Ні. Зачекай. — Моллен вийшов у кухню. На холодильнику лежала коробка з кексом. На ній було написано: "Кондитерська Джонсона. Вейнсвілл, Нью-ЙорК". З великою літерою К в назві Нью-Йорк. Власне, зовсім незначна помилка.</w:t>
      </w:r>
    </w:p>
    <w:p>
      <w:r>
        <w:br/>
        <w:t>І містер Картер? Невже відповідь саме тут? Моллен піднявся нагору й одягся. Тоді зібгав коробку, засунув її до кишені й бігцем вискочив з хати.</w:t>
      </w:r>
    </w:p>
    <w:p>
      <w:r>
        <w:br/>
        <w:t>— Не чіпай тут нічого, доки я вернуся! — гукнув він уже знадвору. Філліс простежила, як він сідав у машину і виїхав на вулицю. Затиснувши рукою рота, щоб не закричати, вона поплентала на кухню.</w:t>
      </w:r>
    </w:p>
    <w:p>
      <w:r>
        <w:br/>
        <w:t>За чверть години Моллен був біля Старої затоки. Залишив машину й побіг до води, гукаючи на все горло:</w:t>
      </w:r>
    </w:p>
    <w:p>
      <w:r>
        <w:br/>
        <w:t>— Містере Картер! Містере Картер!</w:t>
      </w:r>
    </w:p>
    <w:p>
      <w:r>
        <w:br/>
        <w:t>Він ішов так берегом і гукав добрячих 15 хвилин, все далі заглиблюючись у густий ліс. Дерева підступали до води так близько, що йому раз у раз доводилося йти бродом — інакше не проберешся. І все одно він чимдалі прискорював ходу, здіймаючи силу бризок, ослизаючись на камінцях.</w:t>
      </w:r>
    </w:p>
    <w:p>
      <w:r>
        <w:br/>
        <w:t>— Містере Картер!</w:t>
      </w:r>
    </w:p>
    <w:p>
      <w:r>
        <w:br/>
        <w:t>— Агов! — почувся раптом голос старого. Моллен рушив на звук, угору по розтоці. І скоро побачив містера Картера: той сидів на крутому березі невеличкої заводі, тримаючи в руках довге вудлище. Моллен видерся нагору й сів поруч із ним.</w:t>
      </w:r>
    </w:p>
    <w:p>
      <w:r>
        <w:br/>
        <w:t>— Обережніше, синку,— промовив містер Картер. — Я дуже радий, що ти послухався моєї поради щодо рибалки.</w:t>
      </w:r>
    </w:p>
    <w:p>
      <w:r>
        <w:br/>
        <w:t>— Ні, — видихнув Моллен. — Я хотів би, щоб ви мені дещо розповіли.</w:t>
      </w:r>
    </w:p>
    <w:p>
      <w:r>
        <w:br/>
        <w:t>— З радістю,— відповів старий. — Про що ж ти хочеш дізнатись?</w:t>
      </w:r>
    </w:p>
    <w:p>
      <w:r>
        <w:br/>
        <w:t>— Рибалка не повинен повністю знериблювати водойму, так?</w:t>
      </w:r>
    </w:p>
    <w:p>
      <w:r>
        <w:br/>
        <w:t>— Я — не знериблюю. А дехто може.</w:t>
      </w:r>
    </w:p>
    <w:p>
      <w:r>
        <w:br/>
        <w:t>— А приманка? Чи кожний добрий риболов користується штучною приманкою?</w:t>
      </w:r>
    </w:p>
    <w:p>
      <w:r>
        <w:br/>
        <w:t>— Я пишаюся своїми мушками,— заявив містер Картер. — Я намагаюсь зробити їх якомога ближчими до натуральних. Ось, наприклад, досконала копія шершня. — Він висмикнув жовту принаду з гачком із свого капелюха. — А ось гарненький москіт.</w:t>
      </w:r>
    </w:p>
    <w:p>
      <w:r>
        <w:br/>
        <w:t>Раптом у старого рибалки ворухнулась волосінь. Він легенько, але впевнено повів поплавець убік і різко підсік. Тоді впіймав рукою тріпотливу рибку й показав її Молленові.</w:t>
      </w:r>
    </w:p>
    <w:p>
      <w:r>
        <w:br/>
        <w:t>— Це ще дитина — я її не лишу собі. — Він обережно звільнив гачок з-під тремтячих зябрів і пустив форель у воду.</w:t>
      </w:r>
    </w:p>
    <w:p>
      <w:r>
        <w:br/>
        <w:t>— От ви пустили її на волю. А як ви гадаєте, вона щось зрозуміла? Чи не розповість вона про все рибам?</w:t>
      </w:r>
    </w:p>
    <w:p>
      <w:r>
        <w:br/>
        <w:t>— Е, ні,— сказав містер Картер. — Досвід не може їх чогось навчити. В мене вже по два й по три рази клювала одна й та сама рибна малеча. Вони ще повинні добре підрости, поки щось уторопають.</w:t>
      </w:r>
    </w:p>
    <w:p>
      <w:r>
        <w:br/>
        <w:t>— Розумію. — Моллен поглянув на старого. Містера Картера зовсім не обходив навколишній світ, він лишався байдужий до того жаху, яким сповнився весь Вейнсвілл.</w:t>
      </w:r>
    </w:p>
    <w:p>
      <w:r>
        <w:br/>
        <w:t>"Рибалки живуть у якомусь відокремленому малому світі", — подумав Моллен.</w:t>
      </w:r>
    </w:p>
    <w:p>
      <w:r>
        <w:br/>
        <w:t>— Шкода, що тебе не було тут кілька годин тому. Я підчепив розкішний екземпляр, такого, знаєш, дебелого самця, не менше двох фунтів. Я тобі скажу, то була таки заважка битва для такого старого бойового коня, як я. І він таки зірвався з гачка! Та нічого — буде інший... гей, та куди ж ти?</w:t>
      </w:r>
    </w:p>
    <w:p>
      <w:r>
        <w:br/>
        <w:t>— Додому! — крикнув Моллен, стрибаючи у мілководдя. Він уже знав, що йому кортіло знайти в містері Картері. Аналогію! Тепер вона стала цілком ясна.</w:t>
      </w:r>
    </w:p>
    <w:p>
      <w:r>
        <w:br/>
        <w:t>Сумирний містер Картер виловлює своїх любих форелей точнісінько так само, як інший, величезний рибалка виловлює своїх...</w:t>
      </w:r>
    </w:p>
    <w:p>
      <w:r>
        <w:br/>
        <w:t>— Я додому — попередити наступну рибку! — гукнув Моллен через плече і посковзнувся на кам'янистому річковому дні. Аби ж тільки Філліс не чіпала ніяких продуктів! Він витяг з кишені картонку від кексу й зі злістю кинув якнайдалі. Мерзенна приманка!</w:t>
      </w:r>
    </w:p>
    <w:p>
      <w:r>
        <w:br/>
        <w:t>Тим часом обидва рибалки, кожен у своїй, відповідній сфері, всміхнулися і знову закинули вудки...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Сезон риболовлі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