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Щасливе юності незнання...</w:t>
      </w:r>
    </w:p>
    <w:p>
      <w:r>
        <w:br/>
        <w:t xml:space="preserve"> Щасливе юності незнання&lt;br /&gt;</w:t>
        <w:br/>
        <w:t>Збентежив геній мій лихий,&lt;br /&gt;</w:t>
        <w:br/>
        <w:t>Моє навіки існування&lt;br /&gt;</w:t>
        <w:br/>
        <w:t>Він підкорив душі своїй.&lt;br /&gt;</w:t>
        <w:br/>
        <w:t>Дивитися його очима&lt;br /&gt;</w:t>
        <w:br/>
        <w:t>Я на життя відтоді став,&lt;br /&gt;</w:t>
        <w:br/>
        <w:t>З його словами неясними&lt;br /&gt;</w:t>
        <w:br/>
        <w:t>Улад мій голос зазвучав.&lt;br /&gt;</w:t>
        <w:br/>
        <w:t>На світ я глянув оком ясним&lt;br /&gt;</w:t>
        <w:br/>
        <w:t>І здивувався в тишині;&lt;br /&gt;</w:t>
        <w:br/>
        <w:t>Невже здавався він мені&lt;br /&gt;</w:t>
        <w:br/>
        <w:t>Таким величним і прекрасним?&lt;br /&gt;</w:t>
        <w:br/>
        <w:t>Чого у нім я, молодий,&lt;br /&gt;</w:t>
        <w:br/>
        <w:t>Шукав, жадобою повитий?&lt;br /&gt;</w:t>
        <w:br/>
        <w:t>Кого, в огні юнацьких мрій,&lt;br /&gt;</w:t>
        <w:br/>
        <w:t>Я не стидавсь боготворити?&lt;br /&gt;</w:t>
        <w:br/>
        <w:t>І на людей я погляд звів,&lt;br /&gt;</w:t>
        <w:br/>
        <w:t>Пиху побачив і мерзоту,&lt;br /&gt;</w:t>
        <w:br/>
        <w:t>Побачив суддів-шахраїв&lt;br /&gt;</w:t>
        <w:br/>
        <w:t>І рідну злочину глупоту.&lt;br /&gt;</w:t>
        <w:br/>
        <w:t>Перед юрбою боязких,&lt;br /&gt;</w:t>
        <w:br/>
        <w:t>Жорстоких, суєтних, холодних&lt;br /&gt;</w:t>
        <w:br/>
        <w:t>Безсилий голос благородних&lt;br /&gt;</w:t>
        <w:br/>
        <w:t>І правда викликає сміх.&lt;br /&gt;</w:t>
        <w:br/>
        <w:t>Я згоден — мудрі ви, народи!&lt;br /&gt;</w:t>
        <w:br/>
        <w:t>Пощо свободи вільний клич?&lt;br /&gt;</w:t>
        <w:br/>
        <w:t>Стадам навіщо дар свободи?&lt;br /&gt;</w:t>
        <w:br/>
        <w:t>Їх різать, стригти,— певна річ!&lt;br /&gt;</w:t>
        <w:br/>
        <w:t>Їх спадщина із роду в роди —&lt;br /&gt;</w:t>
        <w:br/>
        <w:t>Ярмо із брязкальцем та бич.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Щасливе юності незнання...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