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сталося з дужкою</w:t>
      </w:r>
    </w:p>
    <w:p>
      <w:r>
        <w:br/>
        <w:t xml:space="preserve"> А трапилась погана справа:&lt;br /&gt;</w:t>
        <w:br/>
        <w:t>Такий собі школяр-роззява,&lt;br /&gt;</w:t>
        <w:br/>
        <w:t>Писавши, дужку як відкрив,&lt;br /&gt;</w:t>
        <w:br/>
        <w:t>Так і забув її закрити.&lt;br /&gt;</w:t>
        <w:br/>
        <w:t>Від цього б кожен захворів,&lt;br /&gt;</w:t>
        <w:br/>
        <w:t>Та й дужка почала хворіти, —&lt;br /&gt;</w:t>
        <w:br/>
        <w:t>І квола стала, й недолуга.&lt;br /&gt;</w:t>
        <w:br/>
        <w:t>Аж ось і сонячна пора.&lt;br /&gt;</w:t>
        <w:br/>
        <w:t>Тоді приходить і недуга,&lt;br /&gt;</w:t>
        <w:br/>
        <w:t>І дужка просить маляра&lt;br /&gt;</w:t>
        <w:br/>
        <w:t>Плакати їй намалювати,&lt;br /&gt;</w:t>
        <w:br/>
        <w:t>Щоб там були такі слова:&lt;br /&gt;</w:t>
        <w:br/>
        <w:t>"Коли мене хто відкрива,&lt;br /&gt;</w:t>
        <w:br/>
        <w:t>Хай не забуде й закривати!"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сталося з дужкою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