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Шкода</w:t>
      </w:r>
    </w:p>
    <w:p>
      <w:r>
        <w:br/>
        <w:t xml:space="preserve"> &lt;p&gt;У Романихи заслабла корова. Лежала на соломі і сумно дивилася великими сивими очима. Ніздря дрожали, шкіра морщилася — дрожала ціла у горячці. Пахло від неї слабістю і болем страшним, але німим. В таких випадках найбільше жаль, чому худобина не може заговорити і поскаржитися.</w:t>
      </w:r>
    </w:p>
    <w:p>
      <w:r>
        <w:br/>
        <w:t>— То очі виде, що вона не буде. Може би, й поміг що, якби то кров, а то хтось кинув оком на ню, бодай му повілізали, та й тепер нема ради. Здайтеси на бога — може, вас потішить...</w:t>
      </w:r>
    </w:p>
    <w:p>
      <w:r>
        <w:br/>
        <w:t>Так казав їлаш, що знав до худоби.</w:t>
      </w:r>
    </w:p>
    <w:p>
      <w:r>
        <w:br/>
        <w:t>— Ой Ілашку, видко, що не буде, але як її не буде, та й мене не треба. Я цілий свій вік змарнувала, аби коровки дочекатиси. Від чоловіка лишила-м си, син умер у воську, а я крірвала та робила і ніч і день. Такі зимові ночі довгі, а я до днини прєду, аж ми пушки спухають, аж пісок у очах стає. Лиш один бог знає, як я тот грейцір гірко претала, заки напрєтала...</w:t>
      </w:r>
    </w:p>
    <w:p>
      <w:r>
        <w:br/>
        <w:t>— То, видите, бідному то все так, а хоть би-с руки зробив по лікті, та й нічого з того не буде! Уже так є, та й що діяти? Треба якось так жити...</w:t>
      </w:r>
    </w:p>
    <w:p>
      <w:r>
        <w:br/>
        <w:t>— Та й не знати, що свої голові робити, та й що діяти, та й хто би мені раду дав?</w:t>
      </w:r>
    </w:p>
    <w:p>
      <w:r>
        <w:br/>
        <w:t>— Ще кличтеси на яку днинку, аби-сте службу наймили та й обідець зробили. Або дайтеси на відпуст Івана Сучавського; кажуть, що багато помагає.</w:t>
      </w:r>
    </w:p>
    <w:p>
      <w:r>
        <w:br/>
        <w:t>— Ой, вже я си покликала і на днинку, і на Зарваницьку матір божу, і кличуси на Івана Сучавського.</w:t>
      </w:r>
    </w:p>
    <w:p>
      <w:r>
        <w:br/>
        <w:t>— Може, кажу, бог вам поможе, як здастеси на него. Най вам бог дасть якнайліпше.</w:t>
      </w:r>
    </w:p>
    <w:p>
      <w:r>
        <w:br/>
        <w:t>І Їлаш пішов.</w:t>
      </w:r>
    </w:p>
    <w:p>
      <w:r>
        <w:br/>
        <w:t>Романиха сіла коло корови і пильнувала її, аби не згибла. Давала їй, що мала найліпше, але вона не хотіла нічого їсти. Лиш дивилася на бабу і жалю їй завдавала.</w:t>
      </w:r>
    </w:p>
    <w:p>
      <w:r>
        <w:br/>
        <w:t>— Маленька, маленька, що тебе болить? Не лишєй стару бабу без лижки молока. Потіш ні хоть трошки.</w:t>
      </w:r>
    </w:p>
    <w:p>
      <w:r>
        <w:br/>
        <w:t>І гладила корову по чолі і попід горло, і голосила над нею.</w:t>
      </w:r>
    </w:p>
    <w:p>
      <w:r>
        <w:br/>
        <w:t>— Де, де я годна стєгнутиси на другу?! Ані пушок зложити, ані гли прімкнути вже-м не годна; де мені на старість за корову дбати?</w:t>
      </w:r>
    </w:p>
    <w:p>
      <w:r>
        <w:br/>
        <w:t>Корова дрожала, а Романиха її накрила своїм кожухом і чипіла над нею, розгорнена, на морозі. Сама дзвонила зубами, але не відступала.</w:t>
      </w:r>
    </w:p>
    <w:p>
      <w:r>
        <w:br/>
        <w:t>— А може, це за гріхи так мене бог карає? Бо не раз я через тебе, небого, нагрішила! Десь межі трошки підпасла, десь гарбузик урвала, десь пасиночок уломила. Але я ніколи нікому молока не жєлувала. Десь дитина занеможе, десь жінка у злогах, а я йду з горнєтком та й несу молочка. Та й сирця я роздавала людем до кулешки. Господи, не карай ні тєжко — бідну одову. Нічо вже чужого не порунтаю, лиш даруй ми корову!</w:t>
      </w:r>
    </w:p>
    <w:p>
      <w:r>
        <w:br/>
        <w:t>Отак до пізньої ночі Романиха голосила над коровою. Кропила її свяченою водою, але ніщо не помагало. Вона розтягла ноги на цілу стаєнку і гонила боками, аж рикала. Баба гладила, обіймала, приговорювала, але таки нічого не могла вдіяти.</w:t>
      </w:r>
    </w:p>
    <w:p>
      <w:r>
        <w:br/>
        <w:t>Місяць освічував стаєнку через двері, і баба виділа кожний рух корови. Вона врешті піднялася. Ледво держалася на ногах. Розглядалася по стаєнці, як би прощалася з кожним кутом.</w:t>
      </w:r>
    </w:p>
    <w:p>
      <w:r>
        <w:br/>
        <w:t>Потім упала на солому і розтяглася як струнва. Романиха приклякла коло неї і шурувала її віхтем. Сама не знала, що з нею діється. Потім корова зарикала голосно і почала бити ногами. Романисі зробилося горячо, жовто в очах, і, закервавлена, впала. Корова била ногами і роздирала бабу на кавалки.</w:t>
      </w:r>
    </w:p>
    <w:p>
      <w:r>
        <w:br/>
        <w:t>Обі боролися зі смертю.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