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муз</w:t>
      </w:r>
    </w:p>
    <w:p>
      <w:r>
        <w:br/>
        <w:t xml:space="preserve"> Блукаю в лісі й полі,&lt;br /&gt;</w:t>
        <w:br/>
        <w:t>Свищу пісні на волі,&lt;br /&gt;</w:t>
        <w:br/>
        <w:t>Із краю в край іду.&lt;br /&gt;</w:t>
        <w:br/>
        <w:t>У такт мені все плине,&lt;br /&gt;</w:t>
        <w:br/>
        <w:t>Усе назустріч лине,&lt;br /&gt;</w:t>
        <w:br/>
        <w:t>З піснями у ладу.</w:t>
      </w:r>
    </w:p>
    <w:p>
      <w:r>
        <w:br/>
        <w:t>Мене стрічають квіти,&lt;br /&gt;</w:t>
        <w:br/>
        <w:t>В саду зелені віти,—&lt;br /&gt;</w:t>
        <w:br/>
        <w:t>Так радісно мені,—&lt;br /&gt;</w:t>
        <w:br/>
        <w:t>Я співом їх вітаю.&lt;br /&gt;</w:t>
        <w:br/>
        <w:t>А як зима з-за гаю,—&lt;br /&gt;</w:t>
        <w:br/>
        <w:t>Співаю їй пісні.</w:t>
      </w:r>
    </w:p>
    <w:p>
      <w:r>
        <w:br/>
        <w:t>Вітаю я простори,&lt;br /&gt;</w:t>
        <w:br/>
        <w:t>Крижані та суворі,&lt;br /&gt;</w:t>
        <w:br/>
        <w:t>Люблю зими красу.&lt;br /&gt;</w:t>
        <w:br/>
        <w:t>Коли ж вона минає,&lt;br /&gt;</w:t>
        <w:br/>
        <w:t>Нову я радість маю —&lt;br /&gt;</w:t>
        <w:br/>
        <w:t>Весняну п'ю росу.</w:t>
      </w:r>
    </w:p>
    <w:p>
      <w:r>
        <w:br/>
        <w:t>Під липою густою&lt;br /&gt;</w:t>
        <w:br/>
        <w:t>Я з молоддю меткою&lt;br /&gt;</w:t>
        <w:br/>
        <w:t>Співаю й награю.&lt;br /&gt;</w:t>
        <w:br/>
        <w:t>Розсердився хлопчина,&lt;br /&gt;</w:t>
        <w:br/>
        <w:t>Що йде в танок дівчина&lt;br /&gt;</w:t>
        <w:br/>
        <w:t>Під музику мою.</w:t>
      </w:r>
    </w:p>
    <w:p>
      <w:r>
        <w:br/>
        <w:t>Крилаті стали ноги:&lt;br /&gt;</w:t>
        <w:br/>
        <w:t>Ведуть мене дороги&lt;br /&gt;</w:t>
        <w:br/>
        <w:t>Через яри й поля.&lt;br /&gt;</w:t>
        <w:br/>
        <w:t>О Музи мої милі,&lt;br /&gt;</w:t>
        <w:br/>
        <w:t>Коли упасти в силі&lt;br /&gt;</w:t>
        <w:br/>
        <w:t>На лоно ваше 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муз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