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чорний полк</w:t>
      </w:r>
    </w:p>
    <w:p>
      <w:r>
        <w:br/>
        <w:t xml:space="preserve"> Об слово дзвонить слово — кусні бронзи віщі.&lt;br /&gt;</w:t>
        <w:br/>
        <w:t>— Співаю, не кляну&lt;br /&gt;</w:t>
        <w:br/>
        <w:t>розгромленим полкам, пощербленим рядам, потрощеним когортам!&lt;br /&gt;</w:t>
        <w:br/>
        <w:t>Хвала усім, що з пристрастю цілують сестру на бойовищах,&lt;br /&gt;</w:t>
        <w:br/>
        <w:t>а тим, що ляк в них, мов слимак у мушлі, й гнуть тростини спин, погорда!</w:t>
      </w:r>
    </w:p>
    <w:p>
      <w:r>
        <w:br/>
        <w:t>Луна поразки б’є об мої вуха, мов з глибин безодні зради&lt;br /&gt;</w:t>
        <w:br/>
        <w:t>громів, поламаних у кусні й схоплених у сіть, прощальна скарга.&lt;br /&gt;</w:t>
        <w:br/>
        <w:t>Дивлюсь у морок, як тятиви скель, напнувши луки водоспадів,&lt;br /&gt;</w:t>
        <w:br/>
        <w:t>мов стріли круто втяті, птаство криводзьобе викидають знагла.</w:t>
      </w:r>
    </w:p>
    <w:p>
      <w:r>
        <w:br/>
        <w:t>Зоріє. В відвороті полк. Анабазис під небом африканським.&lt;br /&gt;</w:t>
        <w:br/>
        <w:t>Ліс вбитих в небо списів коле місяць, кров руда тече із нього,&lt;br /&gt;</w:t>
        <w:br/>
        <w:t>і ебеновий вождь з сережкою зорі у вусі, спів поганський&lt;br /&gt;</w:t>
        <w:br/>
        <w:t>жбурнувши в хмари, наче визив, прокляне поразки бога злого.</w:t>
      </w:r>
    </w:p>
    <w:p>
      <w:r>
        <w:br/>
        <w:t>Немає ласки — і багнети грузнуть в тіло, мов плуги в чорнозем,&lt;br /&gt;</w:t>
        <w:br/>
        <w:t>у буйне поле чорних тіл багнети сіють зерно послуху і ладу,&lt;br /&gt;</w:t>
        <w:br/>
        <w:t>щоб аж до сьомого коліна пам’ятали й знав назавжди кожен,&lt;br /&gt;</w:t>
        <w:br/>
        <w:t>щоб син онукові, онук нащадкові, мов скарб, переказали,&lt;br /&gt;</w:t>
        <w:br/>
        <w:t>як кріпили владу.</w:t>
      </w:r>
    </w:p>
    <w:p>
      <w:r>
        <w:br/>
        <w:t>І густо стеляться один при одному, як вирубаний праліс,&lt;br /&gt;</w:t>
        <w:br/>
        <w:t>у черепах почавлених булькочуть мозки, мов олива жовта.&lt;br /&gt;</w:t>
        <w:br/>
        <w:t>Хто сіє кров, той жне зненависть. Тож беріть оце хрищення сталі!&lt;br /&gt;</w:t>
        <w:br/>
        <w:t>Зеленоока чорна княжно, музо месників, калюжі бовтай!</w:t>
      </w:r>
    </w:p>
    <w:p>
      <w:r>
        <w:br/>
        <w:t>Дракони, що бензину п’ють, на птахів схожі і на носорогів,&lt;br /&gt;</w:t>
        <w:br/>
        <w:t>дракони, що плюють зміїну слину — оливо й вогонь зернистий,&lt;br /&gt;</w:t>
        <w:br/>
        <w:t>являються, немов із місяця печер вернувшись, й їм під ноги&lt;br /&gt;</w:t>
        <w:br/>
        <w:t>мітла комети, куряви здіймаючи, мете людей, мов листя.</w:t>
      </w:r>
    </w:p>
    <w:p>
      <w:r>
        <w:br/>
        <w:t>На купах чорних рук і чорних ніг червона кров і жовта піна,&lt;br /&gt;</w:t>
        <w:br/>
        <w:t>слизька смертельна піна з уст розтерзаних гарматним поцілунком.&lt;br /&gt;</w:t>
        <w:br/>
        <w:t>Тюльпани надр підземних — вибухають, мов кущі вогненні, міни,&lt;br /&gt;</w:t>
        <w:br/>
        <w:t>салютами з глибин землі вітаючи непереможно й лунко.</w:t>
      </w:r>
    </w:p>
    <w:p>
      <w:r>
        <w:br/>
        <w:t>Гармати розкладають віяла димів, мов крила перед льотом,&lt;br /&gt;</w:t>
        <w:br/>
        <w:t>зриваються й колесами толочать звали тіл і хлам заліззя,&lt;br /&gt;</w:t>
        <w:br/>
        <w:t>на чорних щелепах клеїста смертна слина, очі злиплі потом,&lt;br /&gt;</w:t>
        <w:br/>
        <w:t>пил з блях і слизь з ротів і крові грязь язик зорі рудої лиже.</w:t>
      </w:r>
    </w:p>
    <w:p>
      <w:r>
        <w:br/>
        <w:t>Хриплять горлянки глухо, і мерзка ядуха пальці криво корчить,&lt;br /&gt;</w:t>
        <w:br/>
        <w:t>мов листя сплащені долоні — квіти стоптані життя жагою&lt;br /&gt;</w:t>
        <w:br/>
        <w:t>спалахують востаннє й кидають прокльони в небо богоборці.&lt;br /&gt;</w:t>
        <w:br/>
        <w:t>Усі скарби за мить одну життя! Лиш ніч усіх назавжди гоїть.</w:t>
      </w:r>
    </w:p>
    <w:p>
      <w:r>
        <w:br/>
        <w:t>Лопата сонця грузне в жовту теплу рінь, копаючи могили,&lt;br /&gt;</w:t>
        <w:br/>
        <w:t>лопата сонця, хрест струнких вітрів, шакалів похоронний обряд.&lt;br /&gt;</w:t>
        <w:br/>
        <w:t>О чорне тіло, в шовк рудий піску сповите, тихе і безсиле,&lt;br /&gt;</w:t>
        <w:br/>
        <w:t>де перед миттю пристрасті кипіли ще! Землі долоне добра!</w:t>
      </w:r>
    </w:p>
    <w:p>
      <w:r>
        <w:br/>
        <w:t>Хай чорна богоматір з жар-ікони поведе бійців до краю,&lt;br /&gt;</w:t>
        <w:br/>
        <w:t>де вже дракони не лякатимуть, де тиша вічна й сонні води!&lt;br /&gt;</w:t>
        <w:br/>
        <w:t>Б’є слово в слово — кусні бронзи дзвонять.&lt;br /&gt;</w:t>
        <w:br/>
        <w:t>Так прощальний спів кінчаймо,&lt;br /&gt;</w:t>
        <w:br/>
        <w:t>коли розбитий чорний полк в країну зір на вічну ніч відходить.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чорний полк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