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Слово про полк піхоти</w:t>
      </w:r>
    </w:p>
    <w:p>
      <w:r>
        <w:br/>
        <w:t xml:space="preserve"> Ми молодість тверду і кучеряву&lt;br /&gt;</w:t>
        <w:br/>
        <w:t>складаємо, мов прапор, на лафетах.&lt;br /&gt;</w:t>
        <w:br/>
        <w:t>У куряві цілує очі слава,&lt;br /&gt;</w:t>
        <w:br/>
        <w:t>горять на небі кулі і комети.</w:t>
      </w:r>
    </w:p>
    <w:p>
      <w:r>
        <w:br/>
        <w:t>Змішалися, у куряві склубившись,&lt;br /&gt;</w:t>
        <w:br/>
        <w:t>статуї й люди перед арсеналом.&lt;br /&gt;</w:t>
        <w:br/>
        <w:t>Ми, на багнети сонце настромивши,&lt;br /&gt;</w:t>
        <w:br/>
        <w:t>виходимо нестримно і зухвало.</w:t>
      </w:r>
    </w:p>
    <w:p>
      <w:r>
        <w:br/>
        <w:t>Юрба в вертепах вулиць, наче повінь.&lt;br /&gt;</w:t>
        <w:br/>
        <w:t>З-під ратуші зриваються два леви,&lt;br /&gt;</w:t>
        <w:br/>
        <w:t>біжать в юрбу, толочать, брук сплив кров’ю,&lt;br /&gt;</w:t>
        <w:br/>
        <w:t>юрба кипить, шаліє. Місце левам!</w:t>
      </w:r>
    </w:p>
    <w:p>
      <w:r>
        <w:br/>
        <w:t>Під гул, під бряз валторен і тарелів&lt;br /&gt;</w:t>
        <w:br/>
        <w:t>виходять леви попереду роти,&lt;br /&gt;</w:t>
        <w:br/>
        <w:t>ведуть її. Хай їх вітають трелем&lt;br /&gt;</w:t>
        <w:br/>
        <w:t>пузони полку п’ятого піхоти!</w:t>
      </w:r>
    </w:p>
    <w:p>
      <w:r>
        <w:br/>
        <w:t>Хай всі, хай всі побачать і почують&lt;br /&gt;</w:t>
        <w:br/>
        <w:t>з трибун, з балконів, з брам, з дахів сріблистих:&lt;br /&gt;</w:t>
        <w:br/>
        <w:t>востаннє вам піхота салютує!&lt;br /&gt;</w:t>
        <w:br/>
        <w:t>Шрапнелі сонця вибухають в місті.</w:t>
      </w:r>
    </w:p>
    <w:p>
      <w:r>
        <w:br/>
        <w:t>Ми молодість тверду і кучеряву&lt;br /&gt;</w:t>
        <w:br/>
        <w:t>складаємо, мов прапор, на лафетах.&lt;br /&gt;</w:t>
        <w:br/>
        <w:t>У куряві на синім небі сяє&lt;br /&gt;</w:t>
        <w:br/>
        <w:t>майбутньої Республіки планета.</w:t>
      </w:r>
    </w:p>
    <w:p>
      <w:r>
        <w:br/>
        <w:t>1936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Слово про полк піхоти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