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Шевченка</w:t>
      </w:r>
    </w:p>
    <w:p>
      <w:r>
        <w:br/>
        <w:t xml:space="preserve"> С и м ф о н і я</w:t>
      </w:r>
    </w:p>
    <w:p>
      <w:r>
        <w:br/>
        <w:t>Сто років — зморшка на чолі Землі.&lt;br /&gt;</w:t>
        <w:br/>
        <w:t>Всесвітні війни, революцій грози…&lt;br /&gt;</w:t>
        <w:br/>
        <w:t>Дніпро до ніг стежиною проліг&lt;br /&gt;</w:t>
        <w:br/>
        <w:t>І котить славу в сиві верболози.</w:t>
      </w:r>
    </w:p>
    <w:p>
      <w:r>
        <w:br/>
        <w:t>Поет став морем. Далеч степова,&lt;br /&gt;</w:t>
        <w:br/>
        <w:t>І хмарочоси, й гори — ним залиті.&lt;br /&gt;</w:t>
        <w:br/>
        <w:t>Бунтують хвилі-думи і слова,&lt;br /&gt;</w:t>
        <w:br/>
        <w:t>І сонце генія стоїть над ним в зениті.</w:t>
      </w:r>
    </w:p>
    <w:p>
      <w:r>
        <w:br/>
        <w:t>Дно глибшає, і береги тікають,&lt;br /&gt;</w:t>
        <w:br/>
        <w:t>Аж небо рве свою блакить високу.&lt;br /&gt;</w:t>
        <w:br/>
        <w:t>І шторми піняться од краю і до краю,&lt;br /&gt;</w:t>
        <w:br/>
        <w:t>Од Вінніпеґу до Владивостоку.</w:t>
      </w:r>
    </w:p>
    <w:p>
      <w:r>
        <w:br/>
        <w:t>З глибин сердець джерела пружно б’ють —&lt;br /&gt;</w:t>
        <w:br/>
        <w:t>І шумувати морю, не вмирати,&lt;br /&gt;</w:t>
        <w:br/>
        <w:t>Хай ллють у нього і любов і лють,&lt;br /&gt;</w:t>
        <w:br/>
        <w:t>Тривожну шану, жовч гірку розплати…</w:t>
      </w:r>
    </w:p>
    <w:p>
      <w:r>
        <w:br/>
        <w:t>Художнику немає скутих норм.&lt;br /&gt;</w:t>
        <w:br/>
        <w:t>Він — норма сам, він сам в своєму стилі…&lt;br /&gt;</w:t>
        <w:br/>
        <w:t>У цей столітній і стобальний шторм&lt;br /&gt;</w:t>
        <w:br/>
        <w:t>Я кидаюсь в буремні гори-хвилі.</w:t>
      </w:r>
    </w:p>
    <w:p>
      <w:r>
        <w:br/>
        <w:t>Перша частина</w:t>
      </w:r>
    </w:p>
    <w:p>
      <w:r>
        <w:br/>
        <w:t>В и ш н е в и й ц в і т</w:t>
      </w:r>
    </w:p>
    <w:p>
      <w:r>
        <w:br/>
        <w:t>1</w:t>
      </w:r>
    </w:p>
    <w:p>
      <w:r>
        <w:br/>
        <w:t>Завірюха стугоніла, вила,&lt;br /&gt;</w:t>
        <w:br/>
        <w:t>І мороз гострив свій білий ніж.&lt;br /&gt;</w:t>
        <w:br/>
        <w:t>А Земля од ляку задубіла,&lt;br /&gt;</w:t>
        <w:br/>
        <w:t>На вітрах крутилася скоріш.</w:t>
      </w:r>
    </w:p>
    <w:p>
      <w:r>
        <w:br/>
        <w:t>Щулились дороги, мерзли хмари,&lt;br /&gt;</w:t>
        <w:br/>
        <w:t>В сіру безвість зносило міста.&lt;br /&gt;</w:t>
        <w:br/>
        <w:t>А дуби стругалися на мари,&lt;br /&gt;</w:t>
        <w:br/>
        <w:t>На труну, на віко, на хреста.</w:t>
      </w:r>
    </w:p>
    <w:p>
      <w:r>
        <w:br/>
        <w:t>Петербурзьким шляхом, по коліна&lt;br /&gt;</w:t>
        <w:br/>
        <w:t>Грузнучи в заметах, боса йшла&lt;br /&gt;</w:t>
        <w:br/>
        <w:t>Зморена, полатана Вкраїна,&lt;br /&gt;</w:t>
        <w:br/>
        <w:t>Муку притуливши до чола.</w:t>
      </w:r>
    </w:p>
    <w:p>
      <w:r>
        <w:br/>
        <w:t>І намисто сипалось під ноги,&lt;br /&gt;</w:t>
        <w:br/>
        <w:t>Ніби кров змерзалась на льоту.&lt;br /&gt;</w:t>
        <w:br/>
        <w:t>"Сину, сину", — слухали дороги&lt;br /&gt;</w:t>
        <w:br/>
        <w:t>Тих ридань метелицю густу.</w:t>
      </w:r>
    </w:p>
    <w:p>
      <w:r>
        <w:br/>
        <w:t>"Може, тобі липового чаю,&lt;br /&gt;</w:t>
        <w:br/>
        <w:t>Чи калини спряжити бува…"&lt;br /&gt;</w:t>
        <w:br/>
        <w:t>А дорога ген до небокраю —&lt;br /&gt;</w:t>
        <w:br/>
        <w:t>На дорозі мати ледь жива.</w:t>
      </w:r>
    </w:p>
    <w:p>
      <w:r>
        <w:br/>
        <w:t>Хурделяє хуґа хуртовинна,&lt;br /&gt;</w:t>
        <w:br/>
        <w:t>Засипає снігом очі вщерть.&lt;br /&gt;</w:t>
        <w:br/>
        <w:t>І біжить до сина Україна&lt;br /&gt;</w:t>
        <w:br/>
        <w:t>Одганяти знавіснілу смерть.</w:t>
      </w:r>
    </w:p>
    <w:p>
      <w:r>
        <w:br/>
        <w:t>2</w:t>
      </w:r>
    </w:p>
    <w:p>
      <w:r>
        <w:br/>
        <w:t>Цілу ніч надворі виє хуґа,&lt;br /&gt;</w:t>
        <w:br/>
        <w:t>Плаче, деренчить в віконній склі.&lt;br /&gt;</w:t>
        <w:br/>
        <w:t>Ні дружини, ні дітей, ні друга —&lt;br /&gt;</w:t>
        <w:br/>
        <w:t>Тільки гілка вишні на столі.</w:t>
      </w:r>
    </w:p>
    <w:p>
      <w:r>
        <w:br/>
        <w:t>Телеграма від полтавців. М’ята&lt;br /&gt;</w:t>
        <w:br/>
        <w:t>Віє в душу запахущий дим,&lt;br /&gt;</w:t>
        <w:br/>
        <w:t>Та маленька свічка тьмянувата&lt;br /&gt;</w:t>
        <w:br/>
        <w:t>Тріскає і мружиться над ним.</w:t>
      </w:r>
    </w:p>
    <w:p>
      <w:r>
        <w:br/>
        <w:t>Дві у шафі, що життя досвітять,&lt;br /&gt;</w:t>
        <w:br/>
        <w:t>Ну, а там світити вже йому.&lt;br /&gt;</w:t>
        <w:br/>
        <w:t>В завірюшних, грозяних століттях&lt;br /&gt;</w:t>
        <w:br/>
        <w:t>Серцем розпанахувати тьму.</w:t>
      </w:r>
    </w:p>
    <w:p>
      <w:r>
        <w:br/>
        <w:t>Нині вишня бризнула суцвіттям —&lt;br /&gt;</w:t>
        <w:br/>
        <w:t>В пляшці тепла гілочка жива…&lt;br /&gt;</w:t>
        <w:br/>
        <w:t>Біль пекучий… І вона, самітня,&lt;br /&gt;</w:t>
        <w:br/>
        <w:t>В цвіті вся, як в думах голова.</w:t>
      </w:r>
    </w:p>
    <w:p>
      <w:r>
        <w:br/>
        <w:t>Ліг у ліжко. Віє чи не віє —&lt;br /&gt;</w:t>
        <w:br/>
        <w:t>В заметілях весь життєвий шлях.&lt;br /&gt;</w:t>
        <w:br/>
        <w:t>В свічці ледве дихають надії,&lt;br /&gt;</w:t>
        <w:br/>
        <w:t>І блукають пальці в пелюстках.</w:t>
      </w:r>
    </w:p>
    <w:p>
      <w:r>
        <w:br/>
        <w:t>3</w:t>
      </w:r>
    </w:p>
    <w:p>
      <w:r>
        <w:br/>
        <w:t>П е р ш е м а р е н н я</w:t>
      </w:r>
    </w:p>
    <w:p>
      <w:r>
        <w:br/>
        <w:t>Густий туман спадає.&lt;br /&gt;</w:t>
        <w:br/>
        <w:t>Великий плац, піском посипаний,&lt;br /&gt;</w:t>
        <w:br/>
        <w:t>Де флейта з вихлипом ридає,&lt;br /&gt;</w:t>
        <w:br/>
        <w:t>І барабан гуде, як гнів невсипний.</w:t>
      </w:r>
    </w:p>
    <w:p>
      <w:r>
        <w:br/>
        <w:t>Ні — сотні флейт конають в муці.&lt;br /&gt;</w:t>
        <w:br/>
        <w:t>Гуде земля, і товпища народу,&lt;br /&gt;</w:t>
        <w:br/>
        <w:t>Як зерна у мішку, в густій пилюці&lt;br /&gt;</w:t>
        <w:br/>
        <w:t>Тривожаться, шумлять до небозводу.</w:t>
      </w:r>
    </w:p>
    <w:p>
      <w:r>
        <w:br/>
        <w:t>Ярмулки і хустки, шапки, кубанки.&lt;br /&gt;</w:t>
        <w:br/>
        <w:t>Посивілі, руді, із кучмами, із струп’ям.&lt;br /&gt;</w:t>
        <w:br/>
        <w:t>Востаннє надриваються горлянки.&lt;br /&gt;</w:t>
        <w:br/>
        <w:t>Вози вгинаються, чиясь гарба порипує.</w:t>
      </w:r>
    </w:p>
    <w:p>
      <w:r>
        <w:br/>
        <w:t>Валує дим в жіночих зойках вгору,&lt;br /&gt;</w:t>
        <w:br/>
        <w:t>Дитячий лемент свердлисть небо й душу.&lt;br /&gt;</w:t>
        <w:br/>
        <w:t>Хто виліз по снопках на схилену комору,&lt;br /&gt;</w:t>
        <w:br/>
        <w:t>Хто на вершок на грушу —</w:t>
      </w:r>
    </w:p>
    <w:p>
      <w:r>
        <w:br/>
        <w:t>І дивляться туди,&lt;br /&gt;</w:t>
        <w:br/>
        <w:t>Де два ряди&lt;br /&gt;</w:t>
        <w:br/>
        <w:t>Стоять, схилившись для удару,&lt;br /&gt;</w:t>
        <w:br/>
        <w:t>В очах леліючи покару&lt;br /&gt;</w:t>
        <w:br/>
        <w:t>І лютий гнів&lt;br /&gt;</w:t>
        <w:br/>
        <w:t>На всіх царів.&lt;br /&gt;</w:t>
        <w:br/>
        <w:t>Один — жіночий ряд. Там покритки,&lt;br /&gt;</w:t>
        <w:br/>
        <w:t>Замучені, із безрозумним горем,&lt;br /&gt;</w:t>
        <w:br/>
        <w:t>Із випитим лицем, із поглядом суворим —&lt;br /&gt;</w:t>
        <w:br/>
        <w:t>Стоять і мнуть хустки.&lt;br /&gt;</w:t>
        <w:br/>
        <w:t>А другий ряд — катовані солдати.&lt;br /&gt;</w:t>
        <w:br/>
        <w:t>Забиті лозами, посаджені за ґрати.&lt;br /&gt;</w:t>
        <w:br/>
        <w:t>А серед них і кістяки, мерці&lt;br /&gt;</w:t>
        <w:br/>
        <w:t>Шпіцрутени тримають у руці,&lt;br /&gt;</w:t>
        <w:br/>
        <w:t>І козаки замучені, й казахи&lt;br /&gt;</w:t>
        <w:br/>
        <w:t>Похнюплені — орбіти без очей, —&lt;br /&gt;</w:t>
        <w:br/>
        <w:t>І вітер розвіває чорні лахи&lt;br /&gt;</w:t>
        <w:br/>
        <w:t>Над білими цурпалками плечей.&lt;br /&gt;</w:t>
        <w:br/>
        <w:t>Од заходу до сходу — два ряди.&lt;br /&gt;</w:t>
        <w:br/>
        <w:t>Вже крики звідусіль: "Пора — веди!"&lt;br /&gt;</w:t>
        <w:br/>
        <w:t>І він, Тарас, веде катів людських.&lt;br /&gt;</w:t>
        <w:br/>
        <w:t>Січуть шпіцрутени вельможні пишні спини,&lt;br /&gt;</w:t>
        <w:br/>
        <w:t>І так горлає їхній зойк невпинний,&lt;br /&gt;</w:t>
        <w:br/>
        <w:t>Щоб в майбутті він за віки не стих.&lt;br /&gt;</w:t>
        <w:br/>
        <w:t>Тарас веде Миколу, що його&lt;br /&gt;</w:t>
        <w:br/>
        <w:t>Хотів засипати казахськими пісками.&lt;br /&gt;</w:t>
        <w:br/>
        <w:t>На спині пещеній танцює вже вогонь,&lt;br /&gt;</w:t>
        <w:br/>
        <w:t>І Олександр Романов йде з братами.&lt;br /&gt;</w:t>
        <w:br/>
        <w:t>Їх святить гнів народів… Свист і свист.</w:t>
      </w:r>
    </w:p>
    <w:p>
      <w:r>
        <w:br/>
        <w:t>Він опритомнів у тяжкому горі:&lt;br /&gt;</w:t>
        <w:br/>
        <w:t>Це хуртовина бляхи білий лист&lt;br /&gt;</w:t>
        <w:br/>
        <w:t>Зірвала — грімкотить і цвьохкотить надворі,&lt;br /&gt;</w:t>
        <w:br/>
        <w:t>І гасне свічка, як його життя.&lt;br /&gt;</w:t>
        <w:br/>
        <w:t>Він другу світить. Тужно вітер свище.&lt;br /&gt;</w:t>
        <w:br/>
        <w:t>Даремно в шибку б’ється каяття.&lt;br /&gt;</w:t>
        <w:br/>
        <w:t>В душі стліває чорне попелище…</w:t>
      </w:r>
    </w:p>
    <w:p>
      <w:r>
        <w:br/>
        <w:t>4</w:t>
      </w:r>
    </w:p>
    <w:p>
      <w:r>
        <w:br/>
        <w:t>Д а л е к и й д і в о ч и й г о л о с</w:t>
      </w:r>
    </w:p>
    <w:p>
      <w:r>
        <w:br/>
        <w:t>Я тебе чекала роки й роки.&lt;br /&gt;</w:t>
        <w:br/>
        <w:t>Райдугу пускала з рукава.&lt;br /&gt;</w:t>
        <w:br/>
        <w:t>На твої задумані мороки,&lt;br /&gt;</w:t>
        <w:br/>
        <w:t>На твої огрозені слова.</w:t>
      </w:r>
    </w:p>
    <w:p>
      <w:r>
        <w:br/>
        <w:t>Я тебе в Закревській поманила,&lt;br /&gt;</w:t>
        <w:br/>
        <w:t>Я душею билась в Рєпніній,&lt;br /&gt;</w:t>
        <w:br/>
        <w:t>А в засланні крила розкрилила&lt;br /&gt;</w:t>
        <w:br/>
        <w:t>В Забаржаді, смуглій і тонкій.</w:t>
      </w:r>
    </w:p>
    <w:p>
      <w:r>
        <w:br/>
        <w:t>Ні мотиль-актриса Піунова,&lt;br /&gt;</w:t>
        <w:br/>
        <w:t>Ні Лікери голуба мана&lt;br /&gt;</w:t>
        <w:br/>
        <w:t>Цвітом не зронилися в грозову&lt;br /&gt;</w:t>
        <w:br/>
        <w:t>Душу вільну, збурену до дна.</w:t>
      </w:r>
    </w:p>
    <w:p>
      <w:r>
        <w:br/>
        <w:t>Я б тобі схилилася на груди,&lt;br /&gt;</w:t>
        <w:br/>
        <w:t>Замість терну розсівала б мак.&lt;br /&gt;</w:t>
        <w:br/>
        <w:t>Та мені зв’язали руки люди.&lt;br /&gt;</w:t>
        <w:br/>
        <w:t>"Хай страждає, — кажуть, — треба так.</w:t>
      </w:r>
    </w:p>
    <w:p>
      <w:r>
        <w:br/>
        <w:t>Хай у ньому сльози доспівають&lt;br /&gt;</w:t>
        <w:br/>
        <w:t>У ненависть, в покару, в вогні".&lt;br /&gt;</w:t>
        <w:br/>
        <w:t>І мене, знеславлену, пускають,&lt;br /&gt;</w:t>
        <w:br/>
        <w:t>Щоб ридали вірші по мені.</w:t>
      </w:r>
    </w:p>
    <w:p>
      <w:r>
        <w:br/>
        <w:t>Я — Оксана, вічна твоя рана,&lt;br /&gt;</w:t>
        <w:br/>
        <w:t>Журна вишня в золотих роях.&lt;br /&gt;</w:t>
        <w:br/>
        <w:t>Я твоя надія і омана.&lt;br /&gt;</w:t>
        <w:br/>
        <w:t>Іскра нероздмухана твоя.</w:t>
      </w:r>
    </w:p>
    <w:p>
      <w:r>
        <w:br/>
        <w:t>5</w:t>
      </w:r>
    </w:p>
    <w:p>
      <w:r>
        <w:br/>
        <w:t>Д р у г е м а р е н н я</w:t>
      </w:r>
    </w:p>
    <w:p>
      <w:r>
        <w:br/>
        <w:t>(З шибки впурхує в кімнату зграя горобців,&lt;br /&gt;</w:t>
        <w:br/>
        <w:t>всідається біля свічки, цвіринчить)</w:t>
      </w:r>
    </w:p>
    <w:p>
      <w:r>
        <w:br/>
        <w:t>Ми — українські горобці,&lt;br /&gt;</w:t>
        <w:br/>
        <w:t>Як оселедці, в нас чуби.&lt;br /&gt;</w:t>
        <w:br/>
        <w:t>Вкраїнський усміх на лиці,&lt;br /&gt;</w:t>
        <w:br/>
        <w:t>Вкраїнські писки і лоби,&lt;br /&gt;</w:t>
        <w:br/>
        <w:t>Що нам сипнуть, те ми клюєм,&lt;br /&gt;</w:t>
        <w:br/>
        <w:t>Чолом за ласку віддаєм.&lt;br /&gt;</w:t>
        <w:br/>
        <w:t>Цар нас шугнув, і ми — о, страх —&lt;br /&gt;</w:t>
        <w:br/>
        <w:t>Всі пурхнули по смітниках.&lt;br /&gt;</w:t>
        <w:br/>
        <w:t>То служимо в своїх панів,&lt;br /&gt;</w:t>
        <w:br/>
        <w:t>Як бог велів і цар велів.&lt;br /&gt;</w:t>
        <w:br/>
        <w:t>То мостимося до чужих&lt;br /&gt;</w:t>
        <w:br/>
        <w:t>І в урнах порядкуєм в них,&lt;br /&gt;</w:t>
        <w:br/>
        <w:t>А те, що Україна гола, —&lt;br /&gt;</w:t>
        <w:br/>
        <w:t>Нам соромно за наші вола,&lt;br /&gt;</w:t>
        <w:br/>
        <w:t>Ми обминаєм наш смітник —&lt;br /&gt;</w:t>
        <w:br/>
        <w:t>Вже одбуяв козацький вік,&lt;br /&gt;</w:t>
        <w:br/>
        <w:t>І ми не витвори льокальні.&lt;br /&gt;</w:t>
        <w:br/>
        <w:t>Ми навіть інтернаціональні.&lt;br /&gt;</w:t>
        <w:br/>
        <w:t>Бо як підійметься руїна&lt;br /&gt;</w:t>
        <w:br/>
        <w:t>Й зачервоніє Україна,&lt;br /&gt;</w:t>
        <w:br/>
        <w:t>То нам прийдеться утікати,&lt;br /&gt;</w:t>
        <w:br/>
        <w:t>Щоб крильця не пообпікати.&lt;br /&gt;</w:t>
        <w:br/>
        <w:t>А вдалині, на чужині,&lt;br /&gt;</w:t>
        <w:br/>
        <w:t>А чи в сусідськім бур'яні&lt;br /&gt;</w:t>
        <w:br/>
        <w:t>Ми розпережимось орлами…&lt;br /&gt;</w:t>
        <w:br/>
        <w:t>Цвірінь-цвірінь! Ти будеш з нами?&lt;br /&gt;</w:t>
        <w:br/>
        <w:t>Ти в нас дивись, бо спересердя&lt;br /&gt;</w:t>
        <w:br/>
        <w:t>Ми поклюєм твоє безсмертя…&lt;br /&gt;</w:t>
        <w:br/>
        <w:t>А то престол тобі зів'єм&lt;br /&gt;</w:t>
        <w:br/>
        <w:t>І епігонством тихо вб'єм,&lt;br /&gt;</w:t>
        <w:br/>
        <w:t>В труну твою, як ляжем спати,&lt;br /&gt;</w:t>
        <w:br/>
        <w:t>Ми рідної натрусим м'яти.&lt;br /&gt;</w:t>
        <w:br/>
        <w:t>Що ми свої (хай знає світ!),&lt;br /&gt;</w:t>
        <w:br/>
        <w:t>Цвірінькнем тихо "Заповіт"…&lt;br /&gt;</w:t>
        <w:br/>
        <w:t>Ти — вічний?</w:t>
      </w:r>
    </w:p>
    <w:p>
      <w:r>
        <w:br/>
        <w:t>Вічні ж ми, борці,</w:t>
      </w:r>
    </w:p>
    <w:p>
      <w:r>
        <w:br/>
        <w:t>Ми — всюдисущі горобці!</w:t>
      </w:r>
    </w:p>
    <w:p>
      <w:r>
        <w:br/>
        <w:t>6</w:t>
      </w:r>
    </w:p>
    <w:p>
      <w:r>
        <w:br/>
        <w:t>Т р е т є м а р е н н я</w:t>
      </w:r>
    </w:p>
    <w:p>
      <w:r>
        <w:br/>
        <w:t>Він лежить горілиць і не бачить нічого.&lt;br /&gt;</w:t>
        <w:br/>
        <w:t>Тільки з хрому халяви — глум гидкий, навісний.&lt;br /&gt;</w:t>
        <w:br/>
        <w:t>І підходить один, пружно виструнчив ногу,&lt;br /&gt;</w:t>
        <w:br/>
        <w:t>Став на груди поетові (чи це ява чи сни?),</w:t>
      </w:r>
    </w:p>
    <w:p>
      <w:r>
        <w:br/>
        <w:t>І пристукує, і гатить&lt;br /&gt;</w:t>
        <w:br/>
        <w:t>Каблуками кованими —&lt;br /&gt;</w:t>
        <w:br/>
        <w:t>Як би серце розірвати&lt;br /&gt;</w:t>
        <w:br/>
        <w:t>Гострими підковами.&lt;br /&gt;</w:t>
        <w:br/>
        <w:t>Гупотить, тупотить,&lt;br /&gt;</w:t>
        <w:br/>
        <w:t>Тисне, мне вичовгує.&lt;br /&gt;</w:t>
        <w:br/>
        <w:t>Злісний танець глупоти&lt;br /&gt;</w:t>
        <w:br/>
        <w:t>В піні вишумовує.&lt;br /&gt;</w:t>
        <w:br/>
        <w:t>Та по грудях, та по серцю,&lt;br /&gt;</w:t>
        <w:br/>
        <w:t>Та по тілі білому —&lt;br /&gt;</w:t>
        <w:br/>
        <w:t>Крики, лемент: "Підсип перцю!"&lt;br /&gt;</w:t>
        <w:br/>
        <w:t>В диму очамрілому&lt;br /&gt;</w:t>
        <w:br/>
        <w:t>Офіцери ходять колом,&lt;br /&gt;</w:t>
        <w:br/>
        <w:t>Оренбурзький ґарнізон —&lt;br /&gt;</w:t>
        <w:br/>
        <w:t>І, пробитий гострим болем,&lt;br /&gt;</w:t>
        <w:br/>
        <w:t>Захлинається прокльон.</w:t>
      </w:r>
    </w:p>
    <w:p>
      <w:r>
        <w:br/>
        <w:t>Він тужавіє мукою, биті груди розпростує,&lt;br /&gt;</w:t>
        <w:br/>
        <w:t>Рве сорочку скривавлену — і росте, і росте,&lt;br /&gt;</w:t>
        <w:br/>
        <w:t>І злітає мізерія золотою коростою,&lt;br /&gt;</w:t>
        <w:br/>
        <w:t>Збившись в закутки шинку, в павутиння густе.</w:t>
      </w:r>
    </w:p>
    <w:p>
      <w:r>
        <w:br/>
        <w:t>І малі йому зруби, дико валяться стіни,&lt;br /&gt;</w:t>
        <w:br/>
        <w:t>Дах злітає за вітром, та впину нема,&lt;br /&gt;</w:t>
        <w:br/>
        <w:t>І казарми тріщать од лежачої спини,&lt;br /&gt;</w:t>
        <w:br/>
        <w:t>З ляку в море пірнає пустеля німа.</w:t>
      </w:r>
    </w:p>
    <w:p>
      <w:r>
        <w:br/>
        <w:t>І не встати йому, мов прибитий навіки,&lt;br /&gt;</w:t>
        <w:br/>
        <w:t>Хоч під ним, наче хмиз, тріскотить Оренбурґ,&lt;br /&gt;</w:t>
        <w:br/>
        <w:t>Хоч здаються струмочками вигнуті ріки&lt;br /&gt;</w:t>
        <w:br/>
        <w:t>І дмушками дитячими посвисти бур.</w:t>
      </w:r>
    </w:p>
    <w:p>
      <w:r>
        <w:br/>
        <w:t>Він кричить з переляку, бо рука вже на полюсі&lt;br /&gt;</w:t>
        <w:br/>
        <w:t>Маца лисину льоду, а друга внизу&lt;br /&gt;</w:t>
        <w:br/>
        <w:t>Чорне море впізнала по козацькому голосі&lt;br /&gt;</w:t>
        <w:br/>
        <w:t>І так спрагло голубить подніпрову лозу.</w:t>
      </w:r>
    </w:p>
    <w:p>
      <w:r>
        <w:br/>
        <w:t>Голова в Петербурґ вже уперлась — і звідти&lt;br /&gt;</w:t>
        <w:br/>
        <w:t>Сунуть армії, прямо по ньому гудуть.&lt;br /&gt;</w:t>
        <w:br/>
        <w:t>І танцює імперія, і гудуть динаміти,&lt;br /&gt;</w:t>
        <w:br/>
        <w:t>Щоб добратись до серця, в поетову лють.</w:t>
      </w:r>
    </w:p>
    <w:p>
      <w:r>
        <w:br/>
        <w:t>А над серцем гопака&lt;br /&gt;</w:t>
        <w:br/>
        <w:t>Панство з України&lt;br /&gt;</w:t>
        <w:br/>
        <w:t>У червоних чобітках&lt;br /&gt;</w:t>
        <w:br/>
        <w:t>Пробива до спини.&lt;br /&gt;</w:t>
        <w:br/>
        <w:t>Дави свого, слава Богу,&lt;br /&gt;</w:t>
        <w:br/>
        <w:t>Щоб чужий боявся,&lt;br /&gt;</w:t>
        <w:br/>
        <w:t>Щоб іти в таку дорогу&lt;br /&gt;</w:t>
        <w:br/>
        <w:t>І не замірявся.&lt;br /&gt;</w:t>
        <w:br/>
        <w:t>Гоп-гоп гопака&lt;br /&gt;</w:t>
        <w:br/>
        <w:t>У червоних чобітках,&lt;br /&gt;</w:t>
        <w:br/>
        <w:t>У киреях вишневих,&lt;br /&gt;</w:t>
        <w:br/>
        <w:t>У шапочках смушевих…</w:t>
      </w:r>
    </w:p>
    <w:p>
      <w:r>
        <w:br/>
        <w:t>Він лежить горілиць. Гасне свічка поволі.&lt;br /&gt;</w:t>
        <w:br/>
        <w:t>Люто груди печуть, та нікого нема,&lt;br /&gt;</w:t>
        <w:br/>
        <w:t>І летять на Вкраїну незагоєні болі,&lt;br /&gt;</w:t>
        <w:br/>
        <w:t>Зупиняють їх ґрати, бо вітчизна — тюрма…</w:t>
      </w:r>
    </w:p>
    <w:p>
      <w:r>
        <w:br/>
        <w:t>7</w:t>
      </w:r>
    </w:p>
    <w:p>
      <w:r>
        <w:br/>
        <w:t>Г о л о с і н н я м а т е р і У к р а ї н и</w:t>
      </w:r>
    </w:p>
    <w:p>
      <w:r>
        <w:br/>
        <w:t>Та до кого ж я літатиму,&lt;br /&gt;</w:t>
        <w:br/>
        <w:t>Кому в очі заглядамиту.&lt;br /&gt;</w:t>
        <w:br/>
        <w:t>Кому квіти-самоцвіти&lt;br /&gt;</w:t>
        <w:br/>
        <w:t>По долинах розстилатиму?&lt;br /&gt;</w:t>
        <w:br/>
        <w:t>Відкіль тебе ж викликати?&lt;br /&gt;</w:t>
        <w:br/>
        <w:t>Чи то з рути? Чи то з м’яти?&lt;br /&gt;</w:t>
        <w:br/>
        <w:t>Чи з глибокої могили,&lt;br /&gt;</w:t>
        <w:br/>
        <w:t>Де барвінки хрест обвили?&lt;br /&gt;</w:t>
        <w:br/>
        <w:t>Які столи застилати,&lt;br /&gt;</w:t>
        <w:br/>
        <w:t>Повні чари наливати?&lt;br /&gt;</w:t>
        <w:br/>
        <w:t>Та й налити, пригубити,&lt;br /&gt;</w:t>
        <w:br/>
        <w:t>З хрестом цокнутись і пити?..&lt;br /&gt;</w:t>
        <w:br/>
        <w:t>Як же тебе шанувати —&lt;br /&gt;</w:t>
        <w:br/>
        <w:t>Цвіт вишневий обсипати,&lt;br /&gt;</w:t>
        <w:br/>
        <w:t>А чи жовтий лист кленовий&lt;br /&gt;</w:t>
        <w:br/>
        <w:t>На віночок твій терновий?..</w:t>
      </w:r>
    </w:p>
    <w:p>
      <w:r>
        <w:br/>
        <w:t>Друга частина</w:t>
      </w:r>
    </w:p>
    <w:p>
      <w:r>
        <w:br/>
        <w:t>Вишневий вітер&lt;br /&gt;</w:t>
        <w:br/>
        <w:t>Вишневий цвіт&lt;br /&gt;</w:t>
        <w:br/>
        <w:t>З вишневих віт&lt;br /&gt;</w:t>
        <w:br/>
        <w:t>Вишневий вітер&lt;br /&gt;</w:t>
        <w:br/>
        <w:t>Звіває з віт…</w:t>
      </w:r>
    </w:p>
    <w:p>
      <w:r>
        <w:br/>
        <w:t>Йому стелилася дорога незвичайна —&lt;br /&gt;</w:t>
        <w:br/>
        <w:t>Єдина у житті і в смерті теж єдина,&lt;br /&gt;</w:t>
        <w:br/>
        <w:t>Крізь всі віки, загорнуті у смуток,&lt;br /&gt;</w:t>
        <w:br/>
        <w:t>Крізь всі народи, сиві і весняні, —&lt;br /&gt;</w:t>
        <w:br/>
        <w:t>Кругом Землі йти на плечах братів.</w:t>
      </w:r>
    </w:p>
    <w:p>
      <w:r>
        <w:br/>
        <w:t>І до труни з кленового безсмертя&lt;br /&gt;</w:t>
        <w:br/>
        <w:t>Шекспір підходив з глибини століть&lt;br /&gt;</w:t>
        <w:br/>
        <w:t>І, чорний плащ відкинувши рукою&lt;br /&gt;</w:t>
        <w:br/>
        <w:t>(На грудях заряхтіли діяманти,&lt;br /&gt;</w:t>
        <w:br/>
        <w:t>Мов зорі на небесному чолі),&lt;br /&gt;</w:t>
        <w:br/>
        <w:t>Схилився до землі, поцілував у лоб —&lt;br /&gt;</w:t>
        <w:br/>
        <w:t>Війнулося волосся над труною.&lt;br /&gt;</w:t>
        <w:br/>
        <w:t>Застиг в мовчанні, вічний, як життя.</w:t>
      </w:r>
    </w:p>
    <w:p>
      <w:r>
        <w:br/>
        <w:t>Війнуло подихом насичених терзань —&lt;br /&gt;</w:t>
        <w:br/>
        <w:t>Рішуче звівся буряний Бетговен.&lt;br /&gt;</w:t>
        <w:br/>
        <w:t>Левиний чуб із чорних блискавок&lt;br /&gt;</w:t>
        <w:br/>
        <w:t>Упав на груди вогняного брата —&lt;br /&gt;</w:t>
        <w:br/>
        <w:t>Вислухував громи в Тарасовій душі.</w:t>
      </w:r>
    </w:p>
    <w:p>
      <w:r>
        <w:br/>
        <w:t>Стрункий, і чистий, і легкий, мов птах,&lt;br /&gt;</w:t>
        <w:br/>
        <w:t>В вустах затисши білий цвіт черешні,&lt;br /&gt;</w:t>
        <w:br/>
        <w:t>Плив на вітрах чорногарячий Пушкін.&lt;br /&gt;</w:t>
        <w:br/>
        <w:t>І полилось волосся кучеряве&lt;br /&gt;</w:t>
        <w:br/>
        <w:t>На мудрі руки сивого борця.</w:t>
      </w:r>
    </w:p>
    <w:p>
      <w:r>
        <w:br/>
        <w:t>І скинув Ґойя вороний циліндр.&lt;br /&gt;</w:t>
        <w:br/>
        <w:t>Поставу згорблену ніс крізь тривожні хмари&lt;br /&gt;</w:t>
        <w:br/>
        <w:t>З совою на широкому плечі.&lt;br /&gt;</w:t>
        <w:br/>
        <w:t>У кожного руках пов’язаний хустиною&lt;br /&gt;</w:t>
        <w:br/>
        <w:t>З яскравим українським вишиттям.&lt;br /&gt;</w:t>
        <w:br/>
        <w:t>Взяли на плечі дорогу труну.</w:t>
      </w:r>
    </w:p>
    <w:p>
      <w:r>
        <w:br/>
        <w:t>Вишневий цвіт&lt;br /&gt;</w:t>
        <w:br/>
        <w:t>З вишневих віт&lt;br /&gt;</w:t>
        <w:br/>
        <w:t>Вишневий вітер&lt;br /&gt;</w:t>
        <w:br/>
        <w:t>Звіває з віт.</w:t>
      </w:r>
    </w:p>
    <w:p>
      <w:r>
        <w:br/>
        <w:t>І замість свічки палахтіло сонце</w:t>
      </w:r>
    </w:p>
    <w:p>
      <w:r>
        <w:br/>
        <w:t>Вишневий плід&lt;br /&gt;</w:t>
        <w:br/>
        <w:t>Здивує світ,&lt;br /&gt;</w:t>
        <w:br/>
        <w:t>Всміхнеться сонцю&lt;br /&gt;</w:t>
        <w:br/>
        <w:t>На крилах віт</w:t>
      </w:r>
    </w:p>
    <w:p>
      <w:r>
        <w:br/>
        <w:t>В Тарасових натруджених руках.</w:t>
      </w:r>
    </w:p>
    <w:p>
      <w:r>
        <w:br/>
        <w:t>І доки світ&lt;br /&gt;</w:t>
        <w:br/>
        <w:t>У плині літ —&lt;br /&gt;</w:t>
        <w:br/>
        <w:t>Вишневий вітер.&lt;br /&gt;</w:t>
        <w:br/>
        <w:t>Вишневий цвіт.</w:t>
      </w:r>
    </w:p>
    <w:p>
      <w:r>
        <w:br/>
        <w:t>У кругосвітній похорон пішли,&lt;br /&gt;</w:t>
        <w:br/>
        <w:t>Щоб зупинитись на горі Чернечій,&lt;br /&gt;</w:t>
        <w:br/>
        <w:t>Йшла вперше Україна по дорозі&lt;br /&gt;</w:t>
        <w:br/>
        <w:t>У глибину епох і вічних зльотів —&lt;br /&gt;</w:t>
        <w:br/>
        <w:t>Йшла за труною сина і пророка.&lt;br /&gt;</w:t>
        <w:br/>
        <w:t>За нею по безсмертному шляху&lt;br /&gt;</w:t>
        <w:br/>
        <w:t>Ішли хохли, русини, малороси,&lt;br /&gt;</w:t>
        <w:br/>
        <w:t>Щоб зватись українцями віднині.</w:t>
      </w:r>
    </w:p>
    <w:p>
      <w:r>
        <w:br/>
        <w:t>Вишневий цвіт&lt;br /&gt;</w:t>
        <w:br/>
        <w:t>З вишневих віт&lt;br /&gt;</w:t>
        <w:br/>
        <w:t>Вишневий вітер&lt;br /&gt;</w:t>
        <w:br/>
        <w:t>Зриває з віт.</w:t>
      </w:r>
    </w:p>
    <w:p>
      <w:r>
        <w:br/>
        <w:t>І розступалися народи перед нами.&lt;br /&gt;</w:t>
        <w:br/>
        <w:t>Вітри носили шепоти на крилах.&lt;br /&gt;</w:t>
        <w:br/>
        <w:t>Питав Париж Варшаву: хто це? Хто?&lt;br /&gt;</w:t>
        <w:br/>
        <w:t>Літали ластівки й снували за собою&lt;br /&gt;</w:t>
        <w:br/>
        <w:t>Години й дні, журбою перевиті.&lt;br /&gt;</w:t>
        <w:br/>
        <w:t>А з куполу захмарених небес&lt;br /&gt;</w:t>
        <w:br/>
        <w:t>Глибинний реквієм схилявся до Землі&lt;br /&gt;</w:t>
        <w:br/>
        <w:t>І очі смутку зазирали в душу —&lt;br /&gt;</w:t>
        <w:br/>
        <w:t>Йшла Україна в глибину століть.</w:t>
      </w:r>
    </w:p>
    <w:p>
      <w:r>
        <w:br/>
        <w:t>Вишневий плід&lt;br /&gt;</w:t>
        <w:br/>
        <w:t>Здивує світ,&lt;br /&gt;</w:t>
        <w:br/>
        <w:t>Всміхнеться сонцю&lt;br /&gt;</w:t>
        <w:br/>
        <w:t>На крилах віт.</w:t>
      </w:r>
    </w:p>
    <w:p>
      <w:r>
        <w:br/>
        <w:t>Вишнева весняна пора.&lt;br /&gt;</w:t>
        <w:br/>
        <w:t>Летять стежини до Дніпра,&lt;br /&gt;</w:t>
        <w:br/>
        <w:t>Летять хмарки, летять дороги,&lt;br /&gt;</w:t>
        <w:br/>
        <w:t>Зібгавши куряву під ноги.&lt;br /&gt;</w:t>
        <w:br/>
        <w:t>Летять студенти і монахи,&lt;br /&gt;</w:t>
        <w:br/>
        <w:t>Летять мундири і папахи,&lt;br /&gt;</w:t>
        <w:br/>
        <w:t>Летять солом’яні брилі,&lt;br /&gt;</w:t>
        <w:br/>
        <w:t>Летять кленові костилі,&lt;br /&gt;</w:t>
        <w:br/>
        <w:t>Летять берлини і підводи,&lt;br /&gt;</w:t>
        <w:br/>
        <w:t>Летять віки. Летять народи.&lt;br /&gt;</w:t>
        <w:br/>
        <w:t>Вишневий вітер на Землі.&lt;br /&gt;</w:t>
        <w:br/>
        <w:t>Вишневі думи на чолі.</w:t>
      </w:r>
    </w:p>
    <w:p>
      <w:r>
        <w:br/>
        <w:t>І доки світ&lt;br /&gt;</w:t>
        <w:br/>
        <w:t>У плині літ —&lt;br /&gt;</w:t>
        <w:br/>
        <w:t>Вишневий вітер,&lt;br /&gt;</w:t>
        <w:br/>
        <w:t>Вишневий цвіт.</w:t>
      </w:r>
    </w:p>
    <w:p>
      <w:r>
        <w:br/>
        <w:t>("Вітчизна", ч.3, 1962)</w:t>
      </w:r>
    </w:p>
    <w:p>
      <w:r>
        <w:br/>
        <w:t>Джерело: Іван Кошелівець. Панорама найновішої літератури УРСР. Видавництво "Пролог", Мюнхен, 1963.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Шевченка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