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("У всякого своя доля...")</w:t>
      </w:r>
    </w:p>
    <w:p>
      <w:r>
        <w:br/>
        <w:t xml:space="preserve"> Комедія</w:t>
      </w:r>
    </w:p>
    <w:p>
      <w:r>
        <w:br/>
        <w:t>Дух истины, его же мир не может прияти,&lt;br /&gt;</w:t>
        <w:br/>
        <w:t>яко не видит его, ниже знает его.&lt;br /&gt;</w:t>
        <w:br/>
        <w:t>Иоанна глава 14, стих 17</w:t>
      </w:r>
    </w:p>
    <w:p>
      <w:r>
        <w:br/>
        <w:t>У всякого своя доля&lt;br /&gt;</w:t>
        <w:br/>
        <w:t>І свій шлях широкий:&lt;br /&gt;</w:t>
        <w:br/>
        <w:t>Той мурує, той руйнує,&lt;br /&gt;</w:t>
        <w:br/>
        <w:t>Той неситим оком&lt;br /&gt;</w:t>
        <w:br/>
        <w:t>За край світа зазирає,&lt;br /&gt;</w:t>
        <w:br/>
        <w:t>Чи нема країни,&lt;br /&gt;</w:t>
        <w:br/>
        <w:t>Щоб загарбать і з собою&lt;br /&gt;</w:t>
        <w:br/>
        <w:t>Взять у домовину.&lt;br /&gt;</w:t>
        <w:br/>
        <w:t>Той тузами обирає&lt;br /&gt;</w:t>
        <w:br/>
        <w:t>Свата в його хаті,&lt;br /&gt;</w:t>
        <w:br/>
        <w:t>А той нишком у куточку&lt;br /&gt;</w:t>
        <w:br/>
        <w:t>Гострить ніж на брата.&lt;br /&gt;</w:t>
        <w:br/>
        <w:t>А той, тихий та тверезий,&lt;br /&gt;</w:t>
        <w:br/>
        <w:t>Богобоязливий,&lt;br /&gt;</w:t>
        <w:br/>
        <w:t>Як кішечка, підкрадеться,&lt;br /&gt;</w:t>
        <w:br/>
        <w:t>Вижде нещасливий&lt;br /&gt;</w:t>
        <w:br/>
        <w:t>У тебе час та й запустить&lt;br /&gt;</w:t>
        <w:br/>
        <w:t>Пазурі в печінки,&lt;br /&gt;</w:t>
        <w:br/>
        <w:t>І не благай: не вимолять&lt;br /&gt;</w:t>
        <w:br/>
        <w:t>Ні діти, ні жінка.&lt;br /&gt;</w:t>
        <w:br/>
        <w:t>А той, щедрий та розкошний,&lt;br /&gt;</w:t>
        <w:br/>
        <w:t>Все храми мурує;&lt;br /&gt;</w:t>
        <w:br/>
        <w:t>Та отечество так любить,&lt;br /&gt;</w:t>
        <w:br/>
        <w:t>Так за ним бідкує,&lt;br /&gt;</w:t>
        <w:br/>
        <w:t>Так із його, сердешного,&lt;br /&gt;</w:t>
        <w:br/>
        <w:t>Кров, як воду, точить!..&lt;br /&gt;</w:t>
        <w:br/>
        <w:t>А братія мовчить собі,&lt;br /&gt;</w:t>
        <w:br/>
        <w:t>Витріщивши очі!&lt;br /&gt;</w:t>
        <w:br/>
        <w:t>Як ягнята; "Нехай,— каже,&lt;br /&gt;</w:t>
        <w:br/>
        <w:t>Може, так і треба".&lt;br /&gt;</w:t>
        <w:br/>
        <w:t>Так і треба! бо немає&lt;br /&gt;</w:t>
        <w:br/>
        <w:t>Господа на небі!&lt;br /&gt;</w:t>
        <w:br/>
        <w:t>А ви в ярмі падаєте&lt;br /&gt;</w:t>
        <w:br/>
        <w:t>Та якогось раю&lt;br /&gt;</w:t>
        <w:br/>
        <w:t>На тім світі благаєте?&lt;br /&gt;</w:t>
        <w:br/>
        <w:t>Немає! немає!&lt;br /&gt;</w:t>
        <w:br/>
        <w:t>Шкода й праці. Схаменіться:&lt;br /&gt;</w:t>
        <w:br/>
        <w:t>Усі на сім світі —&lt;br /&gt;</w:t>
        <w:br/>
        <w:t>І царята і старчата — Адамові діти.&lt;br /&gt;</w:t>
        <w:br/>
        <w:t>І той… і той… а що ж то я?!&lt;br /&gt;</w:t>
        <w:br/>
        <w:t>Ось що, добрі люди:&lt;br /&gt;</w:t>
        <w:br/>
        <w:t>Я гуляю, бенкетую&lt;br /&gt;</w:t>
        <w:br/>
        <w:t>В неділю і в будень.&lt;br /&gt;</w:t>
        <w:br/>
        <w:t>А вам нудно! жалкуєте!&lt;br /&gt;</w:t>
        <w:br/>
        <w:t>Єй-богу, не чую,&lt;br /&gt;</w:t>
        <w:br/>
        <w:t>І не кричіть! Я свою п'ю,&lt;br /&gt;</w:t>
        <w:br/>
        <w:t>А не кров людськую!&lt;br /&gt;</w:t>
        <w:br/>
        <w:t>Отак, ідучи попідтинню&lt;br /&gt;</w:t>
        <w:br/>
        <w:t>З бенкету п'яний уночі,&lt;br /&gt;</w:t>
        <w:br/>
        <w:t>Я міркував собі йдучи,&lt;br /&gt;</w:t>
        <w:br/>
        <w:t>Поки доплентавсь до хатини.&lt;br /&gt;</w:t>
        <w:br/>
        <w:t>А в мене діти не кричать&lt;br /&gt;</w:t>
        <w:br/>
        <w:t>І жінка не лає,&lt;br /&gt;</w:t>
        <w:br/>
        <w:t>Тихо, як у раї,&lt;br /&gt;</w:t>
        <w:br/>
        <w:t>Усюди божа благодать —&lt;br /&gt;</w:t>
        <w:br/>
        <w:t>І в серці, і в хаті.&lt;br /&gt;</w:t>
        <w:br/>
        <w:t>Отож я ліг спати.&lt;br /&gt;</w:t>
        <w:br/>
        <w:t>А вже підпилий як засне,&lt;br /&gt;</w:t>
        <w:br/>
        <w:t>То хоч коти гармати,&lt;br /&gt;</w:t>
        <w:br/>
        <w:t>І усом не моргне.&lt;br /&gt;</w:t>
        <w:br/>
        <w:t>Та й сон же, сон, напричуд дивний,&lt;br /&gt;</w:t>
        <w:br/>
        <w:t>Мені приснився —&lt;br /&gt;</w:t>
        <w:br/>
        <w:t>Найтверезіший би упився,&lt;br /&gt;</w:t>
        <w:br/>
        <w:t>Скупий жидюга дав би гривню,&lt;br /&gt;</w:t>
        <w:br/>
        <w:t>Щоб позирнуть на ті дива.&lt;br /&gt;</w:t>
        <w:br/>
        <w:t>Та чорта з два!&lt;br /&gt;</w:t>
        <w:br/>
        <w:t>Дивлюся: так буцім сова&lt;br /&gt;</w:t>
        <w:br/>
        <w:t>Летить лугами, берегами, та нетрями,&lt;br /&gt;</w:t>
        <w:br/>
        <w:t>Та глибокими ярами,&lt;br /&gt;</w:t>
        <w:br/>
        <w:t>Та широкими степами,&lt;br /&gt;</w:t>
        <w:br/>
        <w:t>Та байраками.&lt;br /&gt;</w:t>
        <w:br/>
        <w:t>А я за нею, та за нею,&lt;br /&gt;</w:t>
        <w:br/>
        <w:t>Лечу й прощаюся з землею:&lt;br /&gt;</w:t>
        <w:br/>
        <w:t>"Прощай, світе, прощай, земле,&lt;br /&gt;</w:t>
        <w:br/>
        <w:t>Неприязний краю,&lt;br /&gt;</w:t>
        <w:br/>
        <w:t>Мої муки, мої люті&lt;br /&gt;</w:t>
        <w:br/>
        <w:t>В хмарі заховаю.&lt;br /&gt;</w:t>
        <w:br/>
        <w:t>А ти, моя Україно,&lt;br /&gt;</w:t>
        <w:br/>
        <w:t>Безталанна вдово,&lt;br /&gt;</w:t>
        <w:br/>
        <w:t>Я до тебе літатиму&lt;br /&gt;</w:t>
        <w:br/>
        <w:t>З хмари на розмову.&lt;br /&gt;</w:t>
        <w:br/>
        <w:t>На розмову тихо-сумну,&lt;br /&gt;</w:t>
        <w:br/>
        <w:t>На раду з тобою;&lt;br /&gt;</w:t>
        <w:br/>
        <w:t>Опівночі падатиму&lt;br /&gt;</w:t>
        <w:br/>
        <w:t>Рясною росою.&lt;br /&gt;</w:t>
        <w:br/>
        <w:t>Порадимось, посумуєм,&lt;br /&gt;</w:t>
        <w:br/>
        <w:t>Поки сонце встане;&lt;br /&gt;</w:t>
        <w:br/>
        <w:t>Поки твої малі діти&lt;br /&gt;</w:t>
        <w:br/>
        <w:t>На ворога стануть.&lt;br /&gt;</w:t>
        <w:br/>
        <w:t>Прощай же ти, моя нене,&lt;br /&gt;</w:t>
        <w:br/>
        <w:t>Удово небого,&lt;br /&gt;</w:t>
        <w:br/>
        <w:t>Годуй діток; жива правда&lt;br /&gt;</w:t>
        <w:br/>
        <w:t>У господа бога!"&lt;br /&gt;</w:t>
        <w:br/>
        <w:t>Летим. Дивлюся, аж світає,&lt;br /&gt;</w:t>
        <w:br/>
        <w:t>Край неба палає,&lt;br /&gt;</w:t>
        <w:br/>
        <w:t>Соловейко в темнім гаї&lt;br /&gt;</w:t>
        <w:br/>
        <w:t>Сонце зустрічає.&lt;br /&gt;</w:t>
        <w:br/>
        <w:t>Тихесенько вітер віє,&lt;br /&gt;</w:t>
        <w:br/>
        <w:t>Степи, лани мріють,&lt;br /&gt;</w:t>
        <w:br/>
        <w:t>Меж ярами над ставами&lt;br /&gt;</w:t>
        <w:br/>
        <w:t>Верби зеленіють.&lt;br /&gt;</w:t>
        <w:br/>
        <w:t>Сади рясні похилились,&lt;br /&gt;</w:t>
        <w:br/>
        <w:t>Тополі по волі&lt;br /&gt;</w:t>
        <w:br/>
        <w:t>Стоять собі, мов сторожа,&lt;br /&gt;</w:t>
        <w:br/>
        <w:t>Розмовляють з полем.&lt;br /&gt;</w:t>
        <w:br/>
        <w:t>І все то те, вся країна,&lt;br /&gt;</w:t>
        <w:br/>
        <w:t>Повита красою,&lt;br /&gt;</w:t>
        <w:br/>
        <w:t>Зеленіє, вмивається&lt;br /&gt;</w:t>
        <w:br/>
        <w:t>Дрібною росою,&lt;br /&gt;</w:t>
        <w:br/>
        <w:t>Споконвіку вмивається,&lt;br /&gt;</w:t>
        <w:br/>
        <w:t>Сонце зустрічає…&lt;br /&gt;</w:t>
        <w:br/>
        <w:t>І нема тому почину,&lt;br /&gt;</w:t>
        <w:br/>
        <w:t>І краю немає!&lt;br /&gt;</w:t>
        <w:br/>
        <w:t>Ніхто його не додбає&lt;br /&gt;</w:t>
        <w:br/>
        <w:t>І не розруйнує…&lt;br /&gt;</w:t>
        <w:br/>
        <w:t>І все то те… Душе моя,&lt;br /&gt;</w:t>
        <w:br/>
        <w:t>Чого ти сумуєш?&lt;br /&gt;</w:t>
        <w:br/>
        <w:t>Душе моя убогая,&lt;br /&gt;</w:t>
        <w:br/>
        <w:t>Чого марне плачеш,&lt;br /&gt;</w:t>
        <w:br/>
        <w:t>Чого тобі шкода? хіба ти не бачиш,&lt;br /&gt;</w:t>
        <w:br/>
        <w:t>Хіба ти не чуєш людського плачу?&lt;br /&gt;</w:t>
        <w:br/>
        <w:t>То глянь, подивися; а я полечу&lt;br /&gt;</w:t>
        <w:br/>
        <w:t>Високо, високо за синії хмари;&lt;br /&gt;</w:t>
        <w:br/>
        <w:t>Немає там власті, немає там кари,&lt;br /&gt;</w:t>
        <w:br/>
        <w:t>Там сміху людського і плачу не чуть.&lt;br /&gt;</w:t>
        <w:br/>
        <w:t>Он глянь,— у тім раї, що ти покидаєш,&lt;br /&gt;</w:t>
        <w:br/>
        <w:t>Латану свитину з каліки знімають,&lt;br /&gt;</w:t>
        <w:br/>
        <w:t>З шкурою знімають, бо нічим обуть&lt;br /&gt;</w:t>
        <w:br/>
        <w:t>Княжат недорослих; а он розпинають&lt;br /&gt;</w:t>
        <w:br/>
        <w:t>Вдову за подушне, а сина кують,&lt;br /&gt;</w:t>
        <w:br/>
        <w:t>Єдиного сина, єдину дитину,&lt;br /&gt;</w:t>
        <w:br/>
        <w:t>Єдину надію! в військо оддають!&lt;br /&gt;</w:t>
        <w:br/>
        <w:t>Бо його, бач, трохи! а онде під тином&lt;br /&gt;</w:t>
        <w:br/>
        <w:t>Опухла дитина, голоднеє мре,&lt;br /&gt;</w:t>
        <w:br/>
        <w:t>А мати пшеницю на панщині жне.&lt;br /&gt;</w:t>
        <w:br/>
        <w:t>А он бачиш? очі! очі!&lt;br /&gt;</w:t>
        <w:br/>
        <w:t>Нащо ви здалися,&lt;br /&gt;</w:t>
        <w:br/>
        <w:t>Чом ви змалку не висохли,&lt;br /&gt;</w:t>
        <w:br/>
        <w:t>Слізьми не злилися?&lt;br /&gt;</w:t>
        <w:br/>
        <w:t>То покритка, попідтинню&lt;br /&gt;</w:t>
        <w:br/>
        <w:t>З байстрям шкандибає,&lt;br /&gt;</w:t>
        <w:br/>
        <w:t>Батько й мати одцурались,&lt;br /&gt;</w:t>
        <w:br/>
        <w:t>Й чужі не приймають!&lt;br /&gt;</w:t>
        <w:br/>
        <w:t>Старці навіть цураються!!&lt;br /&gt;</w:t>
        <w:br/>
        <w:t>А панич не знає,&lt;br /&gt;</w:t>
        <w:br/>
        <w:t>З двадцятою, недоліток,&lt;br /&gt;</w:t>
        <w:br/>
        <w:t>Душі пропиває!&lt;br /&gt;</w:t>
        <w:br/>
        <w:t>Чи бог бачить із-за хмари&lt;br /&gt;</w:t>
        <w:br/>
        <w:t>Наші сльози, горе?&lt;br /&gt;</w:t>
        <w:br/>
        <w:t>Може, й бачить, та помага,&lt;br /&gt;</w:t>
        <w:br/>
        <w:t>Як і оті гори&lt;br /&gt;</w:t>
        <w:br/>
        <w:t>Предковічні, що политі&lt;br /&gt;</w:t>
        <w:br/>
        <w:t>Кровію людською!..&lt;br /&gt;</w:t>
        <w:br/>
        <w:t>Душе моя убогая!&lt;br /&gt;</w:t>
        <w:br/>
        <w:t>Лишенько з тобою.&lt;br /&gt;</w:t>
        <w:br/>
        <w:t>Уп'ємося отрутою,&lt;br /&gt;</w:t>
        <w:br/>
        <w:t>В кризі ляжем спати,&lt;br /&gt;</w:t>
        <w:br/>
        <w:t>Пошлем думу аж до бога:&lt;br /&gt;</w:t>
        <w:br/>
        <w:t>Його розпитати,&lt;br /&gt;</w:t>
        <w:br/>
        <w:t>Чи довго ще на сім світі&lt;br /&gt;</w:t>
        <w:br/>
        <w:t>Катам панувати??&lt;br /&gt;</w:t>
        <w:br/>
        <w:t>Лети ж, моя думо, моя люта муко,&lt;br /&gt;</w:t>
        <w:br/>
        <w:t>Забери з собою всі лиха, всі зла,&lt;br /&gt;</w:t>
        <w:br/>
        <w:t>Своє товариство — ти з ними росла,&lt;br /&gt;</w:t>
        <w:br/>
        <w:t>Ти з ними кохалась, їх тяжкії руки&lt;br /&gt;</w:t>
        <w:br/>
        <w:t>Тебе повивали. Бери ж їх, лети&lt;br /&gt;</w:t>
        <w:br/>
        <w:t>Та по всьому небу орду розпусти.&lt;br /&gt;</w:t>
        <w:br/>
        <w:t>Нехай чорніє, червоніє,&lt;br /&gt;</w:t>
        <w:br/>
        <w:t>Полум'ям повіє,&lt;br /&gt;</w:t>
        <w:br/>
        <w:t>Нехай знову рига змії,&lt;br /&gt;</w:t>
        <w:br/>
        <w:t>Трупом землю криє.&lt;br /&gt;</w:t>
        <w:br/>
        <w:t>А без тебе я де-небудь&lt;br /&gt;</w:t>
        <w:br/>
        <w:t>Серце заховаю&lt;br /&gt;</w:t>
        <w:br/>
        <w:t>Та тим часом пошукаю&lt;br /&gt;</w:t>
        <w:br/>
        <w:t>На край світа раю.&lt;br /&gt;</w:t>
        <w:br/>
        <w:t>І знов лечу понад землею,&lt;br /&gt;</w:t>
        <w:br/>
        <w:t>І знов прощаюся я з нею.&lt;br /&gt;</w:t>
        <w:br/>
        <w:t>Тяжко матір покидати&lt;br /&gt;</w:t>
        <w:br/>
        <w:t>У безверхій хаті.&lt;br /&gt;</w:t>
        <w:br/>
        <w:t>А ще гірше дивитися&lt;br /&gt;</w:t>
        <w:br/>
        <w:t>На сльози та лати.&lt;br /&gt;</w:t>
        <w:br/>
        <w:t>Лечу, лечу, а вітер віє,&lt;br /&gt;</w:t>
        <w:br/>
        <w:t>Передо мною сніг біліє,&lt;br /&gt;</w:t>
        <w:br/>
        <w:t>Кругам бори та болота,&lt;br /&gt;</w:t>
        <w:br/>
        <w:t>Туман, туман і пустота.&lt;br /&gt;</w:t>
        <w:br/>
        <w:t>Людей не чуть, не знать і сліду&lt;br /&gt;</w:t>
        <w:br/>
        <w:t>Людської страшної ноги.&lt;br /&gt;</w:t>
        <w:br/>
        <w:t>І вороги й не вороги,&lt;br /&gt;</w:t>
        <w:br/>
        <w:t>Прощайте, в гості не приїду!&lt;br /&gt;</w:t>
        <w:br/>
        <w:t>Упивайтесь, бенкетуйте —&lt;br /&gt;</w:t>
        <w:br/>
        <w:t>Я вже не почую,&lt;br /&gt;</w:t>
        <w:br/>
        <w:t>Один собі навік-віки&lt;br /&gt;</w:t>
        <w:br/>
        <w:t>В снігу заночую.&lt;br /&gt;</w:t>
        <w:br/>
        <w:t>І поки ви дознаєтесь,&lt;br /&gt;</w:t>
        <w:br/>
        <w:t>Що ще є країна,&lt;br /&gt;</w:t>
        <w:br/>
        <w:t>Не полита сльозьми, кров'ю,&lt;br /&gt;</w:t>
        <w:br/>
        <w:t>То я одпочину.&lt;br /&gt;</w:t>
        <w:br/>
        <w:t>Одпочину… аж слухаю —&lt;br /&gt;</w:t>
        <w:br/>
        <w:t>Загули кайдани&lt;br /&gt;</w:t>
        <w:br/>
        <w:t>Під землею… Подивлюся…&lt;br /&gt;</w:t>
        <w:br/>
        <w:t>О, люде поганий!&lt;br /&gt;</w:t>
        <w:br/>
        <w:t>Де ти взявся? що ти робиш?&lt;br /&gt;</w:t>
        <w:br/>
        <w:t>Чого ти шукаєш&lt;br /&gt;</w:t>
        <w:br/>
        <w:t>Під землею? Ні, вже, мабуть,&lt;br /&gt;</w:t>
        <w:br/>
        <w:t>Я не заховаюсь І на небі!..&lt;br /&gt;</w:t>
        <w:br/>
        <w:t>За що ж кара,&lt;br /&gt;</w:t>
        <w:br/>
        <w:t>За що мені муки?&lt;br /&gt;</w:t>
        <w:br/>
        <w:t>Кому я що заподіяв!&lt;br /&gt;</w:t>
        <w:br/>
        <w:t>Чиї тяжкі руки&lt;br /&gt;</w:t>
        <w:br/>
        <w:t>В тілі душу закували,&lt;br /&gt;</w:t>
        <w:br/>
        <w:t>Серце запглили І галичі силу —&lt;br /&gt;</w:t>
        <w:br/>
        <w:t>Думи розпустили??&lt;br /&gt;</w:t>
        <w:br/>
        <w:t>За що, не знаю, а караюсь,&lt;br /&gt;</w:t>
        <w:br/>
        <w:t>І тяжко караюсь!&lt;br /&gt;</w:t>
        <w:br/>
        <w:t>І коли я спокутую,&lt;br /&gt;</w:t>
        <w:br/>
        <w:t>Коли діжду краю,&lt;br /&gt;</w:t>
        <w:br/>
        <w:t>Не бачу й не знаю!!&lt;br /&gt;</w:t>
        <w:br/>
        <w:t>Заворушилася пустиня.&lt;br /&gt;</w:t>
        <w:br/>
        <w:t>Мов із тісної домовини&lt;br /&gt;</w:t>
        <w:br/>
        <w:t>На той остатній страшний суд&lt;br /&gt;</w:t>
        <w:br/>
        <w:t>Мертвці за правдою встають.&lt;br /&gt;</w:t>
        <w:br/>
        <w:t>То не вмерлі, не убиті,&lt;br /&gt;</w:t>
        <w:br/>
        <w:t>Не суда просити!&lt;br /&gt;</w:t>
        <w:br/>
        <w:t>Ні, то люди, живі люди,&lt;br /&gt;</w:t>
        <w:br/>
        <w:t>В кайдани залиті.&lt;br /&gt;</w:t>
        <w:br/>
        <w:t>Із нор золото виносять,&lt;br /&gt;</w:t>
        <w:br/>
        <w:t>Щоб пельку залити&lt;br /&gt;</w:t>
        <w:br/>
        <w:t>Неситому!.. То каторжні.&lt;br /&gt;</w:t>
        <w:br/>
        <w:t>А за що? т.і знає…&lt;br /&gt;</w:t>
        <w:br/>
        <w:t>Вседержитель… а може, ще&lt;br /&gt;</w:t>
        <w:br/>
        <w:t>Й він не добачає.&lt;br /&gt;</w:t>
        <w:br/>
        <w:t>Онде злодій штемпований&lt;br /&gt;</w:t>
        <w:br/>
        <w:t>Кайдани волочить;&lt;br /&gt;</w:t>
        <w:br/>
        <w:t>Он розбойник катований&lt;br /&gt;</w:t>
        <w:br/>
        <w:t>Зубами скрегоче,&lt;br /&gt;</w:t>
        <w:br/>
        <w:t>Недобитка товариша&lt;br /&gt;</w:t>
        <w:br/>
        <w:t>Зарізати хоче!&lt;br /&gt;</w:t>
        <w:br/>
        <w:t>А меж ними, запеклими,&lt;br /&gt;</w:t>
        <w:br/>
        <w:t>В кайдани убраний&lt;br /&gt;</w:t>
        <w:br/>
        <w:t>Цар всесвітній! цар волі, цар,&lt;br /&gt;</w:t>
        <w:br/>
        <w:t>Штемпом увінчаний!&lt;br /&gt;</w:t>
        <w:br/>
        <w:t>В муці, в каторзі не просить,&lt;br /&gt;</w:t>
        <w:br/>
        <w:t>Не плаче, не стогне!&lt;br /&gt;</w:t>
        <w:br/>
        <w:t>Раз добром нагріте серце&lt;br /&gt;</w:t>
        <w:br/>
        <w:t>Вік не прохолоне!&lt;br /&gt;</w:t>
        <w:br/>
        <w:t>А де ж твої думи, рожевії квіти,&lt;br /&gt;</w:t>
        <w:br/>
        <w:t>Доглядані, смілі, викохані діти,&lt;br /&gt;</w:t>
        <w:br/>
        <w:t>Кому ти їх, друже, кому передав?&lt;br /&gt;</w:t>
        <w:br/>
        <w:t>Чи, може, навіки в серці поховав?&lt;br /&gt;</w:t>
        <w:br/>
        <w:t>О, не ховай, брате! розсип їх, розкидай!&lt;br /&gt;</w:t>
        <w:br/>
        <w:t>Зійдуть, і ростимуть, і у люди вийдуть!&lt;br /&gt;</w:t>
        <w:br/>
        <w:t>Чи ще митарство? чи вже буде?&lt;br /&gt;</w:t>
        <w:br/>
        <w:t>Буде, буде, бо холодно,&lt;br /&gt;</w:t>
        <w:br/>
        <w:t>Мороз розум будить.&lt;br /&gt;</w:t>
        <w:br/>
        <w:t>І знов лечу.&lt;br /&gt;</w:t>
        <w:br/>
        <w:t>Земля чорніє,&lt;br /&gt;</w:t>
        <w:br/>
        <w:t>Дрімає розум, серце мліє.&lt;br /&gt;</w:t>
        <w:br/>
        <w:t>Дивлюся: хати над шляхами&lt;br /&gt;</w:t>
        <w:br/>
        <w:t>Та городі: з стома церквами,&lt;br /&gt;</w:t>
        <w:br/>
        <w:t>А в городах, мов журавлі,&lt;br /&gt;</w:t>
        <w:br/>
        <w:t>Замуштрували москалі;&lt;br /&gt;</w:t>
        <w:br/>
        <w:t>Нагодовані, обуті&lt;br /&gt;</w:t>
        <w:br/>
        <w:t>І кайданачи окуті,&lt;br /&gt;</w:t>
        <w:br/>
        <w:t>Муштруються… Далі гляну:&lt;br /&gt;</w:t>
        <w:br/>
        <w:t>У долині, мов у ямі,&lt;br /&gt;</w:t>
        <w:br/>
        <w:t>На багнищі город мріє;&lt;br /&gt;</w:t>
        <w:br/>
        <w:t>Над ним хмарою чорніє&lt;br /&gt;</w:t>
        <w:br/>
        <w:t>Туман тяжкий… Долітаю —&lt;br /&gt;</w:t>
        <w:br/>
        <w:t>То город безкраїй.&lt;br /&gt;</w:t>
        <w:br/>
        <w:t>Чи то турецький,&lt;br /&gt;</w:t>
        <w:br/>
        <w:t>Чи то німецький,&lt;br /&gt;</w:t>
        <w:br/>
        <w:t>А може, те, що й московський.&lt;br /&gt;</w:t>
        <w:br/>
        <w:t>Церкви, та палати,&lt;br /&gt;</w:t>
        <w:br/>
        <w:t>Та пани пузаті,&lt;br /&gt;</w:t>
        <w:br/>
        <w:t>І ні однісінької хати.&lt;br /&gt;</w:t>
        <w:br/>
        <w:t>Смеркалося… огонь огнем&lt;br /&gt;</w:t>
        <w:br/>
        <w:t>Кругом запалало,&lt;br /&gt;</w:t>
        <w:br/>
        <w:t>Аж злякавсь я… "Ура! ура!&lt;br /&gt;</w:t>
        <w:br/>
        <w:t>Ура!" — закричали.&lt;br /&gt;</w:t>
        <w:br/>
        <w:t>"Цу-цу, дурні! схаменіться!&lt;br /&gt;</w:t>
        <w:br/>
        <w:t>Чого се ви раді!&lt;br /&gt;</w:t>
        <w:br/>
        <w:t>Що горите?" — "Экой хохол!&lt;br /&gt;</w:t>
        <w:br/>
        <w:t>Не знает параду.&lt;br /&gt;</w:t>
        <w:br/>
        <w:t>У нас парад! сам изволит&lt;br /&gt;</w:t>
        <w:br/>
        <w:t>Сегодни гуляти!"&lt;br /&gt;</w:t>
        <w:br/>
        <w:t>"Та де ж вона, тая цяця?"&lt;br /&gt;</w:t>
        <w:br/>
        <w:t>"Бон видишь — палаты".&lt;br /&gt;</w:t>
        <w:br/>
        <w:t>Штовхаюсь я; аж землячок,&lt;br /&gt;</w:t>
        <w:br/>
        <w:t>Спасибі, признався,&lt;br /&gt;</w:t>
        <w:br/>
        <w:t>З циновими ґудзиками:&lt;br /&gt;</w:t>
        <w:br/>
        <w:t>"Де ты здесь узялся?"&lt;br /&gt;</w:t>
        <w:br/>
        <w:t>"З України". — "Так як же ты&lt;br /&gt;</w:t>
        <w:br/>
        <w:t>Й говорыть не вмиєш&lt;br /&gt;</w:t>
        <w:br/>
        <w:t>По-здешему?" —&lt;br /&gt;</w:t>
        <w:br/>
        <w:t>"Ба ні,— кажу,Говорить умію.&lt;br /&gt;</w:t>
        <w:br/>
        <w:t>Та не хочу".— "Экой чудак!&lt;br /&gt;</w:t>
        <w:br/>
        <w:t>Я вси входы знаю,&lt;br /&gt;</w:t>
        <w:br/>
        <w:t>Я тут служу; коли хочеш,&lt;br /&gt;</w:t>
        <w:br/>
        <w:t>В дворец попитаюсь&lt;br /&gt;</w:t>
        <w:br/>
        <w:t>Ввесты тебе. Только, знаєш,&lt;br /&gt;</w:t>
        <w:br/>
        <w:t>Мы, брат, просвищенны,&lt;br /&gt;</w:t>
        <w:br/>
        <w:t>Не поскупись полтинкою…"&lt;br /&gt;</w:t>
        <w:br/>
        <w:t>Цур тобі, мерзенний&lt;br /&gt;</w:t>
        <w:br/>
        <w:t>Каламарю… І зробився&lt;br /&gt;</w:t>
        <w:br/>
        <w:t>Я знову незримий&lt;br /&gt;</w:t>
        <w:br/>
        <w:t>Та й пропхався у палати.&lt;br /&gt;</w:t>
        <w:br/>
        <w:t>Боже мій єдиний!!&lt;br /&gt;</w:t>
        <w:br/>
        <w:t>Так от де рай! уже нащо&lt;br /&gt;</w:t>
        <w:br/>
        <w:t>Золотом облиті&lt;br /&gt;</w:t>
        <w:br/>
        <w:t>Блюдолизи; аж ось і сам,&lt;br /&gt;</w:t>
        <w:br/>
        <w:t>Високий, сердитий,&lt;br /&gt;</w:t>
        <w:br/>
        <w:t>Виступає; обок його&lt;br /&gt;</w:t>
        <w:br/>
        <w:t>Цариця небога,&lt;br /&gt;</w:t>
        <w:br/>
        <w:t>Мов опеньок засушений,&lt;br /&gt;</w:t>
        <w:br/>
        <w:t>Тонка, довгонога,&lt;br /&gt;</w:t>
        <w:br/>
        <w:t>Та ще р;а лихо, сердешне,&lt;br /&gt;</w:t>
        <w:br/>
        <w:t>Хита головою.&lt;br /&gt;</w:t>
        <w:br/>
        <w:t>Так оце-то та богиня!&lt;br /&gt;</w:t>
        <w:br/>
        <w:t>Лишенько з тобою.&lt;br /&gt;</w:t>
        <w:br/>
        <w:t>А я, дурний, не бачивши&lt;br /&gt;</w:t>
        <w:br/>
        <w:t>Тебе, цяце, й разу,&lt;br /&gt;</w:t>
        <w:br/>
        <w:t>Та й повірив тупорилим&lt;br /&gt;</w:t>
        <w:br/>
        <w:t>Твоїм в рщомазам.&lt;br /&gt;</w:t>
        <w:br/>
        <w:t>Ото дурний! а ще й битий!&lt;br /&gt;</w:t>
        <w:br/>
        <w:t>На каток повірив&lt;br /&gt;</w:t>
        <w:br/>
        <w:t>Москалеві. От і читай,&lt;br /&gt;</w:t>
        <w:br/>
        <w:t>І йми ти їм віри!&lt;br /&gt;</w:t>
        <w:br/>
        <w:t>За богами — панства, панства&lt;br /&gt;</w:t>
        <w:br/>
        <w:t>В серебрі та златі!&lt;br /&gt;</w:t>
        <w:br/>
        <w:t>Мов кабани годовані —&lt;br /&gt;</w:t>
        <w:br/>
        <w:t>Пикаті, пузаті!..&lt;br /&gt;</w:t>
        <w:br/>
        <w:t>Аж потіють, та товпляться,&lt;br /&gt;</w:t>
        <w:br/>
        <w:t>Щоб то ближче стати&lt;br /&gt;</w:t>
        <w:br/>
        <w:t>Коло самих: може, вдарять&lt;br /&gt;</w:t>
        <w:br/>
        <w:t>Або дулю дати&lt;br /&gt;</w:t>
        <w:br/>
        <w:t>Благовонять; хоч маленьку,&lt;br /&gt;</w:t>
        <w:br/>
        <w:t>Хоч півдулі, аби тілько&lt;br /&gt;</w:t>
        <w:br/>
        <w:t>Під самую пику.&lt;br /&gt;</w:t>
        <w:br/>
        <w:t>І всі у ряд поставали,&lt;br /&gt;</w:t>
        <w:br/>
        <w:t>Ніби без'язикі —&lt;br /&gt;</w:t>
        <w:br/>
        <w:t>Анітелень. Цар цвенькає;&lt;br /&gt;</w:t>
        <w:br/>
        <w:t>А диво-цариця,&lt;br /&gt;</w:t>
        <w:br/>
        <w:t>Мов та чапля меж птахами,&lt;br /&gt;</w:t>
        <w:br/>
        <w:t>Скаче, бадьориться.&lt;br /&gt;</w:t>
        <w:br/>
        <w:t>Довгенько вдвох походжали&lt;br /&gt;</w:t>
        <w:br/>
        <w:t>Мов сичі надуті,&lt;br /&gt;</w:t>
        <w:br/>
        <w:t>Та щось нишком розмовляли&lt;br /&gt;</w:t>
        <w:br/>
        <w:t>Здалека не чути —&lt;br /&gt;</w:t>
        <w:br/>
        <w:t>О отечестві, здається,&lt;br /&gt;</w:t>
        <w:br/>
        <w:t>Та нових петлицях,&lt;br /&gt;</w:t>
        <w:br/>
        <w:t>Та о муштрах ще новіших!..&lt;br /&gt;</w:t>
        <w:br/>
        <w:t>А потім цариця&lt;br /&gt;</w:t>
        <w:br/>
        <w:t>Сіла мовчки на дзиґлику.&lt;br /&gt;</w:t>
        <w:br/>
        <w:t>Дивлюсь, цар підходить&lt;br /&gt;</w:t>
        <w:br/>
        <w:t>До найстаршого… та в пику&lt;br /&gt;</w:t>
        <w:br/>
        <w:t>Його як затопить!..&lt;br /&gt;</w:t>
        <w:br/>
        <w:t>Облизався неборака&lt;br /&gt;</w:t>
        <w:br/>
        <w:t>Та меншого в пузо —&lt;br /&gt;</w:t>
        <w:br/>
        <w:t>Аж загуло!.. а той собі&lt;br /&gt;</w:t>
        <w:br/>
        <w:t>Ще меншого туза&lt;br /&gt;</w:t>
        <w:br/>
        <w:t>Межи плечі; той меншого,&lt;br /&gt;</w:t>
        <w:br/>
        <w:t>А менший малого,&lt;br /&gt;</w:t>
        <w:br/>
        <w:t>А той дрібних, а дрібнота&lt;br /&gt;</w:t>
        <w:br/>
        <w:t>Уже за порогом&lt;br /&gt;</w:t>
        <w:br/>
        <w:t>Як кинеться по улицях,&lt;br /&gt;</w:t>
        <w:br/>
        <w:t>Та й дівай місити&lt;br /&gt;</w:t>
        <w:br/>
        <w:t>Недобитків православних,&lt;br /&gt;</w:t>
        <w:br/>
        <w:t>А ті голосити;&lt;br /&gt;</w:t>
        <w:br/>
        <w:t>Та верещать; та як ревнуть:&lt;br /&gt;</w:t>
        <w:br/>
        <w:t>"Гуля наш батюшка, ґуля!&lt;br /&gt;</w:t>
        <w:br/>
        <w:t>Ура!..ура!..ура! а, а, а…"&lt;br /&gt;</w:t>
        <w:br/>
        <w:t>Зареготався я, та й годі;&lt;br /&gt;</w:t>
        <w:br/>
        <w:t>А й мене давнули&lt;br /&gt;</w:t>
        <w:br/>
        <w:t>Таки добре. Перед світом&lt;br /&gt;</w:t>
        <w:br/>
        <w:t>Усе те заснуло;&lt;br /&gt;</w:t>
        <w:br/>
        <w:t>Тільки де-де православні&lt;br /&gt;</w:t>
        <w:br/>
        <w:t>По углах стогнали&lt;br /&gt;</w:t>
        <w:br/>
        <w:t>Та, стогнучи, за батюшку&lt;br /&gt;</w:t>
        <w:br/>
        <w:t>Господа благали.&lt;br /&gt;</w:t>
        <w:br/>
        <w:t>Сміх і сльози! От пішов я&lt;br /&gt;</w:t>
        <w:br/>
        <w:t>Город озирати.&lt;br /&gt;</w:t>
        <w:br/>
        <w:t>Там ніч, як день. Дивлюся:&lt;br /&gt;</w:t>
        <w:br/>
        <w:t>Палати, палати&lt;br /&gt;</w:t>
        <w:br/>
        <w:t>Понад тихою рікою;&lt;br /&gt;</w:t>
        <w:br/>
        <w:t>А беріг ушитий&lt;br /&gt;</w:t>
        <w:br/>
        <w:t>Увесь каменем. Дивуюсь,&lt;br /&gt;</w:t>
        <w:br/>
        <w:t>Мов несамовитий!&lt;br /&gt;</w:t>
        <w:br/>
        <w:t>Як то ноно зробилося&lt;br /&gt;</w:t>
        <w:br/>
        <w:t>З калюжі такої&lt;br /&gt;</w:t>
        <w:br/>
        <w:t>Таке диво… отут крові&lt;br /&gt;</w:t>
        <w:br/>
        <w:t>Пролито людської —&lt;br /&gt;</w:t>
        <w:br/>
        <w:t>І без ножа. По тім боці&lt;br /&gt;</w:t>
        <w:br/>
        <w:t>Твердиня й дзвіниця,&lt;br /&gt;</w:t>
        <w:br/>
        <w:t>Мов та швайка загострена,&lt;br /&gt;</w:t>
        <w:br/>
        <w:t>Аж чудно дивиться.&lt;br /&gt;</w:t>
        <w:br/>
        <w:t>І дзиггрі теленькають.&lt;br /&gt;</w:t>
        <w:br/>
        <w:t>От я повертаюсь —&lt;br /&gt;</w:t>
        <w:br/>
        <w:t>Аж кінь летить, копитами&lt;br /&gt;</w:t>
        <w:br/>
        <w:t>Скелю розбиває!&lt;br /&gt;</w:t>
        <w:br/>
        <w:t>А на коні сидить охляп,&lt;br /&gt;</w:t>
        <w:br/>
        <w:t>У свит — не свиті,&lt;br /&gt;</w:t>
        <w:br/>
        <w:t>І без шапки. Якимсь листом&lt;br /&gt;</w:t>
        <w:br/>
        <w:t>Голова повита.&lt;br /&gt;</w:t>
        <w:br/>
        <w:t>Кінь басує, от-от річку,&lt;br /&gt;</w:t>
        <w:br/>
        <w:t>От… от… перескочить.&lt;br /&gt;</w:t>
        <w:br/>
        <w:t>А він руку простягає,&lt;br /&gt;</w:t>
        <w:br/>
        <w:t>Мов світ увесь хоче&lt;br /&gt;</w:t>
        <w:br/>
        <w:t>Загарбати. Хто ж це такий?&lt;br /&gt;</w:t>
        <w:br/>
        <w:t>От собі й читаю,&lt;br /&gt;</w:t>
        <w:br/>
        <w:t>Що на скелі наковано:&lt;br /&gt;</w:t>
        <w:br/>
        <w:t>Первому — Вторая&lt;br /&gt;</w:t>
        <w:br/>
        <w:t>Таке диво наставила.&lt;br /&gt;</w:t>
        <w:br/>
        <w:t>Тепер же я знаю:&lt;br /&gt;</w:t>
        <w:br/>
        <w:t>Це той Первий що розпинав&lt;br /&gt;</w:t>
        <w:br/>
        <w:t>Нашу Україну,&lt;br /&gt;</w:t>
        <w:br/>
        <w:t>А Вторая доконала&lt;br /&gt;</w:t>
        <w:br/>
        <w:t>Вдову сиротину.&lt;br /&gt;</w:t>
        <w:br/>
        <w:t>Кати! кати! людоїди!&lt;br /&gt;</w:t>
        <w:br/>
        <w:t>Наїлись обоє,&lt;br /&gt;</w:t>
        <w:br/>
        <w:t>Накралися; а що взяли&lt;br /&gt;</w:t>
        <w:br/>
        <w:t>На той світ з собою?&lt;br /&gt;</w:t>
        <w:br/>
        <w:t>Тяжко, тяжко мені стало,&lt;br /&gt;</w:t>
        <w:br/>
        <w:t>Так, мов я читаю&lt;br /&gt;</w:t>
        <w:br/>
        <w:t>Історія України.&lt;br /&gt;</w:t>
        <w:br/>
        <w:t>Стою, замираю…&lt;br /&gt;</w:t>
        <w:br/>
        <w:t>А тим часом — тихо, тихо&lt;br /&gt;</w:t>
        <w:br/>
        <w:t>Та сумно співає&lt;br /&gt;</w:t>
        <w:br/>
        <w:t>Щось такеє невидиме:&lt;br /&gt;</w:t>
        <w:br/>
        <w:t>"Із города із Глухова&lt;br /&gt;</w:t>
        <w:br/>
        <w:t>Полки виступали&lt;br /&gt;</w:t>
        <w:br/>
        <w:t>З заступами на лінію,&lt;br /&gt;</w:t>
        <w:br/>
        <w:t>А мене послали&lt;br /&gt;</w:t>
        <w:br/>
        <w:t>На столицю з козаками&lt;br /&gt;</w:t>
        <w:br/>
        <w:t>Наказним гетьманом!&lt;br /&gt;</w:t>
        <w:br/>
        <w:t>О, боже наш милосердий!&lt;br /&gt;</w:t>
        <w:br/>
        <w:t>О, царю поганий,&lt;br /&gt;</w:t>
        <w:br/>
        <w:t>Царю проклятий, лукавий,&lt;br /&gt;</w:t>
        <w:br/>
        <w:t>Аспиде неситий!&lt;br /&gt;</w:t>
        <w:br/>
        <w:t>Що ти зробив з козаками?&lt;br /&gt;</w:t>
        <w:br/>
        <w:t>Болота засипав&lt;br /&gt;</w:t>
        <w:br/>
        <w:t>Благородними костями;&lt;br /&gt;</w:t>
        <w:br/>
        <w:t>Поставив столицю&lt;br /&gt;</w:t>
        <w:br/>
        <w:t>На їх трупах катованих!&lt;br /&gt;</w:t>
        <w:br/>
        <w:t>І в темній темниці&lt;br /&gt;</w:t>
        <w:br/>
        <w:t>Мене, вольного гетьмана,&lt;br /&gt;</w:t>
        <w:br/>
        <w:t>Голодом замучив&lt;br /&gt;</w:t>
        <w:br/>
        <w:t>У кайданах. Царю! царю!&lt;br /&gt;</w:t>
        <w:br/>
        <w:t>І бог не розлучить&lt;br /&gt;</w:t>
        <w:br/>
        <w:t>Нас з тобою. Кайданами&lt;br /&gt;</w:t>
        <w:br/>
        <w:t>Скованій зо мною&lt;br /&gt;</w:t>
        <w:br/>
        <w:t>Навік-віки. Тяжко мені&lt;br /&gt;</w:t>
        <w:br/>
        <w:t>Витать над Невою.&lt;br /&gt;</w:t>
        <w:br/>
        <w:t>України далекої,&lt;br /&gt;</w:t>
        <w:br/>
        <w:t>Може, вже немає.&lt;br /&gt;</w:t>
        <w:br/>
        <w:t>Полетів би, подивився,&lt;br /&gt;</w:t>
        <w:br/>
        <w:t>Так бог не пускає.&lt;br /&gt;</w:t>
        <w:br/>
        <w:t>Може, Москва випалила&lt;br /&gt;</w:t>
        <w:br/>
        <w:t>І Дніпро спустила&lt;br /&gt;</w:t>
        <w:br/>
        <w:t>В синє море, розкопала&lt;br /&gt;</w:t>
        <w:br/>
        <w:t>Високі могили —&lt;br /&gt;</w:t>
        <w:br/>
        <w:t>Нашу славу. Боже милий,&lt;br /&gt;</w:t>
        <w:br/>
        <w:t>Зжалься, боже милий".&lt;br /&gt;</w:t>
        <w:br/>
        <w:t>Та й замовкло; дивлюся я:&lt;br /&gt;</w:t>
        <w:br/>
        <w:t>Біла хмара криє&lt;br /&gt;</w:t>
        <w:br/>
        <w:t>Сіре небо. А в тій хмарі&lt;br /&gt;</w:t>
        <w:br/>
        <w:t>Мов звір в гаї виє.&lt;br /&gt;</w:t>
        <w:br/>
        <w:t>То не хмара — біла пташка&lt;br /&gt;</w:t>
        <w:br/>
        <w:t>Хмарою спустилась&lt;br /&gt;</w:t>
        <w:br/>
        <w:t>Над царем тим мусянджовим&lt;br /&gt;</w:t>
        <w:br/>
        <w:t>І заголосила:&lt;br /&gt;</w:t>
        <w:br/>
        <w:t>"І ми сковані з тобою,&lt;br /&gt;</w:t>
        <w:br/>
        <w:t>Людоїде, змію!&lt;br /&gt;</w:t>
        <w:br/>
        <w:t>На страішному на судищі&lt;br /&gt;</w:t>
        <w:br/>
        <w:t>Ми бог і закриєм&lt;br /&gt;</w:t>
        <w:br/>
        <w:t>Од очей твоїх неситих.&lt;br /&gt;</w:t>
        <w:br/>
        <w:t>Ти нас з України&lt;br /&gt;</w:t>
        <w:br/>
        <w:t>Загнав, голих і голодних,&lt;br /&gt;</w:t>
        <w:br/>
        <w:t>У сніг на чужину&lt;br /&gt;</w:t>
        <w:br/>
        <w:t>Та й порізав; а з шкур наших&lt;br /&gt;</w:t>
        <w:br/>
        <w:t>Собі багряницю&lt;br /&gt;</w:t>
        <w:br/>
        <w:t>Пошив жилами твердими&lt;br /&gt;</w:t>
        <w:br/>
        <w:t>І заклав; столицю&lt;br /&gt;</w:t>
        <w:br/>
        <w:t>В новій рясі. Подивися:&lt;br /&gt;</w:t>
        <w:br/>
        <w:t>Церкви та палати!&lt;br /&gt;</w:t>
        <w:br/>
        <w:t>Веселися, лютий кате,&lt;br /&gt;</w:t>
        <w:br/>
        <w:t>Проклятий! проклятий!"&lt;br /&gt;</w:t>
        <w:br/>
        <w:t>Розлетілись, розсипались,&lt;br /&gt;</w:t>
        <w:br/>
        <w:t>Сонечко вставало.&lt;br /&gt;</w:t>
        <w:br/>
        <w:t>А я стояв, дивувався,&lt;br /&gt;</w:t>
        <w:br/>
        <w:t>Та аж страшно стало.&lt;br /&gt;</w:t>
        <w:br/>
        <w:t>Уже вбогі ворушились,&lt;br /&gt;</w:t>
        <w:br/>
        <w:t>На труд поспішали,&lt;br /&gt;</w:t>
        <w:br/>
        <w:t>І москалі на розпуттях&lt;br /&gt;</w:t>
        <w:br/>
        <w:t>Уже муштрувались.&lt;br /&gt;</w:t>
        <w:br/>
        <w:t>Покрай улиць поспішали&lt;br /&gt;</w:t>
        <w:br/>
        <w:t>Заспані дівчата,&lt;br /&gt;</w:t>
        <w:br/>
        <w:t>Та не з дому, а додому!&lt;br /&gt;</w:t>
        <w:br/>
        <w:t>Посилала мати&lt;br /&gt;</w:t>
        <w:br/>
        <w:t>На цілу ніч працювати,&lt;br /&gt;</w:t>
        <w:br/>
        <w:t>На хліб заробляти.&lt;br /&gt;</w:t>
        <w:br/>
        <w:t>А я стою, похилившись,&lt;br /&gt;</w:t>
        <w:br/>
        <w:t>Думаю, гадаю,&lt;br /&gt;</w:t>
        <w:br/>
        <w:t>Як то тяжко той насущний&lt;br /&gt;</w:t>
        <w:br/>
        <w:t>Люди заробляють.&lt;br /&gt;</w:t>
        <w:br/>
        <w:t>От і братія сипнула&lt;br /&gt;</w:t>
        <w:br/>
        <w:t>У сенат писати&lt;br /&gt;</w:t>
        <w:br/>
        <w:t>Та підписувать — та драти&lt;br /&gt;</w:t>
        <w:br/>
        <w:t>І з батька, і брата.&lt;br /&gt;</w:t>
        <w:br/>
        <w:t>А меж ними і землячки&lt;br /&gt;</w:t>
        <w:br/>
        <w:t>Де-де проглядають.&lt;br /&gt;</w:t>
        <w:br/>
        <w:t>По-московській так і ріжуть,&lt;br /&gt;</w:t>
        <w:br/>
        <w:t>Сміються та лають&lt;br /&gt;</w:t>
        <w:br/>
        <w:t>Батьків своїх, що змалечку&lt;br /&gt;</w:t>
        <w:br/>
        <w:t>Цвенькать не навчили&lt;br /&gt;</w:t>
        <w:br/>
        <w:t>По-німецькій,— а то тепер&lt;br /&gt;</w:t>
        <w:br/>
        <w:t>І кисни в чорнилах!&lt;br /&gt;</w:t>
        <w:br/>
        <w:t>П'явки! п'явки! може, батько&lt;br /&gt;</w:t>
        <w:br/>
        <w:t>Остатню корову&lt;br /&gt;</w:t>
        <w:br/>
        <w:t>Жидам продав, поки вивчив&lt;br /&gt;</w:t>
        <w:br/>
        <w:t>Московської мови.&lt;br /&gt;</w:t>
        <w:br/>
        <w:t>Україно! Україно!&lt;br /&gt;</w:t>
        <w:br/>
        <w:t>Оце твої діти,&lt;br /&gt;</w:t>
        <w:br/>
        <w:t>Твої квіти молодії,&lt;br /&gt;</w:t>
        <w:br/>
        <w:t>Чорнилом политі,&lt;br /&gt;</w:t>
        <w:br/>
        <w:t>Московською блекотою&lt;br /&gt;</w:t>
        <w:br/>
        <w:t>В німецьких теплицях&lt;br /&gt;</w:t>
        <w:br/>
        <w:t>Заглушені!.. Плач, Украйно!&lt;br /&gt;</w:t>
        <w:br/>
        <w:t>Бездітна вдовице!&lt;br /&gt;</w:t>
        <w:br/>
        <w:t>Піти лишень подивиться&lt;br /&gt;</w:t>
        <w:br/>
        <w:t>До царя в палати,&lt;br /&gt;</w:t>
        <w:br/>
        <w:t>Що там робиться. Приходжу:&lt;br /&gt;</w:t>
        <w:br/>
        <w:t>Старшина пузата&lt;br /&gt;</w:t>
        <w:br/>
        <w:t>Стоїть рядом; сопе, хропе,&lt;br /&gt;</w:t>
        <w:br/>
        <w:t>Та понадувалось,&lt;br /&gt;</w:t>
        <w:br/>
        <w:t>Як індики, і на двері&lt;br /&gt;</w:t>
        <w:br/>
        <w:t>Косо поглядало.&lt;br /&gt;</w:t>
        <w:br/>
        <w:t>Аж ось вони й одчинились.&lt;br /&gt;</w:t>
        <w:br/>
        <w:t>Неначе з берлоги&lt;br /&gt;</w:t>
        <w:br/>
        <w:t>Медвідь виліз, ледве-ледве&lt;br /&gt;</w:t>
        <w:br/>
        <w:t>Переносить ноги;&lt;br /&gt;</w:t>
        <w:br/>
        <w:t>Та одутий, аж посинів:&lt;br /&gt;</w:t>
        <w:br/>
        <w:t>Похмілля прокляте&lt;br /&gt;</w:t>
        <w:br/>
        <w:t>Його мучило. Як крикне&lt;br /&gt;</w:t>
        <w:br/>
        <w:t>На самих пузатих —&lt;br /&gt;</w:t>
        <w:br/>
        <w:t>Всі пузаті до одного&lt;br /&gt;</w:t>
        <w:br/>
        <w:t>В землю провалились!&lt;br /&gt;</w:t>
        <w:br/>
        <w:t>Він вилупив баньки з лоба —&lt;br /&gt;</w:t>
        <w:br/>
        <w:t>І все затрусилось,&lt;br /&gt;</w:t>
        <w:br/>
        <w:t>Що осталось; мов скажений,&lt;br /&gt;</w:t>
        <w:br/>
        <w:t>На менших гукає —&lt;br /&gt;</w:t>
        <w:br/>
        <w:t>І ті в землю; він до дрібних&lt;br /&gt;</w:t>
        <w:br/>
        <w:t>І ті пропадають!&lt;br /&gt;</w:t>
        <w:br/>
        <w:t>Він до челяді — і челядь,&lt;br /&gt;</w:t>
        <w:br/>
        <w:t>І челядь пропала;&lt;br /&gt;</w:t>
        <w:br/>
        <w:t>До москалів — москалики,&lt;br /&gt;</w:t>
        <w:br/>
        <w:t>Тілько застогнало,&lt;br /&gt;</w:t>
        <w:br/>
        <w:t>Пішли в землю; диво дивне&lt;br /&gt;</w:t>
        <w:br/>
        <w:t>Сталося на світі.&lt;br /&gt;</w:t>
        <w:br/>
        <w:t>Дивлюся я, що дальш буде,&lt;br /&gt;</w:t>
        <w:br/>
        <w:t>Що буде робити&lt;br /&gt;</w:t>
        <w:br/>
        <w:t>Мій медведик! Стоїть собі,&lt;br /&gt;</w:t>
        <w:br/>
        <w:t>Голову понурив&lt;br /&gt;</w:t>
        <w:br/>
        <w:t>Сіромаха. Де ж ділася&lt;br /&gt;</w:t>
        <w:br/>
        <w:t>Медвежа натура?&lt;br /&gt;</w:t>
        <w:br/>
        <w:t>Мов кошеня, такий чудний.&lt;br /&gt;</w:t>
        <w:br/>
        <w:t>Я аж зісміявся.&lt;br /&gt;</w:t>
        <w:br/>
        <w:t>Він і почув, та як зикне,Я перелякався,&lt;br /&gt;</w:t>
        <w:br/>
        <w:t>Та й прокинувсь… Отаке-то&lt;br /&gt;</w:t>
        <w:br/>
        <w:t>Приснилося диво.&lt;br /&gt;</w:t>
        <w:br/>
        <w:t>Чудне якесь!.. таке тілько&lt;br /&gt;</w:t>
        <w:br/>
        <w:t>Сниться юродивим&lt;br /&gt;</w:t>
        <w:br/>
        <w:t>Та п'яницям. Не здивуйте,&lt;br /&gt;</w:t>
        <w:br/>
        <w:t>Брати любі, милі,&lt;br /&gt;</w:t>
        <w:br/>
        <w:t>Що не своє розказав вам,&lt;br /&gt;</w:t>
        <w:br/>
        <w:t>А те, що приснилось.&lt;br /&gt;</w:t>
        <w:br/>
        <w:t>8 іюля 1844, С.-Петербург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("У всякого своя доля...")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