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Сотник</w:t>
      </w:r>
    </w:p>
    <w:p>
      <w:r>
        <w:br/>
        <w:t xml:space="preserve"> &lt;blockquote class="cita" style='text-align:left'&gt;(В рукопису Шевченка поема ця не має назви)&lt;/blockquote&gt;</w:t>
      </w:r>
    </w:p>
    <w:p>
      <w:r>
        <w:br/>
        <w:t>У Оглаві... Чи по знаку&lt;br /&gt;</w:t>
        <w:br/>
        <w:t>Кому цей Оглав білохатий?&lt;br /&gt;</w:t>
        <w:br/>
        <w:t>Троха лиш? Треба розказати,&lt;br /&gt;</w:t>
        <w:br/>
        <w:t>Щоб з жалю не зробить сміху.&lt;br /&gt;</w:t>
        <w:br/>
        <w:t>Од Борисполя недалеко,&lt;br /&gt;</w:t>
        <w:br/>
        <w:t>А буде так, як Борисполь,&lt;br /&gt;</w:t>
        <w:br/>
        <w:t>І досі ще стоїть любенько&lt;br /&gt;</w:t>
        <w:br/>
        <w:t>Рядок на вигоні тополь,&lt;br /&gt;</w:t>
        <w:br/>
        <w:t>Неначе з Оглава дівчата&lt;br /&gt;</w:t>
        <w:br/>
        <w:t>Ватагу вийшли виглядати&lt;br /&gt;</w:t>
        <w:br/>
        <w:t>Та й стали. Буде вже давно —&lt;br /&gt;</w:t>
        <w:br/>
        <w:t>Отут бувало із-за тину&lt;br /&gt;</w:t>
        <w:br/>
        <w:t>Вилась квасоля по тичині,&lt;br /&gt;</w:t>
        <w:br/>
        <w:t>І з оболонками вікно&lt;br /&gt;</w:t>
        <w:br/>
        <w:t>В садочок літом одчинялось.&lt;br /&gt;</w:t>
        <w:br/>
        <w:t>І хата, бачите, була&lt;br /&gt;</w:t>
        <w:br/>
        <w:t>За тином, сотникова хата.&lt;br /&gt;</w:t>
        <w:br/>
        <w:t>А сотник був собі багатий,&lt;br /&gt;</w:t>
        <w:br/>
        <w:t>То в його, знаєте, росло&lt;br /&gt;</w:t>
        <w:br/>
        <w:t>На божій харчі за дитину&lt;br /&gt;</w:t>
        <w:br/>
        <w:t>Чиєсь байстря. А може й так&lt;br /&gt;</w:t>
        <w:br/>
        <w:t>Узяв собі старий козак&lt;br /&gt;</w:t>
        <w:br/>
        <w:t>Чию сирітку за дитину&lt;br /&gt;</w:t>
        <w:br/>
        <w:t>Та й доглядає в затишку,&lt;br /&gt;</w:t>
        <w:br/>
        <w:t>Як квіточку, чужу дочку.&lt;br /&gt;</w:t>
        <w:br/>
        <w:t>А сина (сотник був жонатий.&lt;br /&gt;</w:t>
        <w:br/>
        <w:t>Та жінка вмерла), сина дав&lt;br /&gt;</w:t>
        <w:br/>
        <w:t>У бурсу в Київ обучатись,&lt;br /&gt;</w:t>
        <w:br/>
        <w:t>А сам Настусю піджидав,&lt;br /&gt;</w:t>
        <w:br/>
        <w:t>Таки годованку, щоб з нею&lt;br /&gt;</w:t>
        <w:br/>
        <w:t>Собі зробитися ріднею;&lt;br /&gt;</w:t>
        <w:br/>
        <w:t>Не сина з нею поєднать,&lt;br /&gt;</w:t>
        <w:br/>
        <w:t>А забандюрилось старому&lt;br /&gt;</w:t>
        <w:br/>
        <w:t>Самому в дурнях побувать.&lt;br /&gt;</w:t>
        <w:br/>
        <w:t>А щоб не знать було нікому,&lt;br /&gt;</w:t>
        <w:br/>
        <w:t>То ще й не радився ні з ким,&lt;br /&gt;</w:t>
        <w:br/>
        <w:t>А тільки сам собі гадає...&lt;br /&gt;</w:t>
        <w:br/>
        <w:t>А жіночки... лихий їх знає!&lt;br /&gt;</w:t>
        <w:br/>
        <w:t>Уже сміялися над ним!&lt;br /&gt;</w:t>
        <w:br/>
        <w:t>Вони цю страву носом чують.&lt;br /&gt;</w:t>
        <w:br/>
        <w:t>. . . . . . . . . . . . . . . . . . . . . . .&lt;br /&gt;</w:t>
        <w:br/>
        <w:t>Сидить сотник на причілку&lt;br /&gt;</w:t>
        <w:br/>
        <w:t>Та думку гадає,&lt;br /&gt;</w:t>
        <w:br/>
        <w:t>А Настуся по садочку&lt;br /&gt;</w:t>
        <w:br/>
        <w:t>Пташкою літає.&lt;br /&gt;</w:t>
        <w:br/>
        <w:t>То посидить коло його,&lt;br /&gt;</w:t>
        <w:br/>
        <w:t>Руку поцілує,&lt;br /&gt;</w:t>
        <w:br/>
        <w:t>То усами страшенними&lt;br /&gt;</w:t>
        <w:br/>
        <w:t>Сивими пустує, —&lt;br /&gt;</w:t>
        <w:br/>
        <w:t>Ну, звичайне, як дитина&lt;br /&gt;</w:t>
        <w:br/>
        <w:t>Пестує старого.&lt;br /&gt;</w:t>
        <w:br/>
        <w:t>А старому не до того:&lt;br /&gt;</w:t>
        <w:br/>
        <w:t>Іншого якогось,&lt;br /&gt;</w:t>
        <w:br/>
        <w:t>Гріховного пестування&lt;br /&gt;</w:t>
        <w:br/>
        <w:t>Старе тіло просить!..&lt;br /&gt;</w:t>
        <w:br/>
        <w:t>І пальцями старий сотник&lt;br /&gt;</w:t>
        <w:br/>
        <w:t>Настусині коси,&lt;br /&gt;</w:t>
        <w:br/>
        <w:t>Мов дві гадини великі,&lt;br /&gt;</w:t>
        <w:br/>
        <w:t>Докупи сплітає,&lt;br /&gt;</w:t>
        <w:br/>
        <w:t>То розплете та круг шиї&lt;br /&gt;</w:t>
        <w:br/>
        <w:t>Тричі обмотає!..&lt;br /&gt;</w:t>
        <w:br/>
        <w:t>А вона, моя голубка,&lt;br /&gt;</w:t>
        <w:br/>
        <w:t>Нічого не знає.&lt;br /&gt;</w:t>
        <w:br/>
        <w:t>Мов кошеня на припічку&lt;br /&gt;</w:t>
        <w:br/>
        <w:t>З старим котом грає...</w:t>
      </w:r>
    </w:p>
    <w:p>
      <w:r>
        <w:br/>
        <w:t>Сотник</w:t>
      </w:r>
    </w:p>
    <w:p>
      <w:r>
        <w:br/>
        <w:t>Та одчепись, божевільна..&lt;br /&gt;</w:t>
        <w:br/>
        <w:t>Дивись лишень: коси&lt;br /&gt;</w:t>
        <w:br/>
        <w:t>Мов русалка розтріпала...&lt;br /&gt;</w:t>
        <w:br/>
        <w:t>А чому ти й досі&lt;br /&gt;</w:t>
        <w:br/>
        <w:t>Ніколи не вплетеш кісники,&lt;br /&gt;</w:t>
        <w:br/>
        <w:t>Оті, що тітка привезла?..</w:t>
      </w:r>
    </w:p>
    <w:p>
      <w:r>
        <w:br/>
        <w:t>Настуся</w:t>
      </w:r>
    </w:p>
    <w:p>
      <w:r>
        <w:br/>
        <w:t>Якби пустили на музики,&lt;br /&gt;</w:t>
        <w:br/>
        <w:t>То я б кісники заплела,&lt;br /&gt;</w:t>
        <w:br/>
        <w:t>Наділа б жовті черевики,&lt;br /&gt;</w:t>
        <w:br/>
        <w:t>Червону б юпку одягла,&lt;br /&gt;</w:t>
        <w:br/>
        <w:t>Заквітчала б барвінком коси...</w:t>
      </w:r>
    </w:p>
    <w:p>
      <w:r>
        <w:br/>
        <w:t>Сотник</w:t>
      </w:r>
    </w:p>
    <w:p>
      <w:r>
        <w:br/>
        <w:t>Стривай, стривай, простоволоса!&lt;br /&gt;</w:t>
        <w:br/>
        <w:t>Дурненька: де б же ти взяла&lt;br /&gt;</w:t>
        <w:br/>
        <w:t>Того барвінку заквітчатись?</w:t>
      </w:r>
    </w:p>
    <w:p>
      <w:r>
        <w:br/>
        <w:t>Настуся</w:t>
      </w:r>
    </w:p>
    <w:p>
      <w:r>
        <w:br/>
        <w:t>А коло тину! там такий&lt;br /&gt;</w:t>
        <w:br/>
        <w:t>Поріс зелений, та хрещатий,&lt;br /&gt;</w:t>
        <w:br/>
        <w:t>Та синій! Синій-голубий&lt;br /&gt;</w:t>
        <w:br/>
        <w:t>Зацвів...</w:t>
      </w:r>
    </w:p>
    <w:p>
      <w:r>
        <w:br/>
        <w:t>Сотник</w:t>
      </w:r>
    </w:p>
    <w:p>
      <w:r>
        <w:br/>
        <w:t>Не будеш дівувати!</w:t>
      </w:r>
    </w:p>
    <w:p>
      <w:r>
        <w:br/>
        <w:t>Настуся</w:t>
      </w:r>
    </w:p>
    <w:p>
      <w:r>
        <w:br/>
        <w:t>А що ж, умру хіба?</w:t>
      </w:r>
    </w:p>
    <w:p>
      <w:r>
        <w:br/>
        <w:t>Сотник</w:t>
      </w:r>
    </w:p>
    <w:p>
      <w:r>
        <w:br/>
        <w:t>Ба ні!&lt;br /&gt;</w:t>
        <w:br/>
        <w:t>А снилось восени мені,&lt;br /&gt;</w:t>
        <w:br/>
        <w:t>Тоді, як щепи ми щепили, —&lt;br /&gt;</w:t>
        <w:br/>
        <w:t>Як приймуться... мені приснилось...&lt;br /&gt;</w:t>
        <w:br/>
        <w:t>Як приймуться, то восени&lt;br /&gt;</w:t>
        <w:br/>
        <w:t>Ти вийдеш заміж.</w:t>
      </w:r>
    </w:p>
    <w:p>
      <w:r>
        <w:br/>
        <w:t>Настуся&lt;br /&gt;</w:t>
        <w:br/>
        <w:t>Схаменись!!&lt;br /&gt;</w:t>
        <w:br/>
        <w:t>І щепи ваші поламаю...</w:t>
      </w:r>
    </w:p>
    <w:p>
      <w:r>
        <w:br/>
        <w:t>Сотник</w:t>
      </w:r>
    </w:p>
    <w:p>
      <w:r>
        <w:br/>
        <w:t>І як барвінок зацвіте...</w:t>
      </w:r>
    </w:p>
    <w:p>
      <w:r>
        <w:br/>
        <w:t>Настуся</w:t>
      </w:r>
    </w:p>
    <w:p>
      <w:r>
        <w:br/>
        <w:t>То я й барвінок позриваю.</w:t>
      </w:r>
    </w:p>
    <w:p>
      <w:r>
        <w:br/>
        <w:t>Сотник</w:t>
      </w:r>
    </w:p>
    <w:p>
      <w:r>
        <w:br/>
        <w:t>А од весілля не втечеш!</w:t>
      </w:r>
    </w:p>
    <w:p>
      <w:r>
        <w:br/>
        <w:t>Настуся</w:t>
      </w:r>
    </w:p>
    <w:p>
      <w:r>
        <w:br/>
        <w:t>Ба ні, втечу, та ще й заплачу!&lt;br /&gt;</w:t>
        <w:br/>
        <w:t>(Плаче)</w:t>
      </w:r>
    </w:p>
    <w:p>
      <w:r>
        <w:br/>
        <w:t>Сотник</w:t>
      </w:r>
    </w:p>
    <w:p>
      <w:r>
        <w:br/>
        <w:t>Дурна ти, Насте, як я бачу:&lt;br /&gt;</w:t>
        <w:br/>
        <w:t>І посміяться не даси...&lt;br /&gt;</w:t>
        <w:br/>
        <w:t>Хіба не бачиш, я жартую.&lt;br /&gt;</w:t>
        <w:br/>
        <w:t>Піди лиш скрипку принеси&lt;br /&gt;</w:t>
        <w:br/>
        <w:t>Та з лиха гарно потанцюєш,&lt;br /&gt;</w:t>
        <w:br/>
        <w:t>А я заграю...</w:t>
      </w:r>
    </w:p>
    <w:p>
      <w:r>
        <w:br/>
        <w:t>Настуся</w:t>
      </w:r>
    </w:p>
    <w:p>
      <w:r>
        <w:br/>
        <w:t>Добре, тату...&lt;br /&gt;</w:t>
        <w:br/>
        <w:t>(І веселенька шасть у хату.)</w:t>
      </w:r>
    </w:p>
    <w:p>
      <w:r>
        <w:br/>
        <w:t>Сотник</w:t>
      </w:r>
    </w:p>
    <w:p>
      <w:r>
        <w:br/>
        <w:t>Ні, трохи треба підождать.&lt;br /&gt;</w:t>
        <w:br/>
        <w:t>Воно б то так! Та от що, брате:&lt;br /&gt;</w:t>
        <w:br/>
        <w:t>Літа не ждуть! літа летять!&lt;br /&gt;</w:t>
        <w:br/>
        <w:t>А думка проклята марою&lt;br /&gt;</w:t>
        <w:br/>
        <w:t>До серця так і приросла...&lt;br /&gt;</w:t>
        <w:br/>
        <w:t>А ти вже й скрипку принесла?&lt;br /&gt;</w:t>
        <w:br/>
        <w:t>Яку ж ми вчистимо з тобою?</w:t>
      </w:r>
    </w:p>
    <w:p>
      <w:r>
        <w:br/>
        <w:t>Настуся</w:t>
      </w:r>
    </w:p>
    <w:p>
      <w:r>
        <w:br/>
        <w:t>Е, ні! стривайте! Цур не грать,&lt;br /&gt;</w:t>
        <w:br/>
        <w:t>А то не буду й танцювать, —&lt;br /&gt;</w:t>
        <w:br/>
        <w:t>Поки барвінку не нарву&lt;br /&gt;</w:t>
        <w:br/>
        <w:t>Та не заквітчаюсь. Я зараз!</w:t>
      </w:r>
    </w:p>
    <w:p>
      <w:r>
        <w:br/>
        <w:t>(Іде недалечка, рве барвінок, квітчається і співає.&lt;br /&gt;</w:t>
        <w:br/>
        <w:t>А сотник, налагоджує скрипку)</w:t>
      </w:r>
    </w:p>
    <w:p>
      <w:r>
        <w:br/>
        <w:t>Сотник</w:t>
      </w:r>
    </w:p>
    <w:p>
      <w:r>
        <w:br/>
        <w:t>Отже одна вже й увірвалась.&lt;br /&gt;</w:t>
        <w:br/>
        <w:t>Стривай, і другу увірву...</w:t>
      </w:r>
    </w:p>
    <w:p>
      <w:r>
        <w:br/>
        <w:t>Настуся</w:t>
      </w:r>
    </w:p>
    <w:p>
      <w:r>
        <w:br/>
        <w:t>(вертається заквітчана співаючи)</w:t>
      </w:r>
    </w:p>
    <w:p>
      <w:r>
        <w:br/>
        <w:t>"Якби мені крила, крила&lt;br /&gt;</w:t>
        <w:br/>
        <w:t>Соколинії,&lt;br /&gt;</w:t>
        <w:br/>
        <w:t>Полетіла б я за милим,&lt;br /&gt;</w:t>
        <w:br/>
        <w:t>За дружиною.&lt;br /&gt;</w:t>
        <w:br/>
        <w:t>Полетіла б у діброву,&lt;br /&gt;</w:t>
        <w:br/>
        <w:t>У зелений гай,&lt;br /&gt;</w:t>
        <w:br/>
        <w:t>Полетіла б, чорноброва,&lt;br /&gt;</w:t>
        <w:br/>
        <w:t>За тихий Дунай".&lt;br /&gt;</w:t>
        <w:br/>
        <w:t>(Тим часом,як вона співає, у садочок входить молодий хлопець в солом'яному брилі,в короткому синьому жупанку, в зелених шароварах, з торбиною за плечима і з нагаєм)</w:t>
      </w:r>
    </w:p>
    <w:p>
      <w:r>
        <w:br/>
        <w:t>Петро</w:t>
      </w:r>
    </w:p>
    <w:p>
      <w:r>
        <w:br/>
        <w:t>З тим днем, що сьогодні! Боже помагай!</w:t>
      </w:r>
    </w:p>
    <w:p>
      <w:r>
        <w:br/>
        <w:t>Настуся</w:t>
      </w:r>
    </w:p>
    <w:p>
      <w:r>
        <w:br/>
        <w:t>Тату! тату! Петро! Петро із Києва прийшов!</w:t>
      </w:r>
    </w:p>
    <w:p>
      <w:r>
        <w:br/>
        <w:t>Сотник</w:t>
      </w:r>
    </w:p>
    <w:p>
      <w:r>
        <w:br/>
        <w:t>А, видом видати, слихом слихати! Чи по волі, чи по неволі?</w:t>
      </w:r>
    </w:p>
    <w:p>
      <w:r>
        <w:br/>
        <w:t>Петро</w:t>
      </w:r>
    </w:p>
    <w:p>
      <w:r>
        <w:br/>
        <w:t>По волі, тату, та ще й богословом.</w:t>
      </w:r>
    </w:p>
    <w:p>
      <w:r>
        <w:br/>
        <w:t>Сотник&lt;br /&gt;</w:t>
        <w:br/>
        <w:t>Ов!</w:t>
      </w:r>
    </w:p>
    <w:p>
      <w:r>
        <w:br/>
        <w:t>Настуся</w:t>
      </w:r>
    </w:p>
    <w:p>
      <w:r>
        <w:br/>
        <w:t>Богословом?! Аж страшно!</w:t>
      </w:r>
    </w:p>
    <w:p>
      <w:r>
        <w:br/>
        <w:t>Сотник</w:t>
      </w:r>
    </w:p>
    <w:p>
      <w:r>
        <w:br/>
        <w:t>Дурна, чого ти боїшся!</w:t>
      </w:r>
    </w:p>
    <w:p>
      <w:r>
        <w:br/>
        <w:t>(Підходить до сина, хрестить його і цілує)</w:t>
      </w:r>
    </w:p>
    <w:p>
      <w:r>
        <w:br/>
        <w:t>Боже тебе благослови, моя дитино! Настусю! Поведи його в покої та нагодуй, бо він ще, може, й не обідав.</w:t>
      </w:r>
    </w:p>
    <w:p>
      <w:r>
        <w:br/>
        <w:t>Петро</w:t>
      </w:r>
    </w:p>
    <w:p>
      <w:r>
        <w:br/>
        <w:t>Та таки йтак</w:t>
      </w:r>
    </w:p>
    <w:p>
      <w:r>
        <w:br/>
        <w:t>(Іде в світлицю з Настусею)</w:t>
      </w:r>
    </w:p>
    <w:p>
      <w:r>
        <w:br/>
        <w:t>Сотник</w:t>
      </w:r>
    </w:p>
    <w:p>
      <w:r>
        <w:br/>
        <w:t>(сам)&lt;br /&gt;</w:t>
        <w:br/>
        <w:t>І. дарував же мені бог&lt;br /&gt;</w:t>
        <w:br/>
        <w:t>Таке дитя, такого сина!&lt;br /&gt;</w:t>
        <w:br/>
        <w:t>І богослов уже. Причина,&lt;br /&gt;</w:t>
        <w:br/>
        <w:t>Причина мудрая. (Задумується)&lt;br /&gt;</w:t>
        <w:br/>
        <w:t>Чого?&lt;br /&gt;</w:t>
        <w:br/>
        <w:t>Чого я думаю? У попи,&lt;br /&gt;</w:t>
        <w:br/>
        <w:t>А як не схоче, то на Січ.&lt;br /&gt;</w:t>
        <w:br/>
        <w:t>І там не згине вражий хлопець.&lt;br /&gt;</w:t>
        <w:br/>
        <w:t>Іти лиш в хату... От ще річ:&lt;br /&gt;</w:t>
        <w:br/>
        <w:t>Заставить треба богослова,&lt;br /&gt;</w:t>
        <w:br/>
        <w:t>Щоб дома байдиків не бив,&lt;br /&gt;</w:t>
        <w:br/>
        <w:t>Щоб він гуляючи навчив&lt;br /&gt;</w:t>
        <w:br/>
        <w:t>Настусю заповідь, — щоб знову&lt;br /&gt;</w:t>
        <w:br/>
        <w:t>Не довелось дяка наймать,&lt;br /&gt;</w:t>
        <w:br/>
        <w:t>Як для покойної. А знаю,&lt;br /&gt;</w:t>
        <w:br/>
        <w:t>Без цього вже не повінчає&lt;br /&gt;</w:t>
        <w:br/>
        <w:t>Отець Хома... Піти сказать,&lt;br /&gt;</w:t>
        <w:br/>
        <w:t>А то забуду...</w:t>
      </w:r>
    </w:p>
    <w:p>
      <w:r>
        <w:br/>
        <w:t>(Іде в хату)</w:t>
      </w:r>
    </w:p>
    <w:p>
      <w:r>
        <w:br/>
        <w:t>Жить би, жить, хвалити бога,&lt;br /&gt;</w:t>
        <w:br/>
        <w:t>Кохатися в дітях,&lt;br /&gt;</w:t>
        <w:br/>
        <w:t>Так же ні: самому треба&lt;br /&gt;</w:t>
        <w:br/>
        <w:t>Себе одурити,&lt;br /&gt;</w:t>
        <w:br/>
        <w:t>Оженитися старому&lt;br /&gt;</w:t>
        <w:br/>
        <w:t>На такій дитині!&lt;br /&gt;</w:t>
        <w:br/>
        <w:t>Схаменися, не женися:&lt;br /&gt;</w:t>
        <w:br/>
        <w:t>І вона загине,&lt;br /&gt;</w:t>
        <w:br/>
        <w:t>І сам сивим посмішищем&lt;br /&gt;</w:t>
        <w:br/>
        <w:t>Будеш в своїй хаті,&lt;br /&gt;</w:t>
        <w:br/>
        <w:t>Будеш сам оте весілля&lt;br /&gt;</w:t>
        <w:br/>
        <w:t>Повік проклинати,&lt;br /&gt;</w:t>
        <w:br/>
        <w:t>Будеш плакать, і нікому&lt;br /&gt;</w:t>
        <w:br/>
        <w:t>Ті сльози старечі&lt;br /&gt;</w:t>
        <w:br/>
        <w:t>Буде втерти. Не женися!&lt;br /&gt;</w:t>
        <w:br/>
        <w:t>І гич не до речі!&lt;br /&gt;</w:t>
        <w:br/>
        <w:t>Дивися: рай кругом тебе,&lt;br /&gt;</w:t>
        <w:br/>
        <w:t>І діти, як квіти,&lt;br /&gt;</w:t>
        <w:br/>
        <w:t>За що ж ти їх, молоденькі,&lt;br /&gt;</w:t>
        <w:br/>
        <w:t>Думаєш убити?..&lt;br /&gt;</w:t>
        <w:br/>
        <w:t>Ні, старий мій чепуриться,&lt;br /&gt;</w:t>
        <w:br/>
        <w:t>Аж бридко дивиться!&lt;br /&gt;</w:t>
        <w:br/>
        <w:t>А Настуся з богословом&lt;br /&gt;</w:t>
        <w:br/>
        <w:t>Заповіді вчиться.&lt;br /&gt;</w:t>
        <w:br/>
        <w:t>Он дивіться: у садочок&lt;br /&gt;</w:t>
        <w:br/>
        <w:t>Вийшли погуляти —&lt;br /&gt;</w:t>
        <w:br/>
        <w:t>Удвох собі похожають,&lt;br /&gt;</w:t>
        <w:br/>
        <w:t>Мов ті голуб'ята.&lt;br /&gt;</w:t>
        <w:br/>
        <w:t>А старого нема дома,&lt;br /&gt;</w:t>
        <w:br/>
        <w:t>То їм — своя воля&lt;br /&gt;</w:t>
        <w:br/>
        <w:t>Награтися. Дивітеся:&lt;br /&gt;</w:t>
        <w:br/>
        <w:t>Там коло тополі&lt;br /&gt;</w:t>
        <w:br/>
        <w:t>Стали собі та й дивляться&lt;br /&gt;</w:t>
        <w:br/>
        <w:t>Одно на другого.&lt;br /&gt;</w:t>
        <w:br/>
        <w:t>Отак ангели святії&lt;br /&gt;</w:t>
        <w:br/>
        <w:t>Дивляться на бога,&lt;br /&gt;</w:t>
        <w:br/>
        <w:t>Як вони одно на друге.&lt;br /&gt;</w:t>
        <w:br/>
        <w:t>І Петрусь питає:</w:t>
      </w:r>
    </w:p>
    <w:p>
      <w:r>
        <w:br/>
        <w:t>Петро</w:t>
      </w:r>
    </w:p>
    <w:p>
      <w:r>
        <w:br/>
        <w:t>Чом же ти оце, Настусю,&lt;br /&gt;</w:t>
        <w:br/>
        <w:t>Справді не читаєш?</w:t>
      </w:r>
    </w:p>
    <w:p>
      <w:r>
        <w:br/>
        <w:t>Настуся</w:t>
      </w:r>
    </w:p>
    <w:p>
      <w:r>
        <w:br/>
        <w:t>Ахіба я школяр, чи що? Не хочу, та й годі.</w:t>
      </w:r>
    </w:p>
    <w:p>
      <w:r>
        <w:br/>
        <w:t>Петро</w:t>
      </w:r>
    </w:p>
    <w:p>
      <w:r>
        <w:br/>
        <w:t>Хоч одну невеличку заповідь сьогодні вивчи, хоч п'яту!</w:t>
      </w:r>
    </w:p>
    <w:p>
      <w:r>
        <w:br/>
        <w:t>Настуся&lt;br /&gt;</w:t>
        <w:br/>
        <w:t>І п'ятої, і шостої, ніякої не хочу.</w:t>
      </w:r>
    </w:p>
    <w:p>
      <w:r>
        <w:br/>
        <w:t>Петро</w:t>
      </w:r>
    </w:p>
    <w:p>
      <w:r>
        <w:br/>
        <w:t>То піп і не вінчатиме ніколи, як не вмітимеш!</w:t>
      </w:r>
    </w:p>
    <w:p>
      <w:r>
        <w:br/>
        <w:t>Настуся</w:t>
      </w:r>
    </w:p>
    <w:p>
      <w:r>
        <w:br/>
        <w:t>Байдуже,нехай собі не вінчає.</w:t>
      </w:r>
    </w:p>
    <w:p>
      <w:r>
        <w:br/>
        <w:t>Петро</w:t>
      </w:r>
    </w:p>
    <w:p>
      <w:r>
        <w:br/>
        <w:t>Азо мною?</w:t>
      </w:r>
    </w:p>
    <w:p>
      <w:r>
        <w:br/>
        <w:t>Настуся</w:t>
      </w:r>
    </w:p>
    <w:p>
      <w:r>
        <w:br/>
        <w:t>І з тобою нехай собі... Е, ні, нехай повінчає!..</w:t>
      </w:r>
    </w:p>
    <w:p>
      <w:r>
        <w:br/>
        <w:t>Петро</w:t>
      </w:r>
    </w:p>
    <w:p>
      <w:r>
        <w:br/>
        <w:t>Та читай же, а то...</w:t>
      </w:r>
    </w:p>
    <w:p>
      <w:r>
        <w:br/>
        <w:t>Настуся</w:t>
      </w:r>
    </w:p>
    <w:p>
      <w:r>
        <w:br/>
        <w:t>А то що ти зробиш?</w:t>
      </w:r>
    </w:p>
    <w:p>
      <w:r>
        <w:br/>
        <w:t>Петро</w:t>
      </w:r>
    </w:p>
    <w:p>
      <w:r>
        <w:br/>
        <w:t>Поцілую. Ось побачиш!</w:t>
      </w:r>
    </w:p>
    <w:p>
      <w:r>
        <w:br/>
        <w:t>Настуся</w:t>
      </w:r>
    </w:p>
    <w:p>
      <w:r>
        <w:br/>
        <w:t>Хоч як хочеш цілуй собі, а я таки не читатиму!</w:t>
      </w:r>
    </w:p>
    <w:p>
      <w:r>
        <w:br/>
        <w:t>Петро</w:t>
      </w:r>
    </w:p>
    <w:p>
      <w:r>
        <w:br/>
        <w:t>(цілує її і примовляв)</w:t>
      </w:r>
    </w:p>
    <w:p>
      <w:r>
        <w:br/>
        <w:t>Оце тобі раз! Оце тобі два!</w:t>
      </w:r>
    </w:p>
    <w:p>
      <w:r>
        <w:br/>
        <w:t>(А сотник виглядає з-за тину і входить в хату, не давши знаку)</w:t>
      </w:r>
    </w:p>
    <w:p>
      <w:r>
        <w:br/>
        <w:t>Настуся</w:t>
      </w:r>
    </w:p>
    <w:p>
      <w:r>
        <w:br/>
        <w:t>(пручається)</w:t>
      </w:r>
    </w:p>
    <w:p>
      <w:r>
        <w:br/>
        <w:t>Годі-бо вже, годі! Незабаром батько прийде-треба справді читать.</w:t>
      </w:r>
    </w:p>
    <w:p>
      <w:r>
        <w:br/>
        <w:t>Петро</w:t>
      </w:r>
    </w:p>
    <w:p>
      <w:r>
        <w:br/>
        <w:t>А! Тепер і читать!</w:t>
      </w:r>
    </w:p>
    <w:p>
      <w:r>
        <w:br/>
        <w:t>Сотник</w:t>
      </w:r>
    </w:p>
    <w:p>
      <w:r>
        <w:br/>
        <w:t>(виходить з хати)</w:t>
      </w:r>
    </w:p>
    <w:p>
      <w:r>
        <w:br/>
        <w:t>Діти! Годі вже вам учиться! Чи не час обідать?</w:t>
      </w:r>
    </w:p>
    <w:p>
      <w:r>
        <w:br/>
        <w:t>(Петро і Настуся мовчки ідуть у хату)</w:t>
      </w:r>
    </w:p>
    <w:p>
      <w:r>
        <w:br/>
        <w:t>Сотник</w:t>
      </w:r>
    </w:p>
    <w:p>
      <w:r>
        <w:br/>
        <w:t>(сам)</w:t>
      </w:r>
    </w:p>
    <w:p>
      <w:r>
        <w:br/>
        <w:t>Навчилась, нічого сказать!&lt;br /&gt;</w:t>
        <w:br/>
        <w:t>Оце дитина! Ні, Настусю,&lt;br /&gt;</w:t>
        <w:br/>
        <w:t>Я коло тебе захожуся&lt;br /&gt;</w:t>
        <w:br/>
        <w:t>Тепер, лебедонько, не так!&lt;br /&gt;</w:t>
        <w:br/>
        <w:t>Поки сто раз не поцілує,&lt;br /&gt;</w:t>
        <w:br/>
        <w:t>Й читать не хоче! А бурсак!&lt;br /&gt;</w:t>
        <w:br/>
        <w:t>Собачин сину, знаєш смак!&lt;br /&gt;</w:t>
        <w:br/>
        <w:t>Ось я тебе попомуштрую&lt;br /&gt;</w:t>
        <w:br/>
        <w:t>Не так, як в бурсі!.. Помелом!&lt;br /&gt;</w:t>
        <w:br/>
        <w:t>Щоб духу в хаті не було!&lt;br /&gt;</w:t>
        <w:br/>
        <w:t>Великий світ наш, не загинеш!&lt;br /&gt;</w:t>
        <w:br/>
        <w:t>Дивися, пся ного личина!&lt;br /&gt;</w:t>
        <w:br/>
        <w:t>Оце-то так, що богослов!&lt;br /&gt;</w:t>
        <w:br/>
        <w:t>У батька краде! Добре, свату!&lt;br /&gt;</w:t>
        <w:br/>
        <w:t>Які-то стали люди злі!..&lt;br /&gt;</w:t>
        <w:br/>
        <w:t>А що то діється у хаті?&lt;br /&gt;</w:t>
        <w:br/>
        <w:t>Там знову, знать, мої малі&lt;br /&gt;</w:t>
        <w:br/>
        <w:t>Читають... Треба розігнати.</w:t>
      </w:r>
    </w:p>
    <w:p>
      <w:r>
        <w:br/>
        <w:t>Отакі батьки на світі —&lt;br /&gt;</w:t>
        <w:br/>
        <w:t>Нащо вони дітям?&lt;br /&gt;</w:t>
        <w:br/>
        <w:t>На наругу перед богом.&lt;br /&gt;</w:t>
        <w:br/>
        <w:t>А шануйте, чтіте,&lt;br /&gt;</w:t>
        <w:br/>
        <w:t>Поважайте його, діти,&lt;br /&gt;</w:t>
        <w:br/>
        <w:t>Бо то батько сивий!&lt;br /&gt;</w:t>
        <w:br/>
        <w:t>Батько мудрий! Добре отим&lt;br /&gt;</w:t>
        <w:br/>
        <w:t>Сиротам щасливим,&lt;br /&gt;</w:t>
        <w:br/>
        <w:t>Що не мають отих батьків,&lt;br /&gt;</w:t>
        <w:br/>
        <w:t>То й не согрішають.</w:t>
      </w:r>
    </w:p>
    <w:p>
      <w:r>
        <w:br/>
        <w:t>Настуся</w:t>
      </w:r>
    </w:p>
    <w:p>
      <w:r>
        <w:br/>
        <w:t>(вибігає заплакана з хати)</w:t>
      </w:r>
    </w:p>
    <w:p>
      <w:r>
        <w:br/>
        <w:t>Не дає і пообідать,&lt;br /&gt;</w:t>
        <w:br/>
        <w:t>В Київ проганяє.&lt;br /&gt;</w:t>
        <w:br/>
        <w:t>А боже мій милостивий,&lt;br /&gt;</w:t>
        <w:br/>
        <w:t>Що мені робити?&lt;br /&gt;</w:t>
        <w:br/>
        <w:t>Помандрую!</w:t>
      </w:r>
    </w:p>
    <w:p>
      <w:r>
        <w:br/>
        <w:t>(Дивиться в хату)</w:t>
      </w:r>
    </w:p>
    <w:p>
      <w:r>
        <w:br/>
        <w:t>Замірився!&lt;br /&gt;</w:t>
        <w:br/>
        <w:t>Ух! який сердитий!&lt;br /&gt;</w:t>
        <w:br/>
        <w:t>Та не вдарить... А я таки&lt;br /&gt;</w:t>
        <w:br/>
        <w:t>У Київ з Петрусем&lt;br /&gt;</w:t>
        <w:br/>
        <w:t>Помандрую, хоч що хочеш!&lt;br /&gt;</w:t>
        <w:br/>
        <w:t>Я не побоюся,&lt;br /&gt;</w:t>
        <w:br/>
        <w:t>Серед ночі помандрую...&lt;br /&gt;</w:t>
        <w:br/>
        <w:t>А відьма злякає?!&lt;br /&gt;</w:t>
        <w:br/>
        <w:t>Ні, не зляка.</w:t>
      </w:r>
    </w:p>
    <w:p>
      <w:r>
        <w:br/>
        <w:t>(Загляда знову)</w:t>
      </w:r>
    </w:p>
    <w:p>
      <w:r>
        <w:br/>
        <w:t>Сердешненький!&lt;br /&gt;</w:t>
        <w:br/>
        <w:t>Книжечки складає&lt;br /&gt;</w:t>
        <w:br/>
        <w:t>У торбину і бриль бере.&lt;br /&gt;</w:t>
        <w:br/>
        <w:t>Прощай, моє любе,&lt;br /&gt;</w:t>
        <w:br/>
        <w:t>Моє серце!.. Увечері?..&lt;br /&gt;</w:t>
        <w:br/>
        <w:t>За царину?.. Буду!&lt;br /&gt;</w:t>
        <w:br/>
        <w:t>Раньше буду! Ось на, лови!</w:t>
      </w:r>
    </w:p>
    <w:p>
      <w:r>
        <w:br/>
        <w:t>(Кидає через тин цвіток)</w:t>
      </w:r>
    </w:p>
    <w:p>
      <w:r>
        <w:br/>
        <w:t>Чуєш! Дожидайся ж!</w:t>
      </w:r>
    </w:p>
    <w:p>
      <w:r>
        <w:br/>
        <w:t>(Виходить сотник. Настуся співає)</w:t>
      </w:r>
    </w:p>
    <w:p>
      <w:r>
        <w:br/>
        <w:t>"Не ходи, не нуди, не залицяйся,&lt;br /&gt;</w:t>
        <w:br/>
        <w:t>Не сватай, не піду, не сподівайся".</w:t>
      </w:r>
    </w:p>
    <w:p>
      <w:r>
        <w:br/>
        <w:t>Сотник</w:t>
      </w:r>
    </w:p>
    <w:p>
      <w:r>
        <w:br/>
        <w:t>А їй байдуже! Мов не знає!&lt;br /&gt;</w:t>
        <w:br/>
        <w:t>Неначе та сорока скаче.&lt;br /&gt;</w:t>
        <w:br/>
        <w:t>Настусю! Чом же ти не плачеш?&lt;br /&gt;</w:t>
        <w:br/>
        <w:t>Адже ж Петруся вже немає.</w:t>
      </w:r>
    </w:p>
    <w:p>
      <w:r>
        <w:br/>
        <w:t>Настуся</w:t>
      </w:r>
    </w:p>
    <w:p>
      <w:r>
        <w:br/>
        <w:t>Дивітеся, яка печаль!&lt;br /&gt;</w:t>
        <w:br/>
        <w:t>То й плачте, коли жаль...</w:t>
      </w:r>
    </w:p>
    <w:p>
      <w:r>
        <w:br/>
        <w:t>Сотник</w:t>
      </w:r>
    </w:p>
    <w:p>
      <w:r>
        <w:br/>
        <w:t>Мені байдуже.</w:t>
      </w:r>
    </w:p>
    <w:p>
      <w:r>
        <w:br/>
        <w:t>Настуся&lt;br /&gt;</w:t>
        <w:br/>
        <w:t>А мені&lt;br /&gt;</w:t>
        <w:br/>
        <w:t>Ще й байдужіше, — він не мій;&lt;br /&gt;</w:t>
        <w:br/>
        <w:t>А я вже заповіді знаю&lt;br /&gt;</w:t>
        <w:br/>
        <w:t>Усі до одної!</w:t>
      </w:r>
    </w:p>
    <w:p>
      <w:r>
        <w:br/>
        <w:t>Сотник</w:t>
      </w:r>
    </w:p>
    <w:p>
      <w:r>
        <w:br/>
        <w:t>Усі?&lt;br /&gt;</w:t>
        <w:br/>
        <w:t>Настуся&lt;br /&gt;</w:t>
        <w:br/>
        <w:t>Нехай хоч зараз сповідає&lt;br /&gt;</w:t>
        <w:br/>
        <w:t>Отець Хома ваш голосний!</w:t>
      </w:r>
    </w:p>
    <w:p>
      <w:r>
        <w:br/>
        <w:t>Сотник</w:t>
      </w:r>
    </w:p>
    <w:p>
      <w:r>
        <w:br/>
        <w:t>А повінчаємось в неділю?</w:t>
      </w:r>
    </w:p>
    <w:p>
      <w:r>
        <w:br/>
        <w:t>Настуся</w:t>
      </w:r>
    </w:p>
    <w:p>
      <w:r>
        <w:br/>
        <w:t>Авжеж! Так ми ще не говіли;&lt;br /&gt;</w:t>
        <w:br/>
        <w:t>Як одговіємось — тоді.</w:t>
      </w:r>
    </w:p>
    <w:p>
      <w:r>
        <w:br/>
        <w:t>Сотник</w:t>
      </w:r>
    </w:p>
    <w:p>
      <w:r>
        <w:br/>
        <w:t>(цілує її)</w:t>
      </w:r>
    </w:p>
    <w:p>
      <w:r>
        <w:br/>
        <w:t>Моя голубко сизокрила!&lt;br /&gt;</w:t>
        <w:br/>
        <w:t>Моя ти ягідко!..</w:t>
      </w:r>
    </w:p>
    <w:p>
      <w:r>
        <w:br/>
        <w:t>(Танцює і приговорює)&lt;br /&gt;</w:t>
        <w:br/>
        <w:t>"У горох&lt;br /&gt;</w:t>
        <w:br/>
        <w:t>Вчотирьох&lt;br /&gt;</w:t>
        <w:br/>
        <w:t>Уночі ходила.&lt;br /&gt;</w:t>
        <w:br/>
        <w:t>Уночі&lt;br /&gt;</w:t>
        <w:br/>
        <w:t>Ходячи,&lt;br /&gt;</w:t>
        <w:br/>
        <w:t>Намисто згубила".</w:t>
      </w:r>
    </w:p>
    <w:p>
      <w:r>
        <w:br/>
        <w:t>Настуся&lt;br /&gt;</w:t>
        <w:br/>
        <w:t>Та годі вам уже з тим намистом. Ішли б швидше до отцяХоми та порадилися, от що!</w:t>
      </w:r>
    </w:p>
    <w:p>
      <w:r>
        <w:br/>
        <w:t>Сотник</w:t>
      </w:r>
    </w:p>
    <w:p>
      <w:r>
        <w:br/>
        <w:t>Правда, правда, моя квіточко! Побіжу ж я швиденько,а ти тут, моя любко, погуляй собі тихенько! Та заквітчайся! Та не жди мене, бо бути має, що я остануся і на вечерню. (Цілує її і йде).</w:t>
      </w:r>
    </w:p>
    <w:p>
      <w:r>
        <w:br/>
        <w:t>Настуся</w:t>
      </w:r>
    </w:p>
    <w:p>
      <w:r>
        <w:br/>
        <w:t>Добре, добре, не ждатиму.&lt;br /&gt;</w:t>
        <w:br/>
        <w:t>Не ждатиму, не ждатиму,&lt;br /&gt;</w:t>
        <w:br/>
        <w:t>У свитину вдягатимусь,&lt;br /&gt;</w:t>
        <w:br/>
        <w:t>У намисто уберуся,&lt;br /&gt;</w:t>
        <w:br/>
        <w:t>Доганятиму Петруся.&lt;br /&gt;</w:t>
        <w:br/>
        <w:t>Обнімемось, поцілуємось, поберемося за рученьки,та й підем удвох собі аж у Київ. Треба заквітчаться, — може, в останній&lt;br /&gt;</w:t>
        <w:br/>
        <w:t>раз. бо він казав, що у Броварях і повінчаємося.</w:t>
      </w:r>
    </w:p>
    <w:p>
      <w:r>
        <w:br/>
        <w:t>(Квітчається і співає)</w:t>
      </w:r>
    </w:p>
    <w:p>
      <w:r>
        <w:br/>
        <w:t>"Ой піду я не берегом-лугом,&lt;br /&gt;</w:t>
        <w:br/>
        <w:t>Зустрінуся з несуженим другом.&lt;br /&gt;</w:t>
        <w:br/>
        <w:t>Здоров, здоров, несужений друже!&lt;br /&gt;</w:t>
        <w:br/>
        <w:t>Любилися ми з тобою дуже.&lt;br /&gt;</w:t>
        <w:br/>
        <w:t>Любилися, та не побралися,&lt;br /&gt;</w:t>
        <w:br/>
        <w:t>Тільки жалю серцю набралися".&lt;br /&gt;</w:t>
        <w:br/>
        <w:t>Оце нагадала яку! Цур їй, яка погана! Побіжу лиш швидше.&lt;br /&gt;</w:t>
        <w:br/>
        <w:t>Оставайтеся здорові, мої високії тополі і хрещатий мій барвіночку!</w:t>
      </w:r>
    </w:p>
    <w:p>
      <w:r>
        <w:br/>
        <w:t>(Виходить)</w:t>
      </w:r>
    </w:p>
    <w:p>
      <w:r>
        <w:br/>
        <w:t>Іде додому уночі&lt;br /&gt;</w:t>
        <w:br/>
        <w:t>П'яненький сотник, а йдучи&lt;br /&gt;</w:t>
        <w:br/>
        <w:t>Собі, веселий, розмовляє:&lt;br /&gt;</w:t>
        <w:br/>
        <w:t>— Нехай і наших люди знають!&lt;br /&gt;</w:t>
        <w:br/>
        <w:t>Нехай і сивий і горбатий,&lt;br /&gt;</w:t>
        <w:br/>
        <w:t>А ми!.. хе! хе! А ми жонаті!&lt;br /&gt;</w:t>
        <w:br/>
        <w:t>А ми!.. — Насилу вліз у хату&lt;br /&gt;</w:t>
        <w:br/>
        <w:t>Та й ліг собі тихенько спати,&lt;br /&gt;</w:t>
        <w:br/>
        <w:t>Щоб Настю, бачте, не збудить&lt;br /&gt;</w:t>
        <w:br/>
        <w:t>Та сорома не наробить.&lt;br /&gt;</w:t>
        <w:br/>
        <w:t>Уже й "достойно" оддзвонили,&lt;br /&gt;</w:t>
        <w:br/>
        <w:t>Уже додому люди йдуть, —&lt;br /&gt;</w:t>
        <w:br/>
        <w:t>Не йде Настусенька, не чуть.&lt;br /&gt;</w:t>
        <w:br/>
        <w:t>Насилу сотника збудили&lt;br /&gt;</w:t>
        <w:br/>
        <w:t>Та розказали: так і так!&lt;br /&gt;</w:t>
        <w:br/>
        <w:t>Перехрестився неборак,&lt;br /&gt;</w:t>
        <w:br/>
        <w:t>Коня найкращого сідлає&lt;br /&gt;</w:t>
        <w:br/>
        <w:t>І скаче в Київ. — В Броварях,&lt;br /&gt;</w:t>
        <w:br/>
        <w:t>Уже повінчана, гуляє&lt;br /&gt;</w:t>
        <w:br/>
        <w:t>Його Настуся молода!&lt;br /&gt;</w:t>
        <w:br/>
        <w:t>Вернувся сотник мій додому,&lt;br /&gt;</w:t>
        <w:br/>
        <w:t>Три дні, три ночі не вставав,&lt;br /&gt;</w:t>
        <w:br/>
        <w:t>Нікому й слова не сказав&lt;br /&gt;</w:t>
        <w:br/>
        <w:t>І не пожалувавсь нікому.&lt;br /&gt;</w:t>
        <w:br/>
        <w:t>. . . . . . . . . . . . . . . . . . . . .&lt;br /&gt;</w:t>
        <w:br/>
        <w:t>. . . . . . . . . . . . . . . . . . . . .</w:t>
      </w:r>
    </w:p>
    <w:p>
      <w:r>
        <w:br/>
        <w:t>Турбується, заробляє,&lt;br /&gt;</w:t>
        <w:br/>
        <w:t>А того не знає,&lt;br /&gt;</w:t>
        <w:br/>
        <w:t>Що на старість одуріє&lt;br /&gt;</w:t>
        <w:br/>
        <w:t>І все занехаїть.&lt;br /&gt;</w:t>
        <w:br/>
        <w:t>Отак тепер і з сотником&lt;br /&gt;</w:t>
        <w:br/>
        <w:t>З дурним моїм сталось:&lt;br /&gt;</w:t>
        <w:br/>
        <w:t>Розігнав дітей по світу,&lt;br /&gt;</w:t>
        <w:br/>
        <w:t>А добро осталось,&lt;br /&gt;</w:t>
        <w:br/>
        <w:t>Немає з ким поділити.&lt;br /&gt;</w:t>
        <w:br/>
        <w:t>Довелось самому&lt;br /&gt;</w:t>
        <w:br/>
        <w:t>Розкидати, розточити,&lt;br /&gt;</w:t>
        <w:br/>
        <w:t>І добра нікому&lt;br /&gt;</w:t>
        <w:br/>
        <w:t>Не зробити ні на шеляг,&lt;br /&gt;</w:t>
        <w:br/>
        <w:t>І притчею стати&lt;br /&gt;</w:t>
        <w:br/>
        <w:t>Добрим людям, і охати&lt;br /&gt;</w:t>
        <w:br/>
        <w:t>У холодній хаті&lt;br /&gt;</w:t>
        <w:br/>
        <w:t>Під кожухом, і нікому&lt;br /&gt;</w:t>
        <w:br/>
        <w:t>Хату затопити&lt;br /&gt;</w:t>
        <w:br/>
        <w:t>І вимести... По смітнику&lt;br /&gt;</w:t>
        <w:br/>
        <w:t>Ходити, нудити,&lt;br /&gt;</w:t>
        <w:br/>
        <w:t>Поки пугач над стріхою&lt;br /&gt;</w:t>
        <w:br/>
        <w:t>В вікно не завиє,&lt;br /&gt;</w:t>
        <w:br/>
        <w:t>А наймичка холодного&lt;br /&gt;</w:t>
        <w:br/>
        <w:t>Трупу не накриє&lt;br /&gt;</w:t>
        <w:br/>
        <w:t>Кожушиною старою,&lt;br /&gt;</w:t>
        <w:br/>
        <w:t>А ключ од комори&lt;br /&gt;</w:t>
        <w:br/>
        <w:t>Із-за пояса украде...</w:t>
      </w:r>
    </w:p>
    <w:p>
      <w:r>
        <w:br/>
        <w:t>Отаке-то горе&lt;br /&gt;</w:t>
        <w:br/>
        <w:t>Із сотником оце сталось.&lt;br /&gt;</w:t>
        <w:br/>
        <w:t>Не минуло году,&lt;br /&gt;</w:t>
        <w:br/>
        <w:t>Як Настусеньки не стало,&lt;br /&gt;</w:t>
        <w:br/>
        <w:t>А вже на городі&lt;br /&gt;</w:t>
        <w:br/>
        <w:t>Не осталося нічого —&lt;br /&gt;</w:t>
        <w:br/>
        <w:t>Свині та телята&lt;br /&gt;</w:t>
        <w:br/>
        <w:t>Уже бродять... А барвінок!&lt;br /&gt;</w:t>
        <w:br/>
        <w:t>Барвінок хрещатий!&lt;br /&gt;</w:t>
        <w:br/>
        <w:t>Притоптаний, коло тину&lt;br /&gt;</w:t>
        <w:br/>
        <w:t>Засихає, в'яне!&lt;br /&gt;</w:t>
        <w:br/>
        <w:t>А сам сотник у кожусі,&lt;br /&gt;</w:t>
        <w:br/>
        <w:t>Одутлий, поганий,&lt;br /&gt;</w:t>
        <w:br/>
        <w:t>Коло клуні похожає.&lt;br /&gt;</w:t>
        <w:br/>
        <w:t>І стоги не вкриті,&lt;br /&gt;</w:t>
        <w:br/>
        <w:t>І покої не мазані,&lt;br /&gt;</w:t>
        <w:br/>
        <w:t>І сволок не митий,&lt;br /&gt;</w:t>
        <w:br/>
        <w:t>І челяді нема дома,&lt;br /&gt;</w:t>
        <w:br/>
        <w:t>Й худоби немає...&lt;br /&gt;</w:t>
        <w:br/>
        <w:t>А наймичка задрипана,&lt;br /&gt;</w:t>
        <w:br/>
        <w:t>Та й та помикає&lt;br /&gt;</w:t>
        <w:br/>
        <w:t>Старим паном... Так і треба:&lt;br /&gt;</w:t>
        <w:br/>
        <w:t>Не розганяй діток,&lt;br /&gt;</w:t>
        <w:br/>
        <w:t>Сивий дурню! Недовго жив&lt;br /&gt;</w:t>
        <w:br/>
        <w:t>На свій заробіток&lt;br /&gt;</w:t>
        <w:br/>
        <w:t>П'яний сотник. Ще минуло&lt;br /&gt;</w:t>
        <w:br/>
        <w:t>Літо коло світа,&lt;br /&gt;</w:t>
        <w:br/>
        <w:t>А восени на улиці&lt;br /&gt;</w:t>
        <w:br/>
        <w:t>Сотника убито!&lt;br /&gt;</w:t>
        <w:br/>
        <w:t>А може, вмер неборака,&lt;br /&gt;</w:t>
        <w:br/>
        <w:t>Од шинкарки йдучи?&lt;br /&gt;</w:t>
        <w:br/>
        <w:t>Байдуже кому питати.&lt;br /&gt;</w:t>
        <w:br/>
        <w:t>Забрали й онучі&lt;br /&gt;</w:t>
        <w:br/>
        <w:t>Добрі люди, а самого&lt;br /&gt;</w:t>
        <w:br/>
        <w:t>Гарно поховали&lt;br /&gt;</w:t>
        <w:br/>
        <w:t>У леваді. І хрестика&lt;br /&gt;</w:t>
        <w:br/>
        <w:t>Над ним не вкопали.&lt;br /&gt;</w:t>
        <w:br/>
        <w:t>Аж жаль його: був багатий,&lt;br /&gt;</w:t>
        <w:br/>
        <w:t>І рідня і діти&lt;br /&gt;</w:t>
        <w:br/>
        <w:t>Єсть у його, а нікому&lt;br /&gt;</w:t>
        <w:br/>
        <w:t>Хрест постановити.&lt;br /&gt;</w:t>
        <w:br/>
        <w:t>Умер сотник, і покої&lt;br /&gt;</w:t>
        <w:br/>
        <w:t>Згнили, повалялись,&lt;br /&gt;</w:t>
        <w:br/>
        <w:t>Все пропало, погинуло.&lt;br /&gt;</w:t>
        <w:br/>
        <w:t>Тільки і осталось,&lt;br /&gt;</w:t>
        <w:br/>
        <w:t>Що тополі на вигоні —&lt;br /&gt;</w:t>
        <w:br/>
        <w:t>Стоять, мов дівчата&lt;br /&gt;</w:t>
        <w:br/>
        <w:t>Вийшли з Оглава ватагу&lt;br /&gt;</w:t>
        <w:br/>
        <w:t>З поля виглядати.&lt;br /&gt;</w:t>
        <w:br/>
        <w:t>[Кос-Арал&lt;br /&gt;</w:t>
        <w:br/>
        <w:t>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