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Совет султану...</w:t>
      </w:r>
    </w:p>
    <w:p>
      <w:r>
        <w:br/>
        <w:t xml:space="preserve"> СОВЕТ СУЛТАНУ НА ЗАТЕЮ ЕГО ПЕРЕНЕСТИ СВОЙ ДВОР, ЗНАМЯ И СОРОЧКУ МАГОМЕТА В АДРИАНОПОЛЬ</w:t>
      </w:r>
    </w:p>
    <w:p>
      <w:r>
        <w:br/>
        <w:t>Ой не мандруй, султане,&lt;br /&gt;</w:t>
        <w:br/>
        <w:t>До Адринополя,&lt;br /&gt;</w:t>
        <w:br/>
        <w:t>Бо там тебя застане&lt;br /&gt;</w:t>
        <w:br/>
        <w:t>Лихенькая доля!&lt;br /&gt;</w:t>
        <w:br/>
        <w:t>Ой не бажай, султане,&lt;br /&gt;</w:t>
        <w:br/>
        <w:t>Водиці з Мариці, [29]&lt;br /&gt;</w:t>
        <w:br/>
        <w:t>Бо в животі та стане&lt;br /&gt;</w:t>
        <w:br/>
        <w:t>Гірша од гірчиці!&lt;br /&gt;</w:t>
        <w:br/>
        <w:t>Не розвертай, султане,&lt;br /&gt;</w:t>
        <w:br/>
        <w:t>Хорогви Магмета:&lt;br /&gt;</w:t>
        <w:br/>
        <w:t>Москаль з древка хоч стягне,&lt;br /&gt;</w:t>
        <w:br/>
        <w:t>Хоч проб'є з мушкета!&lt;br /&gt;</w:t>
        <w:br/>
        <w:t>Не розвішуй, султане,&lt;br /&gt;</w:t>
        <w:br/>
        <w:t>Сорочки пророка:&lt;br /&gt;</w:t>
        <w:br/>
        <w:t>Москаль зцупить, як гляне,-&lt;br /&gt;</w:t>
        <w:br/>
        <w:t>Ох, буде морока!&lt;br /&gt;</w:t>
        <w:br/>
        <w:t>Ой не схиляйсь, султане,&lt;br /&gt;</w:t>
        <w:br/>
        <w:t>До Балканів ухом,&lt;br /&gt;</w:t>
        <w:br/>
        <w:t>Бо з їх віє погане...&lt;br /&gt;</w:t>
        <w:br/>
        <w:t>Кулевчинським духом! [30]&lt;br /&gt;</w:t>
        <w:br/>
        <w:t>Нехай твій ніс, султане,&lt;br /&gt;</w:t>
        <w:br/>
        <w:t>В гори й не сягає,&lt;br /&gt;</w:t>
        <w:br/>
        <w:t>Бо з гір Дибич як встане,-&lt;br /&gt;</w:t>
        <w:br/>
        <w:t>До смерті злякає.&lt;br /&gt;</w:t>
        <w:br/>
        <w:t>Не поглядай, султане,&lt;br /&gt;</w:t>
        <w:br/>
        <w:t>На Чорнеє море:&lt;br /&gt;</w:t>
        <w:br/>
        <w:t>В Чорнім морі в тумані&lt;br /&gt;</w:t>
        <w:br/>
        <w:t>Пливе твоє горе!&lt;br /&gt;</w:t>
        <w:br/>
        <w:t>Бач, в Синопії, султане,&lt;br /&gt;</w:t>
        <w:br/>
        <w:t>Клубки диму в'ються?&lt;br /&gt;</w:t>
        <w:br/>
        <w:t>Отож твої моряни,&lt;br /&gt;</w:t>
        <w:br/>
        <w:t>З Нахименком б'ються!&lt;br /&gt;</w:t>
        <w:br/>
        <w:t>Бач, як море, султане,&lt;br /&gt;</w:t>
        <w:br/>
        <w:t>Од їх гармат стогне?&lt;br /&gt;</w:t>
        <w:br/>
        <w:t>Твоє військо кохане&lt;br /&gt;</w:t>
        <w:br/>
        <w:t>З байдаками тоне!&lt;br /&gt;</w:t>
        <w:br/>
        <w:t>Ой не дивись, султане,&lt;br /&gt;</w:t>
        <w:br/>
        <w:t>За море — к Ацхуру, [31]&lt;br /&gt;</w:t>
        <w:br/>
        <w:t>Там достав вже й достане&lt;br /&gt;</w:t>
        <w:br/>
        <w:t>Турчин хльосту в шкуру,&lt;br /&gt;</w:t>
        <w:br/>
        <w:t>Не посилай, султане,&lt;br /&gt;</w:t>
        <w:br/>
        <w:t>Війська к Арпачаю, [32]&lt;br /&gt;</w:t>
        <w:br/>
        <w:t>Бо вернеться в Каре п'яне&lt;br /&gt;</w:t>
        <w:br/>
        <w:t>Від руського чаю!&lt;br /&gt;</w:t>
        <w:br/>
        <w:t>Не накликай, султане,&lt;br /&gt;</w:t>
        <w:br/>
        <w:t>На руських Шаміля, [33]&lt;br /&gt;</w:t>
        <w:br/>
        <w:t>Бо й він, либонь, не встане&lt;br /&gt;</w:t>
        <w:br/>
        <w:t>З даргського похмілля!..&lt;br /&gt;</w:t>
        <w:br/>
        <w:t>Не поможуть, султане,&lt;br /&gt;</w:t>
        <w:br/>
        <w:t>Пранці й ягличванці,-&lt;br /&gt;</w:t>
        <w:br/>
        <w:t>Москаль свого дотягне&lt;br /&gt;</w:t>
        <w:br/>
        <w:t>Не в вечір, так вранці!&lt;br /&gt;</w:t>
        <w:br/>
        <w:t>Так спи ж дома, Меджиде,-&lt;br /&gt;</w:t>
        <w:br/>
        <w:t>Ми буркать не будем,&lt;br /&gt;</w:t>
        <w:br/>
        <w:t>А як москаль надійде,&lt;br /&gt;</w:t>
        <w:br/>
        <w:t>Ми тогді й розбудим.&lt;br /&gt;</w:t>
        <w:br/>
        <w:t>16 декабря 1853 г., Харьков</w:t>
      </w:r>
    </w:p>
    <w:p>
      <w:r>
        <w:br/>
        <w:t>[29] — Мариця — річка в Болгарії.&lt;br /&gt;</w:t>
        <w:br/>
        <w:t>[30] — Кулевча — село у Східній Болгарії, під яким 29 травня 1829 р. відбувся бій російської армії під командуванням фельдмаршала І. І. Дибича (1785–1831) з турками, в результаті якого ворог поніс величезні втрати.&lt;br /&gt;</w:t>
        <w:br/>
        <w:t>[31] — Ацхур — турецька фортеця на Кавказі, якою російські війська оволоділи в 1828 р.&lt;br /&gt;</w:t>
        <w:br/>
        <w:t>[32] — Не посилай, султане, війська к Арпачаю...— Влітку 1807 р. біля Арпачаю на Кавказі російські війська завдали відчутного удару турецькій армії, яка відступила на Каре.&lt;br /&gt;</w:t>
        <w:br/>
        <w:t>[33] — Не накликай, султане, на руських Шаміля...— Шаміль (1797–1871), керівник визвольного руху горців Дагестану і Чечні, спрямованого проти царизму, а також місцевих феодалів. Тут ідеться про одну з поразок горців у бою з царськими військами 1845 р. під Дарго.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султану...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