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Справа, як біля бабиного воза</w:t>
      </w:r>
    </w:p>
    <w:p>
      <w:r>
        <w:br/>
        <w:t xml:space="preserve"> &lt;p&gt;Що таке є вісь?</w:t>
      </w:r>
    </w:p>
    <w:p>
      <w:r>
        <w:br/>
        <w:t>Це така штука, що в кожному возі вона є. І не одна вісь у возі, а дві — передня й задня… На кожну вісь надівається по два колеса: на передню нижчі, на задню вищі…</w:t>
      </w:r>
    </w:p>
    <w:p>
      <w:r>
        <w:br/>
        <w:t>Щоб колеса не спадали, на кінцях кожної осі є по кілочку, а щоб не лопнула, то під низом у неї прибиваються залізні підвісники…</w:t>
      </w:r>
    </w:p>
    <w:p>
      <w:r>
        <w:br/>
        <w:t>Це так — у кожному возі…</w:t>
      </w:r>
    </w:p>
    <w:p>
      <w:r>
        <w:br/>
        <w:t>А в політиці як?</w:t>
      </w:r>
    </w:p>
    <w:p>
      <w:r>
        <w:br/>
        <w:t>Політика ж не віз, а віз не політика, отож і осі в політиці трохи не такі, як у возі.</w:t>
      </w:r>
    </w:p>
    <w:p>
      <w:r>
        <w:br/>
        <w:t>Першу політичну вісь витесали Гітлер з Муссоліні.</w:t>
      </w:r>
    </w:p>
    <w:p>
      <w:r>
        <w:br/>
        <w:t>Вийшла вона в них довга — од Берліна аж до Рима: на однім кінці Берлін, а на другім Рим — це ніби колеса…</w:t>
      </w:r>
    </w:p>
    <w:p>
      <w:r>
        <w:br/>
        <w:t>У політичній осі те, що у возі зветься кілочками, — уже не кілочками називається, а сателітами.</w:t>
      </w:r>
    </w:p>
    <w:p>
      <w:r>
        <w:br/>
        <w:t>А що вісь дуже довга, колеса великі, — то з кожного боку не по одному сателіту, а аж по два…</w:t>
      </w:r>
    </w:p>
    <w:p>
      <w:r>
        <w:br/>
        <w:t>З одного — Румунія й Болгарія, а з другого — Фінляндія й Угорщина…</w:t>
      </w:r>
    </w:p>
    <w:p>
      <w:r>
        <w:br/>
        <w:t>Витесали, значить, отаку — вісь "Берлін — Рим", помастили геббель-слиною.</w:t>
      </w:r>
    </w:p>
    <w:p>
      <w:r>
        <w:br/>
        <w:t>— Позатикай, — кричать, — сателіти та й поїдемо!</w:t>
      </w:r>
    </w:p>
    <w:p>
      <w:r>
        <w:br/>
        <w:t>Позатикали й поїхали світ толочити…</w:t>
      </w:r>
    </w:p>
    <w:p>
      <w:r>
        <w:br/>
        <w:t>Їдуть… Спереду стрибають "тигри", "пантери", "фердинанди" — дорогу, значить, прокладають, зверху гудуть "месери", "хейнкелі", "юнкерси" та "вольфи" — вісь охороняють, а вже за ними й під ними вісь рипить.</w:t>
      </w:r>
    </w:p>
    <w:p>
      <w:r>
        <w:br/>
        <w:t>Попервах люди, зроду-віку такого страховища не бачивши, зніяковіли й почали одступатися…</w:t>
      </w:r>
    </w:p>
    <w:p>
      <w:r>
        <w:br/>
        <w:t>Вісь їде, гуде, бахкає, свистить, рипить, по дорозі геть-чисто все нищить…</w:t>
      </w:r>
    </w:p>
    <w:p>
      <w:r>
        <w:br/>
        <w:t>На дорозі село — просто на село, город — на город!</w:t>
      </w:r>
    </w:p>
    <w:p>
      <w:r>
        <w:br/>
        <w:t>Хати трощить, людей давить.</w:t>
      </w:r>
    </w:p>
    <w:p>
      <w:r>
        <w:br/>
        <w:t>Одно колесо біля Москви, а друге — біля Сталінграда… Такого попервах та вісь наробила…</w:t>
      </w:r>
    </w:p>
    <w:p>
      <w:r>
        <w:br/>
        <w:t>А потім люди придивились:</w:t>
      </w:r>
    </w:p>
    <w:p>
      <w:r>
        <w:br/>
        <w:t>— Та стій, хлопці, може ж, воно не таке уже й страшне!</w:t>
      </w:r>
    </w:p>
    <w:p>
      <w:r>
        <w:br/>
        <w:t>Заходилися біля тої осі по-справжньому — вона зразу біля Москви в канаву — гуцик!</w:t>
      </w:r>
    </w:p>
    <w:p>
      <w:r>
        <w:br/>
        <w:t>Гуцик і зразу — лусь: трісла…</w:t>
      </w:r>
    </w:p>
    <w:p>
      <w:r>
        <w:br/>
        <w:t>Біля Сталінграда рубонули і по осі, і по сателітах — із коліс спиці посипалися, із кілочків-сателітів — тріски…</w:t>
      </w:r>
    </w:p>
    <w:p>
      <w:r>
        <w:br/>
        <w:t>Тоді вісь — "обратним ходом" пішла.</w:t>
      </w:r>
    </w:p>
    <w:p>
      <w:r>
        <w:br/>
        <w:t>Та як покотилась, як покотилась — не наздоженеш…</w:t>
      </w:r>
    </w:p>
    <w:p>
      <w:r>
        <w:br/>
        <w:t>І таке трапилось, що й з возом ніколи в світі такого не бувало: ще й кілочки-сателіти в дірочках стирчать, а вже одно колесо — Рим — злетіло…</w:t>
      </w:r>
    </w:p>
    <w:p>
      <w:r>
        <w:br/>
        <w:t>Тут би стати й колесо надіти, так непереливки: б'ють, стати не дають. Покотилась на однім колесі.</w:t>
      </w:r>
    </w:p>
    <w:p>
      <w:r>
        <w:br/>
        <w:t>Летить на підволоці, торохтить, куряву здіймаючи.</w:t>
      </w:r>
    </w:p>
    <w:p>
      <w:r>
        <w:br/>
        <w:t>А тут і сателіти — кілочки почали випадати…</w:t>
      </w:r>
    </w:p>
    <w:p>
      <w:r>
        <w:br/>
        <w:t>Випав румунський кілочок, ледь-ледь тримається мадярський, — і то через те, що обривками їх поприв'язувано.</w:t>
      </w:r>
    </w:p>
    <w:p>
      <w:r>
        <w:br/>
        <w:t>А полагодити не дають: женуть!</w:t>
      </w:r>
    </w:p>
    <w:p>
      <w:r>
        <w:br/>
        <w:t>А в Геббельса вже й слини не вистачає мастити: рипить вісь так, що на весь світ чутно…</w:t>
      </w:r>
    </w:p>
    <w:p>
      <w:r>
        <w:br/>
        <w:t>От-от випаде останній кілочок, спаде з осі останнє колесо — Берлін — і в прірву…</w:t>
      </w:r>
    </w:p>
    <w:p>
      <w:r>
        <w:br/>
        <w:t>Туди й дорога!</w:t>
      </w:r>
    </w:p>
    <w:p>
      <w:r>
        <w:br/>
        <w:t>Ще славнозвісний Іван Котляревський сказав:</w:t>
      </w:r>
    </w:p>
    <w:p>
      <w:r>
        <w:br/>
        <w:t>Нехай же та личина люта,</w:t>
      </w:r>
    </w:p>
    <w:p>
      <w:r>
        <w:br/>
        <w:t>Що нас впровадила в війну,</w:t>
      </w:r>
    </w:p>
    <w:p>
      <w:r>
        <w:br/>
        <w:t>І ганьбою до всіх надута</w:t>
      </w:r>
    </w:p>
    <w:p>
      <w:r>
        <w:br/>
        <w:t>Походить більш на сатану,</w:t>
      </w:r>
    </w:p>
    <w:p>
      <w:r>
        <w:br/>
        <w:t>Що стільки болі причинила,</w:t>
      </w:r>
    </w:p>
    <w:p>
      <w:r>
        <w:br/>
        <w:t>Що стільки люду погубила,</w:t>
      </w:r>
    </w:p>
    <w:p>
      <w:r>
        <w:br/>
        <w:t>А в смутний час навтікача…</w:t>
      </w:r>
    </w:p>
    <w:p>
      <w:r>
        <w:br/>
        <w:t>· · ·</w:t>
      </w:r>
    </w:p>
    <w:p>
      <w:r>
        <w:br/>
        <w:t>Нехай!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Справа, як біля бабиного воза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