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Стара церковця в Лемешах</w:t>
      </w:r>
    </w:p>
    <w:p>
      <w:r>
        <w:br/>
        <w:t xml:space="preserve"> Історія стоїть біля дороги&lt;br /&gt;</w:t>
        <w:br/>
        <w:t>та й дивиться, хто їде по соті.</w:t>
      </w:r>
    </w:p>
    <w:p>
      <w:r>
        <w:br/>
        <w:t>Йде череда, туман взяла на роги.</w:t>
      </w:r>
    </w:p>
    <w:p>
      <w:r>
        <w:br/>
        <w:t>А он село, що зветься Лемеші.</w:t>
      </w:r>
    </w:p>
    <w:p>
      <w:r>
        <w:br/>
        <w:t>Десь там жила Наталка Розумиха,&lt;br /&gt;</w:t>
        <w:br/>
        <w:t>Грицькова жінка, гарна й молода.&lt;br /&gt;</w:t>
        <w:br/>
        <w:t>Як ще був жив, набралася з ним лиха,&lt;br /&gt;</w:t>
        <w:br/>
        <w:t>такий він був п'яндига й гуляйда.</w:t>
      </w:r>
    </w:p>
    <w:p>
      <w:r>
        <w:br/>
        <w:t>Але й козак! Просмолений, як човен.&lt;br /&gt;</w:t>
        <w:br/>
        <w:t>Жагучо любий до безтями рук.&lt;br /&gt;</w:t>
        <w:br/>
        <w:t>Як він умер, весь світ, сльозами повен,&lt;br /&gt;</w:t>
        <w:br/>
        <w:t>в дощах стояв по самий Базавлук!</w:t>
      </w:r>
    </w:p>
    <w:p>
      <w:r>
        <w:br/>
        <w:t>Вона ж його ні словом не вкорила.&lt;br /&gt;</w:t>
        <w:br/>
        <w:t>Ходила до могили припадать.&lt;br /&gt;</w:t>
        <w:br/>
        <w:t>А двох синів, Олексу та Кирила,&lt;br /&gt;</w:t>
        <w:br/>
        <w:t>в капелу царську мусила віддать.</w:t>
      </w:r>
    </w:p>
    <w:p>
      <w:r>
        <w:br/>
        <w:t>Коли ж сини доскочили пошани,&lt;br /&gt;</w:t>
        <w:br/>
        <w:t>приїхала вона у Лемеші.</w:t>
      </w:r>
    </w:p>
    <w:p>
      <w:r>
        <w:br/>
        <w:t>Мов янголи, співали клирошани&lt;br /&gt;</w:t>
        <w:br/>
        <w:t>за упокій козацької душі —&lt;br /&gt;</w:t>
        <w:br/>
        <w:t>в тій церкві, що Наталка спорудила&lt;br /&gt;</w:t>
        <w:br/>
        <w:t>на тому місці, де Грицьковий гріб.&lt;br /&gt;</w:t>
        <w:br/>
        <w:t>А двох синів, Олексу та Кирила,&lt;br /&gt;</w:t>
        <w:br/>
        <w:t>у тій же церкві висповідав піп.</w:t>
      </w:r>
    </w:p>
    <w:p>
      <w:r>
        <w:br/>
        <w:t>Один був мужем вінчаним цариці,&lt;br /&gt;</w:t>
        <w:br/>
        <w:t>сподобивсь другий навіть булави.&lt;br /&gt;</w:t>
        <w:br/>
        <w:t>Вона молилась: — Грицю, чуєш, Грицю!&lt;br /&gt;</w:t>
        <w:br/>
        <w:t>Хоча б на мить устань та оживи!</w:t>
      </w:r>
    </w:p>
    <w:p>
      <w:r>
        <w:br/>
        <w:t>Та подивися на свою Наталку,&lt;br /&gt;</w:t>
        <w:br/>
        <w:t>що за твої одмолені гріхи&lt;br /&gt;</w:t>
        <w:br/>
        <w:t>яку он долю виспівали змалку&lt;br /&gt;</w:t>
        <w:br/>
        <w:t>підпаски наші, наші пастухи!</w:t>
      </w:r>
    </w:p>
    <w:p>
      <w:r>
        <w:br/>
        <w:t>Вони ж гусей тут пасли в конюшині,&lt;br /&gt;</w:t>
        <w:br/>
        <w:t>вони ж тут руки дряпали в шипшині,&lt;br /&gt;</w:t>
        <w:br/>
        <w:t>вони ж на цьому вигоні росли.&lt;br /&gt;</w:t>
        <w:br/>
        <w:t>А ті ж то гуси, гуси-лебедята,&lt;br /&gt;</w:t>
        <w:br/>
        <w:t>та й узяли підпасків на крилята,&lt;br /&gt;</w:t>
        <w:br/>
        <w:t>та й у хороми царські занесли!..</w:t>
      </w:r>
    </w:p>
    <w:p>
      <w:r>
        <w:br/>
        <w:t>Лампадка тьмяно блимала в кіоті,&lt;br /&gt;</w:t>
        <w:br/>
        <w:t>стояла в церкві дивна тишина.&lt;br /&gt;</w:t>
        <w:br/>
        <w:t>Блищали скрізь оправи щирозлоті,&lt;br /&gt;</w:t>
        <w:br/>
        <w:t>і озиралась Лотова жона.</w:t>
      </w:r>
    </w:p>
    <w:p>
      <w:r>
        <w:br/>
        <w:t>Чекали слуги десь аж біля брами.&lt;br /&gt;</w:t>
        <w:br/>
        <w:t>Наталія молилась гаряче.&lt;br /&gt;</w:t>
        <w:br/>
        <w:t>І синя стрічка царської статс-дами&lt;br /&gt;</w:t>
        <w:br/>
        <w:t>текла, як річка, їй через плече.</w:t>
      </w:r>
    </w:p>
    <w:p>
      <w:r>
        <w:br/>
        <w:t>Вона молилась: — Встань та подивися,&lt;br /&gt;</w:t>
        <w:br/>
        <w:t>що я вже стала свахою Петра.&lt;br /&gt;</w:t>
        <w:br/>
        <w:t>Що грошей в нас тепер хоч подавися,&lt;br /&gt;</w:t>
        <w:br/>
        <w:t>невістка в мене царського ребра.</w:t>
      </w:r>
    </w:p>
    <w:p>
      <w:r>
        <w:br/>
        <w:t>Тепер уже й не плачу я ночами.&lt;br /&gt;</w:t>
        <w:br/>
        <w:t>Невістка гарна, що там говорить.&lt;br /&gt;</w:t>
        <w:br/>
        <w:t>Вже як вони, хоч тайно, обвінчались,&lt;br /&gt;</w:t>
        <w:br/>
        <w:t>то це ж таки уже не фаворит.</w:t>
      </w:r>
    </w:p>
    <w:p>
      <w:r>
        <w:br/>
        <w:t>Буваю на балах і на прийомах,&lt;br /&gt;</w:t>
        <w:br/>
        <w:t>бо я графиня, а Олекса граф.&lt;br /&gt;</w:t>
        <w:br/>
        <w:t>Він при дворі, а я уже при ньому,&lt;br /&gt;</w:t>
        <w:br/>
        <w:t>спокійно хай покоїться твій прах!..</w:t>
      </w:r>
    </w:p>
    <w:p>
      <w:r>
        <w:br/>
        <w:t>З колін звелась графиня Розумовська,&lt;br /&gt;</w:t>
        <w:br/>
        <w:t>зашарудів широкий кринолін.&lt;br /&gt;</w:t>
        <w:br/>
        <w:t>Чи то спіткнулась, чи на плитах ковзько,&lt;br /&gt;</w:t>
        <w:br/>
        <w:t>чи на дзвіниці хилитнувся дзвін, —&lt;br /&gt;</w:t>
        <w:br/>
        <w:t>і задвигтіла церква-кам'яниця,&lt;br /&gt;</w:t>
        <w:br/>
        <w:t>і хрест на церкві також хилитавсь,&lt;br /&gt;</w:t>
        <w:br/>
        <w:t>і хилиталась паперть і дзвіниця...&lt;br /&gt;</w:t>
        <w:br/>
        <w:t>Мабуть, Грицько в землі перевертавсь.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Стара церковця в Лемешах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