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годинникар</w:t>
      </w:r>
    </w:p>
    <w:p>
      <w:r>
        <w:br/>
        <w:t xml:space="preserve"> Ще пароплавчики чаділи, наче праски,&lt;br /&gt;</w:t>
        <w:br/>
        <w:t>ще ми шукали крем'яхи в піску, —&lt;br /&gt;</w:t>
        <w:br/>
        <w:t>на пограниччі дійсності і казки&lt;br /&gt;</w:t>
        <w:br/>
        <w:t>стояв той дім за хмарами бузку.</w:t>
      </w:r>
    </w:p>
    <w:p>
      <w:r>
        <w:br/>
        <w:t>Там жив дідок, що схожий був на графа,&lt;br /&gt;</w:t>
        <w:br/>
        <w:t>в краватці чорній, не як всі діди.&lt;br /&gt;</w:t>
        <w:br/>
        <w:t>В трельяжі віддзеркалена карафа&lt;br /&gt;</w:t>
        <w:br/>
        <w:t>була, як сон криничної води.</w:t>
      </w:r>
    </w:p>
    <w:p>
      <w:r>
        <w:br/>
        <w:t>Усмішкою дитячої фортуни&lt;br /&gt;</w:t>
        <w:br/>
        <w:t>було для нас потрапити в той дім.&lt;br /&gt;</w:t>
        <w:br/>
        <w:t>Там все було блискуче і латунне,&lt;br /&gt;</w:t>
        <w:br/>
        <w:t>і на роялі гномик там сидів.</w:t>
      </w:r>
    </w:p>
    <w:p>
      <w:r>
        <w:br/>
        <w:t>Були там сови і якісь личини.&lt;br /&gt;</w:t>
        <w:br/>
        <w:t>Коти робили хижий променад.&lt;br /&gt;</w:t>
        <w:br/>
        <w:t>Трельяж дивився срібними очима&lt;br /&gt;</w:t>
        <w:br/>
        <w:t>на все, що не хотіло проминать.</w:t>
      </w:r>
    </w:p>
    <w:p>
      <w:r>
        <w:br/>
        <w:t>А той старий, достоту Каліостро,&lt;br /&gt;</w:t>
        <w:br/>
        <w:t>щось прецизійне маючи в руці,&lt;br /&gt;</w:t>
        <w:br/>
        <w:t>дивився в шкельце, наче кібець, гостро,&lt;br /&gt;</w:t>
        <w:br/>
        <w:t>і поціляв у гвинтики й зубці.</w:t>
      </w:r>
    </w:p>
    <w:p>
      <w:r>
        <w:br/>
        <w:t>Навколо нього час лежав навалом.&lt;br /&gt;</w:t>
        <w:br/>
        <w:t>Співали птиці в шибку із куща.&lt;br /&gt;</w:t>
        <w:br/>
        <w:t>А він, старий, сидів, як за штурвалом, —&lt;br /&gt;</w:t>
        <w:br/>
        <w:t>в руках крутив манюньке коліща.</w:t>
      </w:r>
    </w:p>
    <w:p>
      <w:r>
        <w:br/>
        <w:t>Куди він плив? Немов стояче озеро,&lt;br /&gt;</w:t>
        <w:br/>
        <w:t>за ним тьмянів у сутінках трельяж.&lt;br /&gt;</w:t>
        <w:br/>
        <w:t>Всі механізми цокали загрозливо,&lt;br /&gt;</w:t>
        <w:br/>
        <w:t>і з пітьми хтось казав йому: "Приляж!"</w:t>
      </w:r>
    </w:p>
    <w:p>
      <w:r>
        <w:br/>
        <w:t>У мерехтінні маятників мідних,&lt;br /&gt;</w:t>
        <w:br/>
        <w:t>округлені, як очі камбали,&lt;br /&gt;</w:t>
        <w:br/>
        <w:t>дзиґарики замовників безслідних&lt;br /&gt;</w:t>
        <w:br/>
        <w:t>на підвіконні цокали, ішли.</w:t>
      </w:r>
    </w:p>
    <w:p>
      <w:r>
        <w:br/>
        <w:t>Він дарував нам шкельця та брелоки.&lt;br /&gt;</w:t>
        <w:br/>
        <w:t>Ми ще тоді не знали ні про що.&lt;br /&gt;</w:t>
        <w:br/>
        <w:t>Був тридцять сьомий. Він вслухався: кроки.&lt;br /&gt;</w:t>
        <w:br/>
        <w:t>Якийсь замовник знову не прийшов.</w:t>
      </w:r>
    </w:p>
    <w:p>
      <w:r>
        <w:br/>
        <w:t>Старенька жінка вносила соломки&lt;br /&gt;</w:t>
        <w:br/>
        <w:t>і, вся залита сяйвом золотим,&lt;br /&gt;</w:t>
        <w:br/>
        <w:t>чогось палила у печі іконки,&lt;br /&gt;</w:t>
        <w:br/>
        <w:t>поцілувавши кожну перед тим.</w:t>
      </w:r>
    </w:p>
    <w:p>
      <w:r>
        <w:br/>
        <w:t>Мені стояло в пам'яті роками,&lt;br /&gt;</w:t>
        <w:br/>
        <w:t>як ми тоді не відали про те,&lt;br /&gt;</w:t>
        <w:br/>
        <w:t>чого старий тремтячими руками&lt;br /&gt;</w:t>
        <w:br/>
        <w:t>ловив секунди крильце золоте.</w:t>
      </w:r>
    </w:p>
    <w:p>
      <w:r>
        <w:br/>
        <w:t>Крихкий комод вивірчувала шашіль.&lt;br /&gt;</w:t>
        <w:br/>
        <w:t>З куточка сяяв срібний образок.&lt;br /&gt;</w:t>
        <w:br/>
        <w:t>Його душили спогади, і кашель,&lt;br /&gt;</w:t>
        <w:br/>
        <w:t>і навіть той за вікнами бузок.</w:t>
      </w:r>
    </w:p>
    <w:p>
      <w:r>
        <w:br/>
        <w:t>І як хисткий підсвічник на роялі,&lt;br /&gt;</w:t>
        <w:br/>
        <w:t>де вже у свічці догоряє ґніт,&lt;br /&gt;</w:t>
        <w:br/>
        <w:t>він був для нас вже майже нереальний&lt;br /&gt;</w:t>
        <w:br/>
        <w:t>отой старезний загадковий дід.</w:t>
      </w:r>
    </w:p>
    <w:p>
      <w:r>
        <w:br/>
        <w:t>Чогось він так дивився і дивився,&lt;br /&gt;</w:t>
        <w:br/>
        <w:t>він міг дивитись і годину, й дві.&lt;br /&gt;</w:t>
        <w:br/>
        <w:t>Коли один годинничок розбився,&lt;br /&gt;</w:t>
        <w:br/>
        <w:t>він лиш погладив нас по голові.</w:t>
      </w:r>
    </w:p>
    <w:p>
      <w:r>
        <w:br/>
        <w:t>Ми розминались в часі і у просторі.&lt;br /&gt;</w:t>
        <w:br/>
        <w:t>Йому було, мабуть, уже віки.&lt;br /&gt;</w:t>
        <w:br/>
        <w:t>І набалдашник на старому костурі&lt;br /&gt;</w:t>
        <w:br/>
        <w:t>уже забув тепло його руки.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годинникар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