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Старий вовк</w:t>
      </w:r>
    </w:p>
    <w:p>
      <w:r>
        <w:br/>
        <w:t xml:space="preserve"> Ізнемігся старий Вовк,&lt;br /&gt;</w:t>
        <w:br/>
        <w:t>Ледве що плететься,&lt;br /&gt;</w:t>
        <w:br/>
        <w:t>Аж з ягнятами Вівця&lt;br /&gt;</w:t>
        <w:br/>
        <w:t>На полі пасеться.</w:t>
      </w:r>
    </w:p>
    <w:p>
      <w:r>
        <w:br/>
        <w:t>Ото йде він до Вівці,&lt;br /&gt;</w:t>
        <w:br/>
        <w:t>Став на задні п’яти,&lt;br /&gt;</w:t>
        <w:br/>
        <w:t>Просить собі на обід&lt;br /&gt;</w:t>
        <w:br/>
        <w:t>Їдного ягняти.</w:t>
      </w:r>
    </w:p>
    <w:p>
      <w:r>
        <w:br/>
        <w:t>Та і каже, що: "Не дам,&lt;br /&gt;</w:t>
        <w:br/>
        <w:t>Не мої ягнята,&lt;br /&gt;</w:t>
        <w:br/>
        <w:t>А от онде тато їх,&lt;br /&gt;</w:t>
        <w:br/>
        <w:t>Попроси у тата!"</w:t>
      </w:r>
    </w:p>
    <w:p>
      <w:r>
        <w:br/>
        <w:t>Пішов Вовк до Барана,&lt;br /&gt;</w:t>
        <w:br/>
        <w:t>Став його благати,&lt;br /&gt;</w:t>
        <w:br/>
        <w:t>Щоби йому на обід&lt;br /&gt;</w:t>
        <w:br/>
        <w:t>Ягня яке дати.</w:t>
      </w:r>
    </w:p>
    <w:p>
      <w:r>
        <w:br/>
        <w:t>А той тільки вгору гоп!&lt;br /&gt;</w:t>
        <w:br/>
        <w:t>Як тріснув рогами, –&lt;br /&gt;</w:t>
        <w:br/>
        <w:t>Так старого й покотив&lt;br /&gt;</w:t>
        <w:br/>
        <w:t>Догори ногами!</w:t>
      </w:r>
    </w:p>
    <w:p>
      <w:r>
        <w:br/>
        <w:t>Підійнявся старий Вовк,&lt;br /&gt;</w:t>
        <w:br/>
        <w:t>Ледве що плететься,&lt;br /&gt;</w:t>
        <w:br/>
        <w:t>Аж дивиться: із лошам&lt;br /&gt;</w:t>
        <w:br/>
        <w:t>Кобила пасеться.</w:t>
      </w:r>
    </w:p>
    <w:p>
      <w:r>
        <w:br/>
        <w:t>Підійшов він і туди,&lt;br /&gt;</w:t>
        <w:br/>
        <w:t>Став на задні п’яти,&lt;br /&gt;</w:t>
        <w:br/>
        <w:t>Просить собі на обід&lt;br /&gt;</w:t>
        <w:br/>
        <w:t>В Кобили лошати.</w:t>
      </w:r>
    </w:p>
    <w:p>
      <w:r>
        <w:br/>
        <w:t>Та і каже, що: "Не дам!&lt;br /&gt;</w:t>
        <w:br/>
        <w:t>Не моє лошатко,&lt;br /&gt;</w:t>
        <w:br/>
        <w:t>А от, – каже, – на горі&lt;br /&gt;</w:t>
        <w:br/>
        <w:t>Ходить його татко!"</w:t>
      </w:r>
    </w:p>
    <w:p>
      <w:r>
        <w:br/>
        <w:t>Вовк до огиря іде,&lt;br /&gt;</w:t>
        <w:br/>
        <w:t>Став його благати,&lt;br /&gt;</w:t>
        <w:br/>
        <w:t>Щоби йому на обід&lt;br /&gt;</w:t>
        <w:br/>
        <w:t>Лоша теє дати.</w:t>
      </w:r>
    </w:p>
    <w:p>
      <w:r>
        <w:br/>
        <w:t>А той каже йому: "Стій!&lt;br /&gt;</w:t>
        <w:br/>
        <w:t>Пораджуся мами".&lt;br /&gt;</w:t>
        <w:br/>
        <w:t>Обернувся, як кресне&lt;br /&gt;</w:t>
        <w:br/>
        <w:t>Вовка копитами!</w:t>
      </w:r>
    </w:p>
    <w:p>
      <w:r>
        <w:br/>
        <w:t>Аж на гони старигань&lt;br /&gt;</w:t>
        <w:br/>
        <w:t>Полетів до лиха,&lt;br /&gt;</w:t>
        <w:br/>
        <w:t>Покотився разів п’ять,&lt;br /&gt;</w:t>
        <w:br/>
        <w:t>Підійнявся стиха.</w:t>
      </w:r>
    </w:p>
    <w:p>
      <w:r>
        <w:br/>
        <w:t>Іде далі старий Вовк,&lt;br /&gt;</w:t>
        <w:br/>
        <w:t>Ледве що плететься,&lt;br /&gt;</w:t>
        <w:br/>
        <w:t>Аж з пацятами Свиня&lt;br /&gt;</w:t>
        <w:br/>
        <w:t>На горі пасеться.</w:t>
      </w:r>
    </w:p>
    <w:p>
      <w:r>
        <w:br/>
        <w:t>Іде, бідний, і туди,&lt;br /&gt;</w:t>
        <w:br/>
        <w:t>Став на задні п’яти,&lt;br /&gt;</w:t>
        <w:br/>
        <w:t>Просить собі на обід&lt;br /&gt;</w:t>
        <w:br/>
        <w:t>Їдного пацяти.</w:t>
      </w:r>
    </w:p>
    <w:p>
      <w:r>
        <w:br/>
        <w:t>Та і каже, що: "Не дам,&lt;br /&gt;</w:t>
        <w:br/>
        <w:t>Не мої пацята,&lt;br /&gt;</w:t>
        <w:br/>
        <w:t>А он, – каже, – попроси,&lt;br /&gt;</w:t>
        <w:br/>
        <w:t>Коли хочеш, тата".</w:t>
      </w:r>
    </w:p>
    <w:p>
      <w:r>
        <w:br/>
        <w:t>Вовк іде до Кабана.&lt;br /&gt;</w:t>
        <w:br/>
        <w:t>Став його благати,&lt;br /&gt;</w:t>
        <w:br/>
        <w:t>Щоби йому на обід&lt;br /&gt;</w:t>
        <w:br/>
        <w:t>Поросятко дати.</w:t>
      </w:r>
    </w:p>
    <w:p>
      <w:r>
        <w:br/>
        <w:t>А той його примостив&lt;br /&gt;</w:t>
        <w:br/>
        <w:t>Задом над скалою,&lt;br /&gt;</w:t>
        <w:br/>
        <w:t>Та спереду як турнув&lt;br /&gt;</w:t>
        <w:br/>
        <w:t>Вовка головою!</w:t>
      </w:r>
    </w:p>
    <w:p>
      <w:r>
        <w:br/>
        <w:t>То так бідний старигань&lt;br /&gt;</w:t>
        <w:br/>
        <w:t>З гори й покачався…&lt;br /&gt;</w:t>
        <w:br/>
        <w:t>І лежав він та й лежав,&lt;br /&gt;</w:t>
        <w:br/>
        <w:t>Далі обізвався:</w:t>
      </w:r>
    </w:p>
    <w:p>
      <w:r>
        <w:br/>
        <w:t>"Отак, – каже, – коли хоч&lt;br /&gt;</w:t>
        <w:br/>
        <w:t>Що-небудь робити,&lt;br /&gt;</w:t>
        <w:br/>
        <w:t>То до батька не ходи&lt;br /&gt;</w:t>
        <w:br/>
        <w:t>Поради просити!"&lt;br /&gt;</w:t>
        <w:br/>
        <w:t>7 июля [1859].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Старий вовк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