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Сумна колумбіана</w:t>
      </w:r>
    </w:p>
    <w:p>
      <w:r>
        <w:br/>
        <w:t xml:space="preserve"> Що, розуме, скептичний мій химернику?&lt;br /&gt;</w:t>
        <w:br/>
        <w:t>Не прикидайся, ти сумуєш теж.&lt;br /&gt;</w:t>
        <w:br/>
        <w:t>Любов відкрити важче, ніж Америку.&lt;br /&gt;</w:t>
        <w:br/>
        <w:t>По-перше, чи до неї допливеш?&lt;br /&gt;</w:t>
        <w:br/>
        <w:t>А допливеш — то цілий чи потрощений?&lt;br /&gt;</w:t>
        <w:br/>
        <w:t>Спустошений, ускладнений чи спрощений?&lt;br /&gt;</w:t>
        <w:br/>
        <w:t>З якими вантажами, чи з багатими?&lt;br /&gt;</w:t>
        <w:br/>
        <w:t>З якими міражами й сурогатами?</w:t>
      </w:r>
    </w:p>
    <w:p>
      <w:r>
        <w:br/>
        <w:t>Ну, ось доплив. Ти певен, що впізнаєш?&lt;br /&gt;</w:t>
        <w:br/>
        <w:t>Ну, ось впізнав. Ти кинешся в прибій?&lt;br /&gt;</w:t>
        <w:br/>
        <w:t>Ну, виборов. Ну, вистраждав. Ну, маєш.&lt;br /&gt;</w:t>
        <w:br/>
        <w:t>І все-таки — чи ти повіриш їй?&lt;br /&gt;</w:t>
        <w:br/>
        <w:t>Не налетять якісь конквістадори,&lt;br /&gt;</w:t>
        <w:br/>
        <w:t>копитом в душу і в обличчя — "плі!".&lt;br /&gt;</w:t>
        <w:br/>
        <w:t>І фермери посадять помідори&lt;br /&gt;</w:t>
        <w:br/>
        <w:t>на шуканій ошуканій землі.</w:t>
      </w:r>
    </w:p>
    <w:p>
      <w:r>
        <w:br/>
        <w:t>Як довго не було її в біноклі...&lt;br /&gt;</w:t>
        <w:br/>
        <w:t>О море днів, гірка твоя вода!&lt;br /&gt;</w:t>
        <w:br/>
        <w:t>Просмолені канати із коноплі&lt;br /&gt;</w:t>
        <w:br/>
        <w:t>вже натягати в бурю набрида.&lt;br /&gt;</w:t>
        <w:br/>
        <w:t>Уже собі нічого не пробачиш.&lt;br /&gt;</w:t>
        <w:br/>
        <w:t>Уже не йдеш наосліп, навмання.&lt;br /&gt;</w:t>
        <w:br/>
        <w:t>Земля, земля!.. Ти вже її не бачиш.&lt;br /&gt;</w:t>
        <w:br/>
        <w:t>Тобі в очах диявольське ткання.</w:t>
      </w:r>
    </w:p>
    <w:p>
      <w:r>
        <w:br/>
        <w:t>Все вже змішалось. Все уже дифузія.&lt;br /&gt;</w:t>
        <w:br/>
        <w:t>Земля, земля!.. Тепер уже невчас.&lt;br /&gt;</w:t>
        <w:br/>
        <w:t>Коли тонула ще одна ілюзія,&lt;br /&gt;</w:t>
        <w:br/>
        <w:t>ти вже й не кидав рятувальний пас.</w:t>
      </w:r>
    </w:p>
    <w:p>
      <w:r>
        <w:br/>
        <w:t>Хай дальній берег в сонці медом плавиться.&lt;br /&gt;</w:t>
        <w:br/>
        <w:t>Земля, земля!.. Усе уже було.&lt;br /&gt;</w:t>
        <w:br/>
        <w:t>Хай іншому якомусь мореплавцеві&lt;br /&gt;</w:t>
        <w:br/>
        <w:t>фазан розстелить пальмове крило.&lt;br /&gt;</w:t>
        <w:br/>
        <w:t>І хай пливе, і хай собі радіє,&lt;br /&gt;</w:t>
        <w:br/>
        <w:t>а потім проклинає свій порив.&lt;br /&gt;</w:t>
        <w:br/>
        <w:t>За Добрим Мисом Доброї Надії&lt;br /&gt;</w:t>
        <w:br/>
        <w:t>вже не один той подвиг повторив.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Сумна колумбіана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