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Сутана і тіара</w:t>
      </w:r>
    </w:p>
    <w:p>
      <w:r>
        <w:br/>
        <w:t xml:space="preserve"> &lt;p&gt;I</w:t>
      </w:r>
    </w:p>
    <w:p>
      <w:r>
        <w:br/>
        <w:t>За два, приблизно, століття до нашої ери на Апеннінському півострові Європи, на крутому березі річки Тібр трапилася така історія.</w:t>
      </w:r>
    </w:p>
    <w:p>
      <w:r>
        <w:br/>
        <w:t>Албанська весталка Рея-Сільвія покохала вовка й народила двох синів — Ромула та Рема. Весталки — це колись були такі жінки, які призначалися богові, тобто, власне, не богові, а його жерцям. Рея-Сільвія була дівчина розумна — вона одразу збагнула, що жрець і вовк — істоти характером однакові, — і… вибрала вовка.</w:t>
      </w:r>
    </w:p>
    <w:p>
      <w:r>
        <w:br/>
        <w:t>Жреці зчинили ґвалт, хотіли Рею-Сільвію вбити, та її врятував бог річки Тібру — взяв її собі за дружину.</w:t>
      </w:r>
    </w:p>
    <w:p>
      <w:r>
        <w:br/>
        <w:t>Немовлятам, Ромулові й Ремові, було гірше — їх просто посадили у ночви та й кинули в річку Тібр.</w:t>
      </w:r>
    </w:p>
    <w:p>
      <w:r>
        <w:br/>
        <w:t>Попливли ночви з дітлахами за водою, а за ніч вода спала, ночви й прибилися до берега.</w:t>
      </w:r>
    </w:p>
    <w:p>
      <w:r>
        <w:br/>
        <w:t>Хлоп'ята — в плач…</w:t>
      </w:r>
    </w:p>
    <w:p>
      <w:r>
        <w:br/>
        <w:t>А якраз одна вовчиця прийшла до річки напитися водички.</w:t>
      </w:r>
    </w:p>
    <w:p>
      <w:r>
        <w:br/>
        <w:t>Почула та вовчиця дитячий плач, підійшла, подивилася, понюхала — пахнуть вовком. Хлоп'ята їй сподобалися, вона взяла, попереносила їх до глибоченької на бугрі ями, обігріла та й нагодувала їх своїм вовчим молоком.</w:t>
      </w:r>
    </w:p>
    <w:p>
      <w:r>
        <w:br/>
        <w:t>Вовчиця була характеру доброго, — вона так і залишилася хлоп'ятам за мамку: годувала їх своїм молоком, а пташки — дятел та чибис — приносили хлоп'ятам з тодішнього "Гастроному", дивись там, — чи сосисок, чи солодкого сирку. Яєчний порошок у тих місцях з'явився значно пізніше, коли замість вовків та вовчих синів там почали правити де-гаспері й сфорці.</w:t>
      </w:r>
    </w:p>
    <w:p>
      <w:r>
        <w:br/>
        <w:t>Ромул із Ремом попідростали та й заснували на семи горбах над річкою Тібром город Рим.</w:t>
      </w:r>
    </w:p>
    <w:p>
      <w:r>
        <w:br/>
        <w:t>Будував Рим, власне, Ромул, бо Рема йому невдовзі довелося вбити. Грали вони в підкидного — так Рем чи козирного туза приховав, чи "генеральського" Ромулові почепив, — точних відомостей не маємо. Знаємо тільки, що побились за картами.</w:t>
      </w:r>
    </w:p>
    <w:p>
      <w:r>
        <w:br/>
        <w:t>На місці тої вовчої ями, де брати повиростали, було пізніше збудовано так званий Ватікан, де оселилися і де й досі живуть так звані римські папи.</w:t>
      </w:r>
    </w:p>
    <w:p>
      <w:r>
        <w:br/>
        <w:t>Чому саме "папи", а не "мами" — невідомо, — історія, на жаль, дуже плутає походження назви "папа", а їхній, папівський одяг — сутана й тіара — та зовншній вигляд (папи не носять ні вусів, ні бороди) більше надають їм вигляду мами.</w:t>
      </w:r>
    </w:p>
    <w:p>
      <w:r>
        <w:br/>
        <w:t>Зовні, отже, римський папа щось таке — напівпапа, напівмама.</w:t>
      </w:r>
    </w:p>
    <w:p>
      <w:r>
        <w:br/>
        <w:t>Отак почалася історія римського папізму.</w:t>
      </w:r>
    </w:p>
    <w:p>
      <w:r>
        <w:br/>
        <w:t>Ми не будемо розповідати тут всю історію папізму, — по-перше — це дуже довга історія, по-друге — дуже гидка й дуже брудна історія, не маємо ніякого бажання порпатися в горах трупів, в річках крові, в морі вогню, в ланцюгу звірячих "святих" справ, що аж по вінця наповнюють ту історію…</w:t>
      </w:r>
    </w:p>
    <w:p>
      <w:r>
        <w:br/>
        <w:t>II</w:t>
      </w:r>
    </w:p>
    <w:p>
      <w:r>
        <w:br/>
        <w:t>Що роблять на землі римські папи? Для чого вони живуть на білому світі?</w:t>
      </w:r>
    </w:p>
    <w:p>
      <w:r>
        <w:br/>
        <w:t>Самі папи кажуть, що вони не більше й не менше, як намісники Христа на землі після святого апостола Петра.</w:t>
      </w:r>
    </w:p>
    <w:p>
      <w:r>
        <w:br/>
        <w:t>Що ніби, коли апостола Петра розпинали на хресті, на тих же таки римських горбах, так він простогнав:</w:t>
      </w:r>
    </w:p>
    <w:p>
      <w:r>
        <w:br/>
        <w:t>— Почекайте трохи, не забивайте останнього гвіздка, дайте ж комусь спадщину залишити! Хто тут є?</w:t>
      </w:r>
    </w:p>
    <w:p>
      <w:r>
        <w:br/>
        <w:t>Підскочив до Петра якийсь шолудивий підпатрицій, що кінчав курси розпинателів і проходив саме практику.</w:t>
      </w:r>
    </w:p>
    <w:p>
      <w:r>
        <w:br/>
        <w:t>— Я! Що би-сте хтіли, пане апостоле?</w:t>
      </w:r>
    </w:p>
    <w:p>
      <w:r>
        <w:br/>
        <w:t>— На, ось… ключі… від царства… Будеш… намісником… — простогнав Петро і замовк.</w:t>
      </w:r>
    </w:p>
    <w:p>
      <w:r>
        <w:br/>
        <w:t>Підпатрицій ухопив ключі й запитав:</w:t>
      </w:r>
    </w:p>
    <w:p>
      <w:r>
        <w:br/>
        <w:t>— А як ся маю називати, пане апостоле?</w:t>
      </w:r>
    </w:p>
    <w:p>
      <w:r>
        <w:br/>
        <w:t>Петро звів очі:</w:t>
      </w:r>
    </w:p>
    <w:p>
      <w:r>
        <w:br/>
        <w:t>— Па… па… — папкнув двічі й затих.</w:t>
      </w:r>
    </w:p>
    <w:p>
      <w:r>
        <w:br/>
        <w:t>— Папа?! — скрикнув підпатрицій…</w:t>
      </w:r>
    </w:p>
    <w:p>
      <w:r>
        <w:br/>
        <w:t>Але Петро вже нічого йому не відповів.</w:t>
      </w:r>
    </w:p>
    <w:p>
      <w:r>
        <w:br/>
        <w:t>З того, кажуть, і пішла назва "папа", хоч деякі авторитетні історики запевняють, що оті два "па" — "па" та ще раз "па" — зовсім не становили одного слова "папа", а що то просто недоговорена фраза — римський вульгаризм, який ніби означає:</w:t>
      </w:r>
    </w:p>
    <w:p>
      <w:r>
        <w:br/>
        <w:t>— Пайшов ти… — і т. д., і т. ін.</w:t>
      </w:r>
    </w:p>
    <w:p>
      <w:r>
        <w:br/>
        <w:t>Хай хоч як історики тлумачать ці події, проте папи всілякими правдами й неправдами затвердилися, як намісники Христові, на землі…</w:t>
      </w:r>
    </w:p>
    <w:p>
      <w:r>
        <w:br/>
        <w:t>А найголовніше — ключі від царства небесного й од усіх небесних благ у руках…</w:t>
      </w:r>
    </w:p>
    <w:p>
      <w:r>
        <w:br/>
        <w:t>Ну, й пішла торгівля!</w:t>
      </w:r>
    </w:p>
    <w:p>
      <w:r>
        <w:br/>
        <w:t>Ключі — річ непогана: от тобі царство небесне, — хочеш — замкнув, хочеш — одімкнув!</w:t>
      </w:r>
    </w:p>
    <w:p>
      <w:r>
        <w:br/>
        <w:t>А кому не кортить у царстві небесному побувати?! На землі не дуже: голод, холод, податки, рабство, безробіття, злидні, а на небі, кажуть папи, для вірних, для римокатоликів — самий рай… А в раю за квартиру платити не треба, роботи ніякої, — тільки їсти! — податків ніяких. Та ще, дивись, і гурія коли-не-коли підморгне!</w:t>
      </w:r>
    </w:p>
    <w:p>
      <w:r>
        <w:br/>
        <w:t>Видасть папа енцикліку, ключами побрязкає:</w:t>
      </w:r>
    </w:p>
    <w:p>
      <w:r>
        <w:br/>
        <w:t>— Царство небесне! Кому? Сто літ на місяць. Окремий лавровий кущ з безнастанним сонцем, із справним дощем! Вечорами — заслужений соловей з легким тьохтьохтуаром. Обслуговують кущ гурії — блондинки віком до 20 літ. У місцевому театрі — гастролі Марії Магдалини й Марії Єгипетської. Райські пісні. За роялем — свята Цецілія. Поверх програми — пророк Ілля! Грім! Блискавка! В колісниці пара сірих в яблука жеребців. Найвища дресировка. Конферансьє — Іван Златоуст.</w:t>
      </w:r>
    </w:p>
    <w:p>
      <w:r>
        <w:br/>
        <w:t>Не сто, а сто раз по сто можна дати за таку програму царства небесного.</w:t>
      </w:r>
    </w:p>
    <w:p>
      <w:r>
        <w:br/>
        <w:t>І дають!</w:t>
      </w:r>
    </w:p>
    <w:p>
      <w:r>
        <w:br/>
        <w:t>Надавали за царство небесне. За індульгенції на відпущення гріхів.</w:t>
      </w:r>
    </w:p>
    <w:p>
      <w:r>
        <w:br/>
        <w:t>І чимало надавали!</w:t>
      </w:r>
    </w:p>
    <w:p>
      <w:r>
        <w:br/>
        <w:t>Папа римська (чи мама римський) мають капіталів:</w:t>
      </w:r>
    </w:p>
    <w:p>
      <w:r>
        <w:br/>
        <w:t>— У промисловості — 500 мільярдів лір (довоєнних).</w:t>
      </w:r>
    </w:p>
    <w:p>
      <w:r>
        <w:br/>
        <w:t>— У банках — 400 мільярдів лір (довоєнних).</w:t>
      </w:r>
    </w:p>
    <w:p>
      <w:r>
        <w:br/>
        <w:t>— У майні — 380 мільярдів лір (довоєнних).</w:t>
      </w:r>
    </w:p>
    <w:p>
      <w:r>
        <w:br/>
        <w:t>Як бачите, є за що купити кубометр чистополінних дров і коробочку сірничків, щоб розкласти вогнище й живим спалити свого супротивника.</w:t>
      </w:r>
    </w:p>
    <w:p>
      <w:r>
        <w:br/>
        <w:t>Щоб уже так дуже багато було у римських пап роботи, сказати не можна, — найбільше у Ватікані працює папська пантофля: заціловують ту пантофлю до дірок.</w:t>
      </w:r>
    </w:p>
    <w:p>
      <w:r>
        <w:br/>
        <w:t>Найторжественніші у Ватікані дні — це коли папа виходить на естраду, сідає, простягає ноги, а його поклонники по черзі підходять, становляться навколішки й цілують пантофлю в носок. Найдебеліша шкура витримує, кажуть, не більше, як 500 поцілунків, потім починає шкарубнути, тріскає, і з дірки вилазить папин палець. Але до цього не допускають — міняють пантофлю. Цілими годинами сидить папа, а поклонники цьомкають у пантофлю. Коли в папи починає свербіти великий палець, тоді черговий кардинал оголошує:</w:t>
      </w:r>
    </w:p>
    <w:p>
      <w:r>
        <w:br/>
        <w:t>— Перекур! 10 хвилин!</w:t>
      </w:r>
    </w:p>
    <w:p>
      <w:r>
        <w:br/>
        <w:t>Поклонники йдуть до буфету, а папа в боковій кімнаті лягає на канапу, курить, а кардинал йому пальця чухає.</w:t>
      </w:r>
    </w:p>
    <w:p>
      <w:r>
        <w:br/>
        <w:t>Після того, як один поклонник в припадку екстазу прокусив пантофлю й угризнув папу за пальця, — почали в носок підкладати стельку із старої пантофлі… Тепер не прокусують.</w:t>
      </w:r>
    </w:p>
    <w:p>
      <w:r>
        <w:br/>
        <w:t>III</w:t>
      </w:r>
    </w:p>
    <w:p>
      <w:r>
        <w:br/>
        <w:t>З 1939 року, після папи Пія XI, апостольський престол у Ватікані посів Пій XII, колишній кардинал Пачеллі.</w:t>
      </w:r>
    </w:p>
    <w:p>
      <w:r>
        <w:br/>
        <w:t>Пій XII з нетерпінням чекав на Новий "святий рік": Ватікан через кожні 25 літ святкує такий рік особливо урочисто. У Римі такого року відбувається великий ярмарок — з каруселями, "петрушками", "тещиними язиками" і т. д.</w:t>
      </w:r>
    </w:p>
    <w:p>
      <w:r>
        <w:br/>
        <w:t>Поверх 70 кардиналів по всіх країнах світу він призначив іще 321.</w:t>
      </w:r>
    </w:p>
    <w:p>
      <w:r>
        <w:br/>
        <w:t>Пію XII ввижається, що на святий Новий рік поз'їздяться на площу св. Петра в Римі геть-чисто всі народи, і що стануть усі народи перед ним навколішки, піднесуть руки догори і благатимуть:</w:t>
      </w:r>
    </w:p>
    <w:p>
      <w:r>
        <w:br/>
        <w:t>— Отче святий! Їсти не хочемо, страйків не хочемо! Тільки молитися, тільки тобі поклонятися! Веди нас, о, отче святий, на комуністів, на країни народної демократії!</w:t>
      </w:r>
    </w:p>
    <w:p>
      <w:r>
        <w:br/>
        <w:t>І махне Пій XII рукою, а в небі загудуть літаки: і летючі фортеці, і винищувачі, і бомбардувальники, і транспортні! Як хмара! Як хмара!</w:t>
      </w:r>
    </w:p>
    <w:p>
      <w:r>
        <w:br/>
        <w:t>А за ними танки, гармати, кулемети, міномети, автомати…</w:t>
      </w:r>
    </w:p>
    <w:p>
      <w:r>
        <w:br/>
        <w:t>А кардинал американський Спеллман вигрібає з літаків долари, — та все золоті, та все золоті…</w:t>
      </w:r>
    </w:p>
    <w:p>
      <w:r>
        <w:br/>
        <w:t>І благословляє широким хрестом Пій XII і генералів, і адміралів, і маршалів:</w:t>
      </w:r>
    </w:p>
    <w:p>
      <w:r>
        <w:br/>
        <w:t>— Хрестовий похід! На Москву, на Київ, на Варшаву, на Прагу, на Софію, на Бухарест, на Будапешт!</w:t>
      </w:r>
    </w:p>
    <w:p>
      <w:r>
        <w:br/>
        <w:t>Розливається хрестовий похід по всіх непідкорених країнах, падають тисячами вбиті комуністи, падають демократи, а хто живий — падає ниць перед Пієм XII!</w:t>
      </w:r>
    </w:p>
    <w:p>
      <w:r>
        <w:br/>
        <w:t>— Ми твої, ми твої! О, святий отче!</w:t>
      </w:r>
    </w:p>
    <w:p>
      <w:r>
        <w:br/>
        <w:t>А на вулицях Москви, Києва — сутани, сутани, сутани…</w:t>
      </w:r>
    </w:p>
    <w:p>
      <w:r>
        <w:br/>
        <w:t>І дзвони, дзвони, дзвони! По всіх костьолах дзвони, по всіх церквах…</w:t>
      </w:r>
    </w:p>
    <w:p>
      <w:r>
        <w:br/>
        <w:t>— Чому дзвони? — стріпнувся Пій XII.</w:t>
      </w:r>
    </w:p>
    <w:p>
      <w:r>
        <w:br/>
        <w:t>— Панахиду по Муссоліні замовив де Гаспері…</w:t>
      </w:r>
    </w:p>
    <w:p>
      <w:r>
        <w:br/>
        <w:t>З Муссоліні вийшла неув'язка: бог послав його в Італію ногами вниз, а пішов він назад до бога — догори ногами…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Сутана і тіара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