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Свічка для Патріарха (уривок з поеми)</w:t>
      </w:r>
    </w:p>
    <w:p>
      <w:r>
        <w:br/>
        <w:t xml:space="preserve"> Боже це я Господи&lt;br /&gt;</w:t>
        <w:br/>
        <w:t>Це ми Господи ми українці&lt;br /&gt;</w:t>
        <w:br/>
        <w:t>Стаємо собою із малоросів&lt;br /&gt;</w:t>
        <w:br/>
        <w:t>Стадом ідемо гуртом&lt;br /&gt;</w:t>
        <w:br/>
        <w:t>Отарою за баранами&lt;br /&gt;</w:t>
        <w:br/>
        <w:t>Це ми повстаємо зі стада&lt;br /&gt;</w:t>
        <w:br/>
        <w:t>Стаємо людьми з овець&lt;br /&gt;</w:t>
        <w:br/>
        <w:t>Але ще надіємось на кожного Барана&lt;br /&gt;</w:t>
        <w:br/>
        <w:t>Дивний собор Володимирський&lt;br /&gt;</w:t>
        <w:br/>
        <w:t>Російська еліта старалась&lt;br /&gt;</w:t>
        <w:br/>
        <w:t>Врубелем Суриковим Васнецовим&lt;br /&gt;</w:t>
        <w:br/>
        <w:t>Йому гнути брови по-своєму&lt;br /&gt;</w:t>
        <w:br/>
        <w:t>А доля сучасна скрутнула&lt;br /&gt;</w:t>
        <w:br/>
        <w:t>І в'язи йому звернула&lt;br /&gt;</w:t>
        <w:br/>
        <w:t>Для проклятих мазепинців&lt;br /&gt;</w:t>
        <w:br/>
        <w:t>Кравчука Філарета і Лупиноса&lt;br /&gt;</w:t>
        <w:br/>
        <w:t>І ти тут лежиш гуцуле&lt;br /&gt;</w:t>
        <w:br/>
        <w:t>Патріархом неканопічним&lt;br /&gt;</w:t>
        <w:br/>
        <w:t>І мучеником навіки&lt;br /&gt;</w:t>
        <w:br/>
        <w:t>Боже це ми українці&lt;br /&gt;</w:t>
        <w:br/>
        <w:t>Виходим за ним із храму&lt;br /&gt;</w:t>
        <w:br/>
        <w:t>І там де треба праворуч&lt;br /&gt;</w:t>
        <w:br/>
        <w:t>Повертаємо до Софії ліворуч&lt;br /&gt;</w:t>
        <w:br/>
        <w:t>Маршрут цей на небі складено&lt;br /&gt;</w:t>
        <w:br/>
        <w:t>Не в Кабінеті міністрів&lt;br /&gt;</w:t>
        <w:br/>
        <w:t>Перегнулись будинки київські&lt;br /&gt;</w:t>
        <w:br/>
        <w:t>Балкони висять запитально&lt;br /&gt;</w:t>
        <w:br/>
        <w:t>Дніпро хоче вистрибнути&lt;br /&gt;</w:t>
        <w:br/>
        <w:t>І подивитись на Володимирську&lt;br /&gt;</w:t>
        <w:br/>
        <w:t>Дзвіниця Софії мазепинська&lt;br /&gt;</w:t>
        <w:br/>
        <w:t>Стріпує орла двоголового&lt;br /&gt;</w:t>
        <w:br/>
        <w:t>Але ніяк не стріпне не скине&lt;br /&gt;</w:t>
        <w:br/>
        <w:t>Боже це ми до тебе&lt;br /&gt;</w:t>
        <w:br/>
        <w:t>Звиклі ходити на похоронах&lt;br /&gt;</w:t>
        <w:br/>
        <w:t>Йдемо до тебе Софіє&lt;br /&gt;</w:t>
        <w:br/>
        <w:t>Боже це ми Господи&lt;br /&gt;</w:t>
        <w:br/>
        <w:t>Овіяні пшиком "черемхи"&lt;br /&gt;</w:t>
        <w:br/>
        <w:t>Пробиваємось за унсовцями&lt;br /&gt;</w:t>
        <w:br/>
        <w:t>Нестерпно немилосердно&lt;br /&gt;</w:t>
        <w:br/>
        <w:t>Під вичовганий асфальт&lt;br /&gt;</w:t>
        <w:br/>
        <w:t>Свою душу сьогодні ховати&lt;br /&gt;</w:t>
        <w:br/>
        <w:t>Може цей мур Софії&lt;br /&gt;</w:t>
        <w:br/>
        <w:t>Стане Стіною Плачу&lt;br /&gt;</w:t>
        <w:br/>
        <w:t>Стане Муром Скорботи&lt;br /&gt;</w:t>
        <w:br/>
        <w:t>Як в сивому Єрусалимі&lt;br /&gt;</w:t>
        <w:br/>
        <w:t>Для поганьбованих українців&lt;br /&gt;</w:t>
        <w:br/>
        <w:t>Дивись — Президент проїхав&lt;br /&gt;</w:t>
        <w:br/>
        <w:t>На білоруському велосипеді&lt;br /&gt;</w:t>
        <w:br/>
        <w:t>Подарованому Лукашенком&lt;br /&gt;</w:t>
        <w:br/>
        <w:t>І каже вустами Табачника&lt;br /&gt;</w:t>
        <w:br/>
        <w:t>"Слава Україні" — це ви хохли&lt;br /&gt;</w:t>
        <w:br/>
        <w:t>Боже це ми Господи&lt;br /&gt;</w:t>
        <w:br/>
        <w:t>Боже це ми українці&lt;br /&gt;</w:t>
        <w:br/>
        <w:t>Самознущаємось самокатуємось&lt;br /&gt;</w:t>
        <w:br/>
        <w:t>Самовбиваємось розпинаємось&lt;br /&gt;</w:t>
        <w:br/>
        <w:t>Лушпарять по митрі щоб знав&lt;br /&gt;</w:t>
        <w:br/>
        <w:t>Американського митрополита&lt;br /&gt;</w:t>
        <w:br/>
        <w:t>Чи Клінтон почує з Москви&lt;br /&gt;</w:t>
        <w:br/>
        <w:t>Удари київ із Києва&lt;br /&gt;</w:t>
        <w:br/>
        <w:t>Чи справді Єльцин дзвонив&lt;br /&gt;</w:t>
        <w:br/>
        <w:t>Шепотом патріарха Алексія II&lt;br /&gt;</w:t>
        <w:br/>
        <w:t>Чи все це легенда для бідних&lt;br /&gt;</w:t>
        <w:br/>
        <w:t>Коли душа української влади&lt;br /&gt;</w:t>
        <w:br/>
        <w:t>Сама знає субординацію&lt;br /&gt;</w:t>
        <w:br/>
        <w:t>Боже це ми хохли&lt;br /&gt;</w:t>
        <w:br/>
        <w:t>Боже це ми хохли&lt;br /&gt;</w:t>
        <w:br/>
        <w:t>А це ж хто сховавсь за ЮНЕСКО&lt;br /&gt;</w:t>
        <w:br/>
        <w:t>Заліг всередині Софії&lt;br /&gt;</w:t>
        <w:br/>
        <w:t>Єльцин з Ічкасовою і Курасом&lt;br /&gt;</w:t>
        <w:br/>
        <w:t>І "черемхою" дихає на Україну&lt;br /&gt;</w:t>
        <w:br/>
        <w:t>Чи це Алексій II з шевченкознавцем Сабоданом&lt;br /&gt;</w:t>
        <w:br/>
        <w:t>Дмухає на Філарета і малоросів&lt;br /&gt;</w:t>
        <w:br/>
        <w:t>І "беркут" дихає соловками&lt;br /&gt;</w:t>
        <w:br/>
        <w:t>18-й тролейбус з ідилічним маршрутом&lt;br /&gt;</w:t>
        <w:br/>
        <w:t>"Площа Шевченка — Майдан Незалежності"&lt;br /&gt;</w:t>
        <w:br/>
        <w:t>Щодня проїздить шанобливо&lt;br /&gt;</w:t>
        <w:br/>
        <w:t>Шануючи Патріарха байдужістю&lt;br /&gt;</w:t>
        <w:br/>
        <w:t>Побиті кийками національними&lt;br /&gt;</w:t>
        <w:br/>
        <w:t>Труєні газом національним&lt;br /&gt;</w:t>
        <w:br/>
        <w:t>Національно здихаємо&lt;br /&gt;</w:t>
        <w:br/>
        <w:t>Боже це ми хохли...&lt;br /&gt;</w:t>
        <w:br/>
        <w:t>15.09.1995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Свічка для Патріарха (уривок з поеми)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