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і ллються струмки...</w:t>
      </w:r>
    </w:p>
    <w:p>
      <w:r>
        <w:br/>
        <w:t xml:space="preserve"> Так і ллються струмки&lt;br /&gt;</w:t>
        <w:br/>
        <w:t>З-під моєї руки,&lt;br /&gt;</w:t>
        <w:br/>
        <w:t>Так і ллються пісні&lt;br /&gt;</w:t>
        <w:br/>
        <w:t>Безтурботні, ясні.</w:t>
      </w:r>
    </w:p>
    <w:p>
      <w:r>
        <w:br/>
        <w:t>Із моєї руки&lt;br /&gt;</w:t>
        <w:br/>
        <w:t>Вилітають пташки,&lt;br /&gt;</w:t>
        <w:br/>
        <w:t>І співають вони&lt;br /&gt;</w:t>
        <w:br/>
        <w:t>Про весну восени.</w:t>
      </w:r>
    </w:p>
    <w:p>
      <w:r>
        <w:br/>
        <w:t>З-під моєї руки&lt;br /&gt;</w:t>
        <w:br/>
        <w:t>Виростають квітки&lt;br /&gt;</w:t>
        <w:br/>
        <w:t>І цвітуть по лугах,</w:t>
      </w:r>
    </w:p>
    <w:p>
      <w:r>
        <w:br/>
        <w:t>По ярах, по снігах.</w:t>
      </w:r>
    </w:p>
    <w:p>
      <w:r>
        <w:br/>
        <w:t>І дивуються всі&lt;br /&gt;</w:t>
        <w:br/>
        <w:t>Моїй дивній руці.&lt;br /&gt;</w:t>
        <w:br/>
        <w:t>Але тайни не в ній,&lt;br /&gt;</w:t>
        <w:br/>
        <w:t>А в голубці моїй.</w:t>
      </w:r>
    </w:p>
    <w:p>
      <w:r>
        <w:br/>
        <w:t>Се співаю не я,&lt;br /&gt;</w:t>
        <w:br/>
        <w:t>А голубка моя.&lt;br /&gt;</w:t>
        <w:br/>
        <w:t>Ні, неправда! Вона&lt;br /&gt;</w:t>
        <w:br/>
        <w:t>Все мовчить, чарівна.</w:t>
      </w:r>
    </w:p>
    <w:p>
      <w:r>
        <w:br/>
        <w:t>Се співає співець,&lt;br /&gt;</w:t>
        <w:br/>
        <w:t>Чарівний олівець.&lt;br /&gt;</w:t>
        <w:br/>
        <w:t>Він і квітне в казках,&lt;br /&gt;</w:t>
        <w:br/>
        <w:t>І щебече в струмках.</w:t>
      </w:r>
    </w:p>
    <w:p>
      <w:r>
        <w:br/>
        <w:t>Не співає — цвіте&lt;br /&gt;</w:t>
        <w:br/>
        <w:t>Се перо золоте,&lt;br /&gt;</w:t>
        <w:br/>
        <w:t>Що голубка дала&lt;br /&gt;</w:t>
        <w:br/>
        <w:t>З золотого крила.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і ллються струмки...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